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5D219" w14:textId="77777777" w:rsidR="00166305" w:rsidRPr="00166305" w:rsidRDefault="00166305" w:rsidP="007003BA">
      <w:pPr>
        <w:spacing w:after="0" w:line="400" w:lineRule="exact"/>
        <w:ind w:left="482" w:hanging="482"/>
        <w:jc w:val="center"/>
        <w:rPr>
          <w:rFonts w:ascii="微軟正黑體" w:eastAsia="微軟正黑體" w:hAnsi="微軟正黑體"/>
          <w:b/>
          <w:bCs/>
          <w:sz w:val="36"/>
          <w:szCs w:val="48"/>
          <w:lang w:eastAsia="zh-TW"/>
        </w:rPr>
      </w:pPr>
      <w:bookmarkStart w:id="0" w:name="_Toc228345523"/>
      <w:r w:rsidRPr="00166305">
        <w:rPr>
          <w:rFonts w:ascii="微軟正黑體" w:eastAsia="微軟正黑體" w:hAnsi="微軟正黑體" w:hint="eastAsia"/>
          <w:b/>
          <w:bCs/>
          <w:sz w:val="36"/>
          <w:szCs w:val="48"/>
          <w:lang w:eastAsia="zh-TW"/>
        </w:rPr>
        <w:t>附件一</w:t>
      </w:r>
      <w:r w:rsidRPr="00166305">
        <w:rPr>
          <w:rFonts w:ascii="微軟正黑體" w:eastAsia="微軟正黑體" w:hAnsi="微軟正黑體"/>
          <w:b/>
          <w:bCs/>
          <w:sz w:val="36"/>
          <w:szCs w:val="48"/>
          <w:lang w:eastAsia="zh-TW"/>
        </w:rPr>
        <w:t xml:space="preserve"> </w:t>
      </w:r>
      <w:r w:rsidRPr="00166305">
        <w:rPr>
          <w:rFonts w:ascii="微軟正黑體" w:eastAsia="微軟正黑體" w:hAnsi="微軟正黑體" w:hint="eastAsia"/>
          <w:b/>
          <w:bCs/>
          <w:sz w:val="36"/>
          <w:szCs w:val="48"/>
          <w:lang w:eastAsia="zh-TW"/>
        </w:rPr>
        <w:t>申請文件各式書表</w:t>
      </w:r>
      <w:bookmarkEnd w:id="0"/>
    </w:p>
    <w:p w14:paraId="5C29CA58" w14:textId="734BEDB2" w:rsidR="00166305" w:rsidRPr="00621178" w:rsidRDefault="00166305" w:rsidP="005F2F4F">
      <w:pPr>
        <w:tabs>
          <w:tab w:val="left" w:pos="993"/>
        </w:tabs>
        <w:spacing w:after="0"/>
        <w:rPr>
          <w:rFonts w:ascii="微軟正黑體" w:eastAsia="微軟正黑體" w:hAnsi="微軟正黑體"/>
          <w:b/>
          <w:bCs/>
          <w:sz w:val="24"/>
          <w:szCs w:val="24"/>
          <w:lang w:eastAsia="zh-TW"/>
        </w:rPr>
      </w:pPr>
      <w:bookmarkStart w:id="1" w:name="_Toc228345524"/>
      <w:r w:rsidRPr="00621178">
        <w:rPr>
          <w:rFonts w:ascii="微軟正黑體" w:eastAsia="微軟正黑體" w:hAnsi="微軟正黑體" w:hint="eastAsia"/>
          <w:b/>
          <w:bCs/>
          <w:sz w:val="24"/>
          <w:szCs w:val="24"/>
          <w:lang w:eastAsia="zh-TW"/>
        </w:rPr>
        <w:t>附件一之一</w:t>
      </w:r>
      <w:r w:rsidRPr="00621178">
        <w:rPr>
          <w:rFonts w:ascii="微軟正黑體" w:eastAsia="微軟正黑體" w:hAnsi="微軟正黑體"/>
          <w:b/>
          <w:bCs/>
          <w:sz w:val="24"/>
          <w:szCs w:val="24"/>
          <w:lang w:eastAsia="zh-TW"/>
        </w:rPr>
        <w:t xml:space="preserve"> </w:t>
      </w:r>
      <w:r w:rsidRPr="00621178">
        <w:rPr>
          <w:rFonts w:ascii="微軟正黑體" w:eastAsia="微軟正黑體" w:hAnsi="微軟正黑體" w:hint="eastAsia"/>
          <w:b/>
          <w:bCs/>
          <w:sz w:val="24"/>
          <w:szCs w:val="24"/>
          <w:lang w:eastAsia="zh-TW"/>
        </w:rPr>
        <w:t>申請文件檢核表</w:t>
      </w:r>
      <w:bookmarkEnd w:id="1"/>
    </w:p>
    <w:tbl>
      <w:tblPr>
        <w:tblW w:w="10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7"/>
        <w:gridCol w:w="929"/>
        <w:gridCol w:w="993"/>
        <w:gridCol w:w="1275"/>
        <w:gridCol w:w="1156"/>
      </w:tblGrid>
      <w:tr w:rsidR="008C4AF3" w:rsidRPr="00621178" w14:paraId="5920D9AF" w14:textId="77777777" w:rsidTr="00823871">
        <w:trPr>
          <w:trHeight w:val="312"/>
          <w:jc w:val="center"/>
        </w:trPr>
        <w:tc>
          <w:tcPr>
            <w:tcW w:w="6437" w:type="dxa"/>
            <w:vAlign w:val="center"/>
          </w:tcPr>
          <w:p w14:paraId="455B620E" w14:textId="2C5C49B6" w:rsidR="008C4AF3" w:rsidRPr="00823871" w:rsidRDefault="008C4AF3" w:rsidP="008C4AF3">
            <w:pPr>
              <w:spacing w:after="0" w:line="280" w:lineRule="exact"/>
              <w:jc w:val="both"/>
              <w:rPr>
                <w:rFonts w:ascii="微軟正黑體" w:eastAsia="微軟正黑體" w:hAnsi="微軟正黑體"/>
                <w:lang w:eastAsia="zh-TW"/>
              </w:rPr>
            </w:pPr>
            <w:r w:rsidRPr="00823871">
              <w:rPr>
                <w:rFonts w:ascii="微軟正黑體" w:eastAsia="微軟正黑體" w:hAnsi="微軟正黑體" w:hint="eastAsia"/>
                <w:lang w:eastAsia="zh-TW"/>
              </w:rPr>
              <w:t>高雄市資源回收細分類廠有償BTO+BOT案</w:t>
            </w:r>
          </w:p>
        </w:tc>
        <w:tc>
          <w:tcPr>
            <w:tcW w:w="929" w:type="dxa"/>
            <w:vMerge w:val="restart"/>
            <w:vAlign w:val="center"/>
          </w:tcPr>
          <w:p w14:paraId="00ECC107" w14:textId="4A07DBB7" w:rsidR="008C4AF3" w:rsidRPr="00823871" w:rsidRDefault="008C4AF3" w:rsidP="005F2F4F">
            <w:pPr>
              <w:spacing w:after="0" w:line="280" w:lineRule="exact"/>
              <w:jc w:val="center"/>
              <w:rPr>
                <w:rFonts w:ascii="微軟正黑體" w:eastAsia="微軟正黑體" w:hAnsi="微軟正黑體"/>
              </w:rPr>
            </w:pPr>
            <w:r w:rsidRPr="00823871">
              <w:rPr>
                <w:rFonts w:ascii="微軟正黑體" w:eastAsia="微軟正黑體" w:hAnsi="微軟正黑體" w:hint="eastAsia"/>
                <w:lang w:eastAsia="zh-TW"/>
              </w:rPr>
              <w:t>正本</w:t>
            </w:r>
          </w:p>
          <w:p w14:paraId="5DCD8907" w14:textId="47FAF098" w:rsidR="008C4AF3" w:rsidRPr="00823871" w:rsidRDefault="008C4AF3" w:rsidP="005F2F4F">
            <w:pPr>
              <w:spacing w:after="0" w:line="280" w:lineRule="exact"/>
              <w:jc w:val="center"/>
              <w:rPr>
                <w:rFonts w:ascii="微軟正黑體" w:eastAsia="微軟正黑體" w:hAnsi="微軟正黑體"/>
              </w:rPr>
            </w:pPr>
            <w:r w:rsidRPr="00823871">
              <w:rPr>
                <w:rFonts w:ascii="微軟正黑體" w:eastAsia="微軟正黑體" w:hAnsi="微軟正黑體" w:hint="eastAsia"/>
              </w:rPr>
              <w:t>份數</w:t>
            </w:r>
          </w:p>
        </w:tc>
        <w:tc>
          <w:tcPr>
            <w:tcW w:w="993" w:type="dxa"/>
            <w:vMerge w:val="restart"/>
            <w:vAlign w:val="center"/>
          </w:tcPr>
          <w:p w14:paraId="28BA188F" w14:textId="77777777" w:rsidR="008C4AF3" w:rsidRPr="00997931" w:rsidRDefault="008C4AF3"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影本</w:t>
            </w:r>
          </w:p>
          <w:p w14:paraId="411ADEFA" w14:textId="3E327ABD" w:rsidR="008C4AF3" w:rsidRPr="00997931" w:rsidRDefault="008C4AF3"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份數</w:t>
            </w:r>
          </w:p>
        </w:tc>
        <w:tc>
          <w:tcPr>
            <w:tcW w:w="2431" w:type="dxa"/>
            <w:gridSpan w:val="2"/>
            <w:vAlign w:val="center"/>
          </w:tcPr>
          <w:p w14:paraId="1CC8A9A5" w14:textId="6C8EE602" w:rsidR="008C4AF3" w:rsidRPr="00621178" w:rsidRDefault="008C4AF3" w:rsidP="005F2F4F">
            <w:pPr>
              <w:spacing w:after="0" w:line="280" w:lineRule="exact"/>
              <w:jc w:val="center"/>
              <w:rPr>
                <w:rFonts w:ascii="微軟正黑體" w:eastAsia="微軟正黑體" w:hAnsi="微軟正黑體"/>
              </w:rPr>
            </w:pPr>
            <w:r w:rsidRPr="00621178">
              <w:rPr>
                <w:rFonts w:ascii="微軟正黑體" w:eastAsia="微軟正黑體" w:hAnsi="微軟正黑體" w:hint="eastAsia"/>
              </w:rPr>
              <w:t>申請人自行檢核勾稽</w:t>
            </w:r>
          </w:p>
        </w:tc>
      </w:tr>
      <w:tr w:rsidR="008C4AF3" w:rsidRPr="00621178" w14:paraId="19BEAFFE" w14:textId="77777777" w:rsidTr="00823871">
        <w:trPr>
          <w:trHeight w:val="312"/>
          <w:jc w:val="center"/>
        </w:trPr>
        <w:tc>
          <w:tcPr>
            <w:tcW w:w="6437" w:type="dxa"/>
            <w:vAlign w:val="center"/>
          </w:tcPr>
          <w:p w14:paraId="5C4BF7FF" w14:textId="11393C69" w:rsidR="008C4AF3" w:rsidRPr="00823871" w:rsidRDefault="008C4AF3" w:rsidP="008C4AF3">
            <w:pPr>
              <w:spacing w:after="0" w:line="280" w:lineRule="exact"/>
              <w:jc w:val="both"/>
              <w:rPr>
                <w:rFonts w:ascii="微軟正黑體" w:eastAsia="微軟正黑體" w:hAnsi="微軟正黑體"/>
              </w:rPr>
            </w:pPr>
            <w:r w:rsidRPr="00823871">
              <w:rPr>
                <w:rFonts w:ascii="微軟正黑體" w:eastAsia="微軟正黑體" w:hAnsi="微軟正黑體" w:hint="eastAsia"/>
              </w:rPr>
              <w:t>申請文件項目</w:t>
            </w:r>
          </w:p>
        </w:tc>
        <w:tc>
          <w:tcPr>
            <w:tcW w:w="929" w:type="dxa"/>
            <w:vMerge/>
            <w:vAlign w:val="center"/>
          </w:tcPr>
          <w:p w14:paraId="6975E147" w14:textId="77777777" w:rsidR="008C4AF3" w:rsidRPr="00823871" w:rsidRDefault="008C4AF3" w:rsidP="005F2F4F">
            <w:pPr>
              <w:spacing w:after="0" w:line="280" w:lineRule="exact"/>
              <w:jc w:val="center"/>
              <w:rPr>
                <w:rFonts w:ascii="微軟正黑體" w:eastAsia="微軟正黑體" w:hAnsi="微軟正黑體"/>
              </w:rPr>
            </w:pPr>
          </w:p>
        </w:tc>
        <w:tc>
          <w:tcPr>
            <w:tcW w:w="993" w:type="dxa"/>
            <w:vMerge/>
          </w:tcPr>
          <w:p w14:paraId="07FB5DB6" w14:textId="77777777" w:rsidR="008C4AF3" w:rsidRPr="00997931" w:rsidRDefault="008C4AF3" w:rsidP="005F2F4F">
            <w:pPr>
              <w:spacing w:after="0" w:line="280" w:lineRule="exact"/>
              <w:jc w:val="center"/>
              <w:rPr>
                <w:rFonts w:ascii="微軟正黑體" w:eastAsia="微軟正黑體" w:hAnsi="微軟正黑體"/>
                <w:color w:val="FF0000"/>
              </w:rPr>
            </w:pPr>
          </w:p>
        </w:tc>
        <w:tc>
          <w:tcPr>
            <w:tcW w:w="1275" w:type="dxa"/>
            <w:vAlign w:val="center"/>
          </w:tcPr>
          <w:p w14:paraId="6A50535B" w14:textId="3EE8E739" w:rsidR="008C4AF3" w:rsidRPr="00621178" w:rsidRDefault="008C4AF3" w:rsidP="005F2F4F">
            <w:pPr>
              <w:spacing w:after="0" w:line="280" w:lineRule="exact"/>
              <w:jc w:val="center"/>
              <w:rPr>
                <w:rFonts w:ascii="微軟正黑體" w:eastAsia="微軟正黑體" w:hAnsi="微軟正黑體"/>
              </w:rPr>
            </w:pPr>
            <w:r w:rsidRPr="00621178">
              <w:rPr>
                <w:rFonts w:ascii="微軟正黑體" w:eastAsia="微軟正黑體" w:hAnsi="微軟正黑體" w:hint="eastAsia"/>
              </w:rPr>
              <w:t>已附</w:t>
            </w:r>
          </w:p>
        </w:tc>
        <w:tc>
          <w:tcPr>
            <w:tcW w:w="1156" w:type="dxa"/>
            <w:vAlign w:val="center"/>
          </w:tcPr>
          <w:p w14:paraId="269ABFD9" w14:textId="4F61F0D4" w:rsidR="008C4AF3" w:rsidRPr="00621178" w:rsidRDefault="008C4AF3" w:rsidP="005F2F4F">
            <w:pPr>
              <w:spacing w:after="0" w:line="280" w:lineRule="exact"/>
              <w:jc w:val="center"/>
              <w:rPr>
                <w:rFonts w:ascii="微軟正黑體" w:eastAsia="微軟正黑體" w:hAnsi="微軟正黑體"/>
              </w:rPr>
            </w:pPr>
            <w:r w:rsidRPr="00621178">
              <w:rPr>
                <w:rFonts w:ascii="微軟正黑體" w:eastAsia="微軟正黑體" w:hAnsi="微軟正黑體" w:hint="eastAsia"/>
              </w:rPr>
              <w:t>免附</w:t>
            </w:r>
          </w:p>
        </w:tc>
      </w:tr>
      <w:tr w:rsidR="008C4AF3" w:rsidRPr="00621178" w14:paraId="59D1E351" w14:textId="77777777" w:rsidTr="00823871">
        <w:trPr>
          <w:trHeight w:val="312"/>
          <w:jc w:val="center"/>
        </w:trPr>
        <w:tc>
          <w:tcPr>
            <w:tcW w:w="6437" w:type="dxa"/>
            <w:vAlign w:val="center"/>
          </w:tcPr>
          <w:p w14:paraId="437253AD" w14:textId="546DBA28" w:rsidR="008C4AF3" w:rsidRPr="00D52DA2" w:rsidRDefault="008C4AF3" w:rsidP="008C4AF3">
            <w:pPr>
              <w:spacing w:after="0" w:line="280" w:lineRule="exact"/>
              <w:jc w:val="both"/>
              <w:rPr>
                <w:rFonts w:ascii="微軟正黑體" w:eastAsia="SimSun" w:hAnsi="微軟正黑體"/>
                <w:lang w:eastAsia="zh-TW"/>
              </w:rPr>
            </w:pPr>
            <w:r w:rsidRPr="00823871">
              <w:rPr>
                <w:rFonts w:ascii="微軟正黑體" w:eastAsia="微軟正黑體" w:hAnsi="微軟正黑體"/>
                <w:lang w:eastAsia="zh-TW"/>
              </w:rPr>
              <w:t>1.</w:t>
            </w:r>
            <w:r w:rsidRPr="00823871">
              <w:rPr>
                <w:rFonts w:ascii="微軟正黑體" w:eastAsia="微軟正黑體" w:hAnsi="微軟正黑體" w:hint="eastAsia"/>
                <w:lang w:eastAsia="zh-TW"/>
              </w:rPr>
              <w:t>申請文件檢核表</w:t>
            </w:r>
            <w:r w:rsidRPr="002F0D56">
              <w:rPr>
                <w:rFonts w:ascii="微軟正黑體" w:eastAsia="微軟正黑體" w:hAnsi="微軟正黑體" w:hint="eastAsia"/>
                <w:color w:val="FF0000"/>
                <w:lang w:eastAsia="zh-TW"/>
              </w:rPr>
              <w:t xml:space="preserve"> (附件一之ㄧ)</w:t>
            </w:r>
          </w:p>
        </w:tc>
        <w:tc>
          <w:tcPr>
            <w:tcW w:w="929" w:type="dxa"/>
            <w:vAlign w:val="center"/>
          </w:tcPr>
          <w:p w14:paraId="1400FABA" w14:textId="0E4426C2" w:rsidR="008C4AF3" w:rsidRPr="00823871" w:rsidRDefault="008C4AF3"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23508B22" w14:textId="10CBAE76" w:rsidR="008C4AF3" w:rsidRPr="00997931" w:rsidRDefault="008C4AF3"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w:t>
            </w:r>
          </w:p>
        </w:tc>
        <w:tc>
          <w:tcPr>
            <w:tcW w:w="1275" w:type="dxa"/>
            <w:vAlign w:val="center"/>
          </w:tcPr>
          <w:p w14:paraId="049F741C" w14:textId="5146C717"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74361509"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60558DAB" w14:textId="77777777" w:rsidTr="00823871">
        <w:trPr>
          <w:trHeight w:val="312"/>
          <w:jc w:val="center"/>
        </w:trPr>
        <w:tc>
          <w:tcPr>
            <w:tcW w:w="6437" w:type="dxa"/>
            <w:vAlign w:val="center"/>
          </w:tcPr>
          <w:p w14:paraId="5BFD8A5D" w14:textId="215DD077" w:rsidR="008C4AF3" w:rsidRPr="00D52DA2" w:rsidRDefault="008C4AF3" w:rsidP="008C4AF3">
            <w:pPr>
              <w:spacing w:after="0" w:line="280" w:lineRule="exact"/>
              <w:jc w:val="both"/>
              <w:rPr>
                <w:rFonts w:ascii="微軟正黑體" w:eastAsia="SimSun" w:hAnsi="微軟正黑體" w:hint="eastAsia"/>
                <w:lang w:eastAsia="zh-TW"/>
              </w:rPr>
            </w:pPr>
            <w:r w:rsidRPr="00823871">
              <w:rPr>
                <w:rFonts w:ascii="微軟正黑體" w:eastAsia="微軟正黑體" w:hAnsi="微軟正黑體" w:hint="eastAsia"/>
                <w:lang w:eastAsia="zh-TW"/>
              </w:rPr>
              <w:t>2</w:t>
            </w:r>
            <w:r w:rsidRPr="00823871">
              <w:rPr>
                <w:rFonts w:ascii="微軟正黑體" w:eastAsia="微軟正黑體" w:hAnsi="微軟正黑體"/>
                <w:lang w:eastAsia="zh-TW"/>
              </w:rPr>
              <w:t>.申請人及負責人印鑑印模單</w:t>
            </w:r>
            <w:r w:rsidRPr="00823871">
              <w:rPr>
                <w:rFonts w:ascii="微軟正黑體" w:eastAsia="微軟正黑體" w:hAnsi="微軟正黑體" w:hint="eastAsia"/>
                <w:lang w:eastAsia="zh-TW"/>
              </w:rPr>
              <w:t xml:space="preserve"> </w:t>
            </w:r>
            <w:r w:rsidRPr="002F0D56">
              <w:rPr>
                <w:rFonts w:ascii="微軟正黑體" w:eastAsia="微軟正黑體" w:hAnsi="微軟正黑體" w:hint="eastAsia"/>
                <w:color w:val="FF0000"/>
                <w:lang w:eastAsia="zh-TW"/>
              </w:rPr>
              <w:t>(</w:t>
            </w:r>
            <w:r w:rsidRPr="002F0D56">
              <w:rPr>
                <w:rFonts w:ascii="微軟正黑體" w:eastAsia="微軟正黑體" w:hAnsi="微軟正黑體"/>
                <w:color w:val="FF0000"/>
                <w:lang w:eastAsia="zh-TW"/>
              </w:rPr>
              <w:t>附件一之二</w:t>
            </w:r>
            <w:r w:rsidRPr="002F0D56">
              <w:rPr>
                <w:rFonts w:ascii="微軟正黑體" w:eastAsia="微軟正黑體" w:hAnsi="微軟正黑體" w:hint="eastAsia"/>
                <w:color w:val="FF0000"/>
                <w:lang w:eastAsia="zh-TW"/>
              </w:rPr>
              <w:t>)</w:t>
            </w:r>
          </w:p>
        </w:tc>
        <w:tc>
          <w:tcPr>
            <w:tcW w:w="929" w:type="dxa"/>
            <w:vAlign w:val="center"/>
          </w:tcPr>
          <w:p w14:paraId="28B1FA63" w14:textId="43FDEA0D" w:rsidR="008C4AF3" w:rsidRPr="00823871" w:rsidRDefault="008C4AF3"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7DC094BB" w14:textId="27133568" w:rsidR="008C4AF3" w:rsidRPr="00997931" w:rsidRDefault="008C4AF3"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w:t>
            </w:r>
          </w:p>
        </w:tc>
        <w:tc>
          <w:tcPr>
            <w:tcW w:w="1275" w:type="dxa"/>
            <w:vAlign w:val="center"/>
          </w:tcPr>
          <w:p w14:paraId="4EDF7152" w14:textId="63F65FA8"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6D0B29F5"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59C29FAC" w14:textId="77777777" w:rsidTr="00823871">
        <w:trPr>
          <w:trHeight w:val="312"/>
          <w:jc w:val="center"/>
        </w:trPr>
        <w:tc>
          <w:tcPr>
            <w:tcW w:w="6437" w:type="dxa"/>
            <w:vAlign w:val="center"/>
          </w:tcPr>
          <w:p w14:paraId="640A8DBD" w14:textId="3CEC992C" w:rsidR="008C4AF3" w:rsidRPr="00D52DA2" w:rsidRDefault="008C4AF3" w:rsidP="008C4AF3">
            <w:pPr>
              <w:spacing w:after="0" w:line="280" w:lineRule="exact"/>
              <w:jc w:val="both"/>
              <w:rPr>
                <w:rFonts w:ascii="微軟正黑體" w:eastAsia="SimSun" w:hAnsi="微軟正黑體" w:hint="eastAsia"/>
                <w:lang w:eastAsia="zh-TW"/>
              </w:rPr>
            </w:pPr>
            <w:r w:rsidRPr="00823871">
              <w:rPr>
                <w:rFonts w:ascii="微軟正黑體" w:eastAsia="微軟正黑體" w:hAnsi="微軟正黑體" w:hint="eastAsia"/>
                <w:lang w:eastAsia="zh-TW"/>
              </w:rPr>
              <w:t>3.</w:t>
            </w:r>
            <w:r w:rsidRPr="00823871">
              <w:rPr>
                <w:rFonts w:ascii="微軟正黑體" w:eastAsia="微軟正黑體" w:hAnsi="微軟正黑體"/>
                <w:lang w:eastAsia="zh-TW"/>
              </w:rPr>
              <w:t>投資申請書</w:t>
            </w:r>
            <w:r w:rsidRPr="002F0D56">
              <w:rPr>
                <w:rFonts w:ascii="微軟正黑體" w:eastAsia="微軟正黑體" w:hAnsi="微軟正黑體" w:hint="eastAsia"/>
                <w:color w:val="FF0000"/>
                <w:lang w:eastAsia="zh-TW"/>
              </w:rPr>
              <w:t xml:space="preserve"> (</w:t>
            </w:r>
            <w:r w:rsidRPr="002F0D56">
              <w:rPr>
                <w:rFonts w:ascii="微軟正黑體" w:eastAsia="微軟正黑體" w:hAnsi="微軟正黑體"/>
                <w:color w:val="FF0000"/>
                <w:lang w:eastAsia="zh-TW"/>
              </w:rPr>
              <w:t>附件一之</w:t>
            </w:r>
            <w:r w:rsidRPr="002F0D56">
              <w:rPr>
                <w:rFonts w:ascii="微軟正黑體" w:eastAsia="微軟正黑體" w:hAnsi="微軟正黑體" w:hint="eastAsia"/>
                <w:color w:val="FF0000"/>
                <w:lang w:eastAsia="zh-TW"/>
              </w:rPr>
              <w:t>三)</w:t>
            </w:r>
          </w:p>
        </w:tc>
        <w:tc>
          <w:tcPr>
            <w:tcW w:w="929" w:type="dxa"/>
            <w:vAlign w:val="center"/>
          </w:tcPr>
          <w:p w14:paraId="03EC7A68" w14:textId="678FA27C" w:rsidR="008C4AF3" w:rsidRPr="00823871" w:rsidRDefault="008C4AF3"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660D6A2F" w14:textId="5BBD0B78" w:rsidR="008C4AF3" w:rsidRPr="00997931" w:rsidRDefault="008C4AF3"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w:t>
            </w:r>
          </w:p>
        </w:tc>
        <w:tc>
          <w:tcPr>
            <w:tcW w:w="1275" w:type="dxa"/>
            <w:vAlign w:val="center"/>
          </w:tcPr>
          <w:p w14:paraId="2220AD18" w14:textId="6016CEEE"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5A9D25DE"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32190B98" w14:textId="77777777" w:rsidTr="00823871">
        <w:trPr>
          <w:trHeight w:val="312"/>
          <w:jc w:val="center"/>
        </w:trPr>
        <w:tc>
          <w:tcPr>
            <w:tcW w:w="6437" w:type="dxa"/>
            <w:vAlign w:val="center"/>
          </w:tcPr>
          <w:p w14:paraId="1A746426" w14:textId="23A08C9D" w:rsidR="008C4AF3" w:rsidRPr="00D52DA2" w:rsidRDefault="008C4AF3" w:rsidP="008C4AF3">
            <w:pPr>
              <w:spacing w:after="0" w:line="280" w:lineRule="exact"/>
              <w:jc w:val="both"/>
              <w:rPr>
                <w:rFonts w:ascii="微軟正黑體" w:eastAsia="SimSun" w:hAnsi="微軟正黑體" w:hint="eastAsia"/>
                <w:lang w:eastAsia="zh-TW"/>
              </w:rPr>
            </w:pPr>
            <w:r w:rsidRPr="00823871">
              <w:rPr>
                <w:rFonts w:ascii="微軟正黑體" w:eastAsia="微軟正黑體" w:hAnsi="微軟正黑體" w:hint="eastAsia"/>
                <w:lang w:eastAsia="zh-TW"/>
              </w:rPr>
              <w:t>4</w:t>
            </w:r>
            <w:r w:rsidRPr="00823871">
              <w:rPr>
                <w:rFonts w:ascii="微軟正黑體" w:eastAsia="微軟正黑體" w:hAnsi="微軟正黑體"/>
                <w:lang w:eastAsia="zh-TW"/>
              </w:rPr>
              <w:t>.申請切結書</w:t>
            </w:r>
            <w:r w:rsidR="005F2F4F" w:rsidRPr="00823871">
              <w:rPr>
                <w:rFonts w:ascii="微軟正黑體" w:eastAsia="微軟正黑體" w:hAnsi="微軟正黑體" w:hint="eastAsia"/>
                <w:lang w:eastAsia="zh-TW"/>
              </w:rPr>
              <w:t xml:space="preserve"> </w:t>
            </w:r>
            <w:r w:rsidRPr="002F0D56">
              <w:rPr>
                <w:rFonts w:ascii="微軟正黑體" w:eastAsia="微軟正黑體" w:hAnsi="微軟正黑體" w:hint="eastAsia"/>
                <w:color w:val="FF0000"/>
                <w:lang w:eastAsia="zh-TW"/>
              </w:rPr>
              <w:t>(</w:t>
            </w:r>
            <w:r w:rsidRPr="002F0D56">
              <w:rPr>
                <w:rFonts w:ascii="微軟正黑體" w:eastAsia="微軟正黑體" w:hAnsi="微軟正黑體"/>
                <w:color w:val="FF0000"/>
                <w:lang w:eastAsia="zh-TW"/>
              </w:rPr>
              <w:t>附件一之四</w:t>
            </w:r>
            <w:r w:rsidRPr="002F0D56">
              <w:rPr>
                <w:rFonts w:ascii="微軟正黑體" w:eastAsia="微軟正黑體" w:hAnsi="微軟正黑體" w:hint="eastAsia"/>
                <w:color w:val="FF0000"/>
                <w:lang w:eastAsia="zh-TW"/>
              </w:rPr>
              <w:t>)</w:t>
            </w:r>
          </w:p>
        </w:tc>
        <w:tc>
          <w:tcPr>
            <w:tcW w:w="929" w:type="dxa"/>
            <w:vAlign w:val="center"/>
          </w:tcPr>
          <w:p w14:paraId="7E32D766" w14:textId="0C59703A" w:rsidR="008C4AF3" w:rsidRPr="00823871" w:rsidRDefault="008C4AF3"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04BDFD28" w14:textId="166C9BB0" w:rsidR="008C4AF3" w:rsidRPr="00997931" w:rsidRDefault="008C4AF3"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w:t>
            </w:r>
          </w:p>
        </w:tc>
        <w:tc>
          <w:tcPr>
            <w:tcW w:w="1275" w:type="dxa"/>
            <w:vAlign w:val="center"/>
          </w:tcPr>
          <w:p w14:paraId="7F7E5CD6" w14:textId="2BAF723B"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2DBC7674"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44952857" w14:textId="77777777" w:rsidTr="00823871">
        <w:trPr>
          <w:trHeight w:val="312"/>
          <w:jc w:val="center"/>
        </w:trPr>
        <w:tc>
          <w:tcPr>
            <w:tcW w:w="6437" w:type="dxa"/>
            <w:vAlign w:val="center"/>
          </w:tcPr>
          <w:p w14:paraId="05DE9CB1" w14:textId="374CD2A2" w:rsidR="008C4AF3" w:rsidRPr="00D52DA2" w:rsidRDefault="008C4AF3" w:rsidP="008C4AF3">
            <w:pPr>
              <w:spacing w:after="0" w:line="280" w:lineRule="exact"/>
              <w:jc w:val="both"/>
              <w:rPr>
                <w:rFonts w:ascii="微軟正黑體" w:eastAsia="SimSun" w:hAnsi="微軟正黑體" w:hint="eastAsia"/>
                <w:lang w:eastAsia="zh-TW"/>
              </w:rPr>
            </w:pPr>
            <w:r w:rsidRPr="00823871">
              <w:rPr>
                <w:rFonts w:ascii="微軟正黑體" w:eastAsia="微軟正黑體" w:hAnsi="微軟正黑體" w:hint="eastAsia"/>
                <w:lang w:eastAsia="zh-TW"/>
              </w:rPr>
              <w:t>5</w:t>
            </w:r>
            <w:r w:rsidRPr="00823871">
              <w:rPr>
                <w:rFonts w:ascii="微軟正黑體" w:eastAsia="微軟正黑體" w:hAnsi="微軟正黑體"/>
                <w:lang w:eastAsia="zh-TW"/>
              </w:rPr>
              <w:t>.</w:t>
            </w:r>
            <w:r w:rsidRPr="00823871">
              <w:rPr>
                <w:rFonts w:ascii="微軟正黑體" w:eastAsia="微軟正黑體" w:hAnsi="微軟正黑體" w:hint="eastAsia"/>
                <w:lang w:eastAsia="zh-TW"/>
              </w:rPr>
              <w:t>經認證之</w:t>
            </w:r>
            <w:r w:rsidRPr="00823871">
              <w:rPr>
                <w:rFonts w:ascii="微軟正黑體" w:eastAsia="微軟正黑體" w:hAnsi="微軟正黑體"/>
                <w:lang w:eastAsia="zh-TW"/>
              </w:rPr>
              <w:t>合作聯盟協議書</w:t>
            </w:r>
            <w:r w:rsidR="005F2F4F" w:rsidRPr="002F0D56">
              <w:rPr>
                <w:rFonts w:ascii="微軟正黑體" w:eastAsia="微軟正黑體" w:hAnsi="微軟正黑體" w:hint="eastAsia"/>
                <w:color w:val="FF0000"/>
                <w:lang w:eastAsia="zh-TW"/>
              </w:rPr>
              <w:t xml:space="preserve"> </w:t>
            </w:r>
            <w:r w:rsidRPr="002F0D56">
              <w:rPr>
                <w:rFonts w:ascii="微軟正黑體" w:eastAsia="微軟正黑體" w:hAnsi="微軟正黑體"/>
                <w:color w:val="FF0000"/>
                <w:lang w:eastAsia="zh-TW"/>
              </w:rPr>
              <w:t>(附件一之五)</w:t>
            </w:r>
          </w:p>
        </w:tc>
        <w:tc>
          <w:tcPr>
            <w:tcW w:w="929" w:type="dxa"/>
            <w:vAlign w:val="center"/>
          </w:tcPr>
          <w:p w14:paraId="482DD6F1" w14:textId="5E331A3D" w:rsidR="008C4AF3" w:rsidRPr="00823871" w:rsidRDefault="008C4AF3"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75E25CC9" w14:textId="5F9D6050" w:rsidR="008C4AF3" w:rsidRPr="00997931" w:rsidRDefault="008C4AF3"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3</w:t>
            </w:r>
          </w:p>
        </w:tc>
        <w:tc>
          <w:tcPr>
            <w:tcW w:w="1275" w:type="dxa"/>
            <w:vAlign w:val="center"/>
          </w:tcPr>
          <w:p w14:paraId="219BAE93" w14:textId="07A59218"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6C84FAC4"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57FE8CCF" w14:textId="77777777" w:rsidTr="00823871">
        <w:trPr>
          <w:trHeight w:val="312"/>
          <w:jc w:val="center"/>
        </w:trPr>
        <w:tc>
          <w:tcPr>
            <w:tcW w:w="6437" w:type="dxa"/>
            <w:vAlign w:val="center"/>
          </w:tcPr>
          <w:p w14:paraId="109B0427" w14:textId="2C335AE9" w:rsidR="008C4AF3" w:rsidRPr="00D52DA2" w:rsidRDefault="008C4AF3" w:rsidP="008C4AF3">
            <w:pPr>
              <w:spacing w:after="0" w:line="280" w:lineRule="exact"/>
              <w:jc w:val="both"/>
              <w:rPr>
                <w:rFonts w:ascii="微軟正黑體" w:eastAsia="SimSun" w:hAnsi="微軟正黑體" w:hint="eastAsia"/>
                <w:lang w:eastAsia="zh-TW"/>
              </w:rPr>
            </w:pPr>
            <w:r w:rsidRPr="00823871">
              <w:rPr>
                <w:rFonts w:ascii="微軟正黑體" w:eastAsia="微軟正黑體" w:hAnsi="微軟正黑體" w:hint="eastAsia"/>
                <w:lang w:eastAsia="zh-TW"/>
              </w:rPr>
              <w:t>6</w:t>
            </w:r>
            <w:r w:rsidRPr="00823871">
              <w:rPr>
                <w:rFonts w:ascii="微軟正黑體" w:eastAsia="微軟正黑體" w:hAnsi="微軟正黑體"/>
                <w:lang w:eastAsia="zh-TW"/>
              </w:rPr>
              <w:t>.合作聯盟授權書</w:t>
            </w:r>
            <w:r w:rsidR="005F2F4F" w:rsidRPr="00823871">
              <w:rPr>
                <w:rFonts w:ascii="微軟正黑體" w:eastAsia="微軟正黑體" w:hAnsi="微軟正黑體" w:hint="eastAsia"/>
                <w:lang w:eastAsia="zh-TW"/>
              </w:rPr>
              <w:t xml:space="preserve"> </w:t>
            </w:r>
            <w:r w:rsidRPr="002F0D56">
              <w:rPr>
                <w:rFonts w:ascii="微軟正黑體" w:eastAsia="微軟正黑體" w:hAnsi="微軟正黑體"/>
                <w:color w:val="FF0000"/>
                <w:lang w:eastAsia="zh-TW"/>
              </w:rPr>
              <w:t>(附件一之</w:t>
            </w:r>
            <w:r w:rsidR="005F2F4F" w:rsidRPr="002F0D56">
              <w:rPr>
                <w:rFonts w:ascii="微軟正黑體" w:eastAsia="微軟正黑體" w:hAnsi="微軟正黑體" w:hint="eastAsia"/>
                <w:color w:val="FF0000"/>
                <w:lang w:eastAsia="zh-TW"/>
              </w:rPr>
              <w:t>六</w:t>
            </w:r>
            <w:r w:rsidRPr="002F0D56">
              <w:rPr>
                <w:rFonts w:ascii="微軟正黑體" w:eastAsia="微軟正黑體" w:hAnsi="微軟正黑體"/>
                <w:color w:val="FF0000"/>
                <w:lang w:eastAsia="zh-TW"/>
              </w:rPr>
              <w:t>)</w:t>
            </w:r>
          </w:p>
        </w:tc>
        <w:tc>
          <w:tcPr>
            <w:tcW w:w="929" w:type="dxa"/>
            <w:vAlign w:val="center"/>
          </w:tcPr>
          <w:p w14:paraId="25FB0F88" w14:textId="698286B3" w:rsidR="008C4AF3" w:rsidRPr="00823871" w:rsidRDefault="008C4AF3"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2FAF8AA9" w14:textId="4B970E0B" w:rsidR="008C4AF3" w:rsidRPr="00997931" w:rsidRDefault="008C4AF3"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3</w:t>
            </w:r>
          </w:p>
        </w:tc>
        <w:tc>
          <w:tcPr>
            <w:tcW w:w="1275" w:type="dxa"/>
            <w:vAlign w:val="center"/>
          </w:tcPr>
          <w:p w14:paraId="2B8F9333" w14:textId="080E8275"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3E0EC73F"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100C16D5" w14:textId="77777777" w:rsidTr="00823871">
        <w:trPr>
          <w:trHeight w:val="312"/>
          <w:jc w:val="center"/>
        </w:trPr>
        <w:tc>
          <w:tcPr>
            <w:tcW w:w="6437" w:type="dxa"/>
            <w:vAlign w:val="center"/>
          </w:tcPr>
          <w:p w14:paraId="20E6F035" w14:textId="619346D3" w:rsidR="008C4AF3" w:rsidRPr="00D52DA2" w:rsidRDefault="008C4AF3" w:rsidP="008C4AF3">
            <w:pPr>
              <w:spacing w:after="0" w:line="280" w:lineRule="exact"/>
              <w:jc w:val="both"/>
              <w:rPr>
                <w:rFonts w:ascii="微軟正黑體" w:eastAsia="SimSun" w:hAnsi="微軟正黑體" w:hint="eastAsia"/>
                <w:lang w:eastAsia="zh-TW"/>
              </w:rPr>
            </w:pPr>
            <w:r w:rsidRPr="00823871">
              <w:rPr>
                <w:rFonts w:ascii="微軟正黑體" w:eastAsia="微軟正黑體" w:hAnsi="微軟正黑體" w:hint="eastAsia"/>
                <w:lang w:eastAsia="zh-TW"/>
              </w:rPr>
              <w:t>7</w:t>
            </w:r>
            <w:r w:rsidRPr="00823871">
              <w:rPr>
                <w:rFonts w:ascii="微軟正黑體" w:eastAsia="微軟正黑體" w:hAnsi="微軟正黑體"/>
                <w:lang w:eastAsia="zh-TW"/>
              </w:rPr>
              <w:t>.代理人委任書</w:t>
            </w:r>
            <w:r w:rsidR="005F2F4F" w:rsidRPr="002F0D56">
              <w:rPr>
                <w:rFonts w:ascii="微軟正黑體" w:eastAsia="微軟正黑體" w:hAnsi="微軟正黑體" w:hint="eastAsia"/>
                <w:color w:val="FF0000"/>
                <w:lang w:eastAsia="zh-TW"/>
              </w:rPr>
              <w:t xml:space="preserve"> (</w:t>
            </w:r>
            <w:r w:rsidR="005F2F4F" w:rsidRPr="002F0D56">
              <w:rPr>
                <w:rFonts w:ascii="微軟正黑體" w:eastAsia="微軟正黑體" w:hAnsi="微軟正黑體"/>
                <w:color w:val="FF0000"/>
                <w:lang w:eastAsia="zh-TW"/>
              </w:rPr>
              <w:t>附件一之</w:t>
            </w:r>
            <w:r w:rsidR="005F2F4F" w:rsidRPr="002F0D56">
              <w:rPr>
                <w:rFonts w:ascii="微軟正黑體" w:eastAsia="微軟正黑體" w:hAnsi="微軟正黑體" w:hint="eastAsia"/>
                <w:color w:val="FF0000"/>
                <w:lang w:eastAsia="zh-TW"/>
              </w:rPr>
              <w:t>七)</w:t>
            </w:r>
          </w:p>
        </w:tc>
        <w:tc>
          <w:tcPr>
            <w:tcW w:w="929" w:type="dxa"/>
            <w:vAlign w:val="center"/>
          </w:tcPr>
          <w:p w14:paraId="5699DEEB" w14:textId="4F767A7C" w:rsidR="008C4AF3" w:rsidRPr="00823871" w:rsidRDefault="008C4AF3"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21E1A7C6" w14:textId="66214FDB" w:rsidR="008C4AF3" w:rsidRPr="00997931" w:rsidRDefault="005F2F4F"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3</w:t>
            </w:r>
          </w:p>
        </w:tc>
        <w:tc>
          <w:tcPr>
            <w:tcW w:w="1275" w:type="dxa"/>
            <w:vAlign w:val="center"/>
          </w:tcPr>
          <w:p w14:paraId="6809CA04" w14:textId="7C674C28"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5A97E3D4"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1AD16ACB" w14:textId="77777777" w:rsidTr="00823871">
        <w:trPr>
          <w:trHeight w:val="312"/>
          <w:jc w:val="center"/>
        </w:trPr>
        <w:tc>
          <w:tcPr>
            <w:tcW w:w="6437" w:type="dxa"/>
            <w:vAlign w:val="center"/>
          </w:tcPr>
          <w:p w14:paraId="3BA46A89" w14:textId="65A296F4" w:rsidR="008C4AF3" w:rsidRPr="00D52DA2" w:rsidRDefault="008C4AF3" w:rsidP="008C4AF3">
            <w:pPr>
              <w:spacing w:after="0" w:line="280" w:lineRule="exact"/>
              <w:jc w:val="both"/>
              <w:rPr>
                <w:rFonts w:ascii="微軟正黑體" w:eastAsia="SimSun" w:hAnsi="微軟正黑體" w:hint="eastAsia"/>
                <w:lang w:eastAsia="zh-TW"/>
              </w:rPr>
            </w:pPr>
            <w:r w:rsidRPr="00823871">
              <w:rPr>
                <w:rFonts w:ascii="微軟正黑體" w:eastAsia="微軟正黑體" w:hAnsi="微軟正黑體"/>
                <w:lang w:eastAsia="zh-TW"/>
              </w:rPr>
              <w:t>8.協力廠商合作意願書</w:t>
            </w:r>
            <w:r w:rsidR="005F2F4F" w:rsidRPr="00823871">
              <w:rPr>
                <w:rFonts w:ascii="微軟正黑體" w:eastAsia="微軟正黑體" w:hAnsi="微軟正黑體" w:hint="eastAsia"/>
                <w:lang w:eastAsia="zh-TW"/>
              </w:rPr>
              <w:t xml:space="preserve"> </w:t>
            </w:r>
            <w:r w:rsidR="005F2F4F" w:rsidRPr="002F0D56">
              <w:rPr>
                <w:rFonts w:ascii="微軟正黑體" w:eastAsia="微軟正黑體" w:hAnsi="微軟正黑體"/>
                <w:color w:val="FF0000"/>
                <w:lang w:eastAsia="zh-TW"/>
              </w:rPr>
              <w:t>(附件一之</w:t>
            </w:r>
            <w:r w:rsidR="005F2F4F" w:rsidRPr="002F0D56">
              <w:rPr>
                <w:rFonts w:ascii="微軟正黑體" w:eastAsia="微軟正黑體" w:hAnsi="微軟正黑體" w:hint="eastAsia"/>
                <w:color w:val="FF0000"/>
                <w:lang w:eastAsia="zh-TW"/>
              </w:rPr>
              <w:t>八</w:t>
            </w:r>
            <w:r w:rsidR="005F2F4F" w:rsidRPr="002F0D56">
              <w:rPr>
                <w:rFonts w:ascii="微軟正黑體" w:eastAsia="微軟正黑體" w:hAnsi="微軟正黑體"/>
                <w:color w:val="FF0000"/>
                <w:lang w:eastAsia="zh-TW"/>
              </w:rPr>
              <w:t>)</w:t>
            </w:r>
          </w:p>
        </w:tc>
        <w:tc>
          <w:tcPr>
            <w:tcW w:w="929" w:type="dxa"/>
            <w:vAlign w:val="center"/>
          </w:tcPr>
          <w:p w14:paraId="2D97DCA4" w14:textId="0F45D1C0" w:rsidR="008C4AF3" w:rsidRPr="00823871" w:rsidRDefault="008C4AF3"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1156AF55" w14:textId="26B1D293" w:rsidR="008C4AF3" w:rsidRPr="00997931" w:rsidRDefault="005F2F4F"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w:t>
            </w:r>
          </w:p>
        </w:tc>
        <w:tc>
          <w:tcPr>
            <w:tcW w:w="1275" w:type="dxa"/>
            <w:vAlign w:val="center"/>
          </w:tcPr>
          <w:p w14:paraId="35F8555F" w14:textId="68EE198A"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12EFF688"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6B766A0A" w14:textId="77777777" w:rsidTr="00823871">
        <w:trPr>
          <w:trHeight w:val="312"/>
          <w:jc w:val="center"/>
        </w:trPr>
        <w:tc>
          <w:tcPr>
            <w:tcW w:w="6437" w:type="dxa"/>
            <w:vAlign w:val="center"/>
          </w:tcPr>
          <w:p w14:paraId="5C5F783A" w14:textId="798EC133" w:rsidR="008C4AF3" w:rsidRPr="00D52DA2" w:rsidRDefault="008C4AF3" w:rsidP="008C4AF3">
            <w:pPr>
              <w:spacing w:after="0" w:line="280" w:lineRule="exact"/>
              <w:jc w:val="both"/>
              <w:rPr>
                <w:rFonts w:ascii="微軟正黑體" w:eastAsia="SimSun" w:hAnsi="微軟正黑體" w:hint="eastAsia"/>
                <w:lang w:eastAsia="zh-TW"/>
              </w:rPr>
            </w:pPr>
            <w:r w:rsidRPr="00823871">
              <w:rPr>
                <w:rFonts w:ascii="微軟正黑體" w:eastAsia="微軟正黑體" w:hAnsi="微軟正黑體" w:hint="eastAsia"/>
                <w:lang w:eastAsia="zh-TW"/>
              </w:rPr>
              <w:t>9.公職人員及關係人身分關係聲明書</w:t>
            </w:r>
            <w:r w:rsidR="005F2F4F" w:rsidRPr="002F0D56">
              <w:rPr>
                <w:rFonts w:ascii="微軟正黑體" w:eastAsia="微軟正黑體" w:hAnsi="微軟正黑體" w:hint="eastAsia"/>
                <w:color w:val="FF0000"/>
                <w:lang w:eastAsia="zh-TW"/>
              </w:rPr>
              <w:t xml:space="preserve"> (</w:t>
            </w:r>
            <w:r w:rsidR="005F2F4F" w:rsidRPr="002F0D56">
              <w:rPr>
                <w:rFonts w:ascii="微軟正黑體" w:eastAsia="微軟正黑體" w:hAnsi="微軟正黑體"/>
                <w:color w:val="FF0000"/>
                <w:lang w:eastAsia="zh-TW"/>
              </w:rPr>
              <w:t>附件一之</w:t>
            </w:r>
            <w:r w:rsidR="005F2F4F" w:rsidRPr="002F0D56">
              <w:rPr>
                <w:rFonts w:ascii="微軟正黑體" w:eastAsia="微軟正黑體" w:hAnsi="微軟正黑體" w:hint="eastAsia"/>
                <w:color w:val="FF0000"/>
                <w:lang w:eastAsia="zh-TW"/>
              </w:rPr>
              <w:t>九)</w:t>
            </w:r>
          </w:p>
        </w:tc>
        <w:tc>
          <w:tcPr>
            <w:tcW w:w="929" w:type="dxa"/>
            <w:vAlign w:val="center"/>
          </w:tcPr>
          <w:p w14:paraId="55941FE9" w14:textId="19F1F2FA" w:rsidR="008C4AF3" w:rsidRPr="00823871" w:rsidRDefault="008C4AF3"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68E3F897" w14:textId="0EE81D3C" w:rsidR="008C4AF3" w:rsidRPr="00997931" w:rsidRDefault="005F2F4F"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w:t>
            </w:r>
          </w:p>
        </w:tc>
        <w:tc>
          <w:tcPr>
            <w:tcW w:w="1275" w:type="dxa"/>
            <w:vAlign w:val="center"/>
          </w:tcPr>
          <w:p w14:paraId="2E991B7E" w14:textId="45910E72"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42C06F30"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66313E40" w14:textId="77777777" w:rsidTr="00823871">
        <w:trPr>
          <w:trHeight w:val="312"/>
          <w:jc w:val="center"/>
        </w:trPr>
        <w:tc>
          <w:tcPr>
            <w:tcW w:w="6437" w:type="dxa"/>
            <w:vAlign w:val="center"/>
          </w:tcPr>
          <w:p w14:paraId="71069194" w14:textId="4199095D" w:rsidR="008C4AF3" w:rsidRPr="00D52DA2" w:rsidRDefault="008C4AF3" w:rsidP="008C4AF3">
            <w:pPr>
              <w:spacing w:after="0" w:line="280" w:lineRule="exact"/>
              <w:jc w:val="both"/>
              <w:rPr>
                <w:rFonts w:ascii="微軟正黑體" w:eastAsia="SimSun" w:hAnsi="微軟正黑體" w:hint="eastAsia"/>
                <w:lang w:eastAsia="zh-TW"/>
              </w:rPr>
            </w:pPr>
            <w:r w:rsidRPr="00823871">
              <w:rPr>
                <w:rFonts w:ascii="微軟正黑體" w:eastAsia="微軟正黑體" w:hAnsi="微軟正黑體"/>
                <w:lang w:eastAsia="zh-TW"/>
              </w:rPr>
              <w:t>10.申請人聲明書</w:t>
            </w:r>
            <w:r w:rsidR="005F2F4F" w:rsidRPr="00823871">
              <w:rPr>
                <w:rFonts w:ascii="微軟正黑體" w:eastAsia="微軟正黑體" w:hAnsi="微軟正黑體" w:hint="eastAsia"/>
                <w:lang w:eastAsia="zh-TW"/>
              </w:rPr>
              <w:t xml:space="preserve"> </w:t>
            </w:r>
            <w:r w:rsidR="005F2F4F" w:rsidRPr="002F0D56">
              <w:rPr>
                <w:rFonts w:ascii="微軟正黑體" w:eastAsia="微軟正黑體" w:hAnsi="微軟正黑體" w:hint="eastAsia"/>
                <w:color w:val="FF0000"/>
                <w:lang w:eastAsia="zh-TW"/>
              </w:rPr>
              <w:t>(</w:t>
            </w:r>
            <w:r w:rsidR="005F2F4F" w:rsidRPr="002F0D56">
              <w:rPr>
                <w:rFonts w:ascii="微軟正黑體" w:eastAsia="微軟正黑體" w:hAnsi="微軟正黑體"/>
                <w:color w:val="FF0000"/>
                <w:lang w:eastAsia="zh-TW"/>
              </w:rPr>
              <w:t>附件一之</w:t>
            </w:r>
            <w:r w:rsidR="005F2F4F" w:rsidRPr="002F0D56">
              <w:rPr>
                <w:rFonts w:ascii="微軟正黑體" w:eastAsia="微軟正黑體" w:hAnsi="微軟正黑體" w:hint="eastAsia"/>
                <w:color w:val="FF0000"/>
                <w:lang w:eastAsia="zh-TW"/>
              </w:rPr>
              <w:t>十)</w:t>
            </w:r>
          </w:p>
        </w:tc>
        <w:tc>
          <w:tcPr>
            <w:tcW w:w="929" w:type="dxa"/>
            <w:vAlign w:val="center"/>
          </w:tcPr>
          <w:p w14:paraId="240BC9E3" w14:textId="2CA5528C" w:rsidR="008C4AF3" w:rsidRPr="00823871" w:rsidRDefault="008C4AF3"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lang w:eastAsia="zh-CN"/>
              </w:rPr>
              <w:t>1</w:t>
            </w:r>
          </w:p>
        </w:tc>
        <w:tc>
          <w:tcPr>
            <w:tcW w:w="993" w:type="dxa"/>
            <w:vAlign w:val="center"/>
          </w:tcPr>
          <w:p w14:paraId="6CC0C262" w14:textId="7496CC84" w:rsidR="008C4AF3" w:rsidRPr="00997931" w:rsidRDefault="005F2F4F"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w:t>
            </w:r>
          </w:p>
        </w:tc>
        <w:tc>
          <w:tcPr>
            <w:tcW w:w="1275" w:type="dxa"/>
            <w:vAlign w:val="center"/>
          </w:tcPr>
          <w:p w14:paraId="734CCB53" w14:textId="0CC49625"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64212264"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607AF616" w14:textId="77777777" w:rsidTr="00823871">
        <w:trPr>
          <w:trHeight w:val="312"/>
          <w:jc w:val="center"/>
        </w:trPr>
        <w:tc>
          <w:tcPr>
            <w:tcW w:w="6437" w:type="dxa"/>
            <w:vAlign w:val="center"/>
          </w:tcPr>
          <w:p w14:paraId="4C787911" w14:textId="4A95975D" w:rsidR="008C4AF3" w:rsidRPr="00D52DA2" w:rsidRDefault="008C4AF3" w:rsidP="008C4AF3">
            <w:pPr>
              <w:spacing w:after="0" w:line="280" w:lineRule="exact"/>
              <w:jc w:val="both"/>
              <w:rPr>
                <w:rFonts w:ascii="微軟正黑體" w:eastAsia="SimSun" w:hAnsi="微軟正黑體" w:hint="eastAsia"/>
                <w:lang w:eastAsia="zh-TW"/>
              </w:rPr>
            </w:pPr>
            <w:r w:rsidRPr="00823871">
              <w:rPr>
                <w:rFonts w:ascii="微軟正黑體" w:eastAsia="微軟正黑體" w:hAnsi="微軟正黑體" w:hint="eastAsia"/>
                <w:lang w:eastAsia="zh-TW"/>
              </w:rPr>
              <w:t>11</w:t>
            </w:r>
            <w:r w:rsidRPr="00823871">
              <w:rPr>
                <w:rFonts w:ascii="微軟正黑體" w:eastAsia="微軟正黑體" w:hAnsi="微軟正黑體"/>
                <w:lang w:eastAsia="zh-TW"/>
              </w:rPr>
              <w:t>-1.承諾投資金額</w:t>
            </w:r>
            <w:r w:rsidR="005F2F4F" w:rsidRPr="002F0D56">
              <w:rPr>
                <w:rFonts w:ascii="微軟正黑體" w:eastAsia="微軟正黑體" w:hAnsi="微軟正黑體" w:hint="eastAsia"/>
                <w:color w:val="FF0000"/>
                <w:lang w:eastAsia="zh-TW"/>
              </w:rPr>
              <w:t>(</w:t>
            </w:r>
            <w:r w:rsidR="005F2F4F" w:rsidRPr="002F0D56">
              <w:rPr>
                <w:rFonts w:ascii="微軟正黑體" w:eastAsia="微軟正黑體" w:hAnsi="微軟正黑體"/>
                <w:color w:val="FF0000"/>
                <w:lang w:eastAsia="zh-TW"/>
              </w:rPr>
              <w:t>附件一之</w:t>
            </w:r>
            <w:r w:rsidR="005F2F4F" w:rsidRPr="002F0D56">
              <w:rPr>
                <w:rFonts w:ascii="微軟正黑體" w:eastAsia="微軟正黑體" w:hAnsi="微軟正黑體" w:hint="eastAsia"/>
                <w:color w:val="FF0000"/>
                <w:lang w:eastAsia="zh-TW"/>
              </w:rPr>
              <w:t>十一-1)</w:t>
            </w:r>
          </w:p>
        </w:tc>
        <w:tc>
          <w:tcPr>
            <w:tcW w:w="929" w:type="dxa"/>
            <w:vAlign w:val="center"/>
          </w:tcPr>
          <w:p w14:paraId="44C95073" w14:textId="595EBFE5" w:rsidR="008C4AF3" w:rsidRPr="00823871" w:rsidRDefault="008C4AF3"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010B927C" w14:textId="67DC9749" w:rsidR="008C4AF3" w:rsidRPr="00997931" w:rsidRDefault="005F2F4F"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w:t>
            </w:r>
          </w:p>
        </w:tc>
        <w:tc>
          <w:tcPr>
            <w:tcW w:w="1275" w:type="dxa"/>
            <w:vAlign w:val="center"/>
          </w:tcPr>
          <w:p w14:paraId="7A202C5B" w14:textId="39EE2B9A"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3F52A46E"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4EEAD425" w14:textId="77777777" w:rsidTr="00823871">
        <w:trPr>
          <w:trHeight w:val="312"/>
          <w:jc w:val="center"/>
        </w:trPr>
        <w:tc>
          <w:tcPr>
            <w:tcW w:w="6437" w:type="dxa"/>
            <w:vAlign w:val="center"/>
          </w:tcPr>
          <w:p w14:paraId="4AB1D072" w14:textId="34F0D238" w:rsidR="008C4AF3" w:rsidRPr="00D52DA2" w:rsidRDefault="008C4AF3" w:rsidP="008C4AF3">
            <w:pPr>
              <w:spacing w:after="0" w:line="280" w:lineRule="exact"/>
              <w:jc w:val="both"/>
              <w:rPr>
                <w:rFonts w:ascii="微軟正黑體" w:eastAsia="SimSun" w:hAnsi="微軟正黑體" w:hint="eastAsia"/>
                <w:lang w:eastAsia="zh-TW"/>
              </w:rPr>
            </w:pPr>
            <w:r w:rsidRPr="00823871">
              <w:rPr>
                <w:rFonts w:ascii="微軟正黑體" w:eastAsia="微軟正黑體" w:hAnsi="微軟正黑體" w:hint="eastAsia"/>
                <w:lang w:eastAsia="zh-TW"/>
              </w:rPr>
              <w:t>11</w:t>
            </w:r>
            <w:r w:rsidRPr="00823871">
              <w:rPr>
                <w:rFonts w:ascii="微軟正黑體" w:eastAsia="微軟正黑體" w:hAnsi="微軟正黑體"/>
                <w:lang w:eastAsia="zh-TW"/>
              </w:rPr>
              <w:t>-2.</w:t>
            </w:r>
            <w:r w:rsidRPr="00823871">
              <w:rPr>
                <w:rFonts w:ascii="微軟正黑體" w:eastAsia="微軟正黑體" w:hAnsi="微軟正黑體" w:hint="eastAsia"/>
                <w:lang w:eastAsia="zh-TW"/>
              </w:rPr>
              <w:t>資源回收物收購費率</w:t>
            </w:r>
            <w:r w:rsidR="005F2F4F" w:rsidRPr="002F0D56">
              <w:rPr>
                <w:rFonts w:ascii="微軟正黑體" w:eastAsia="微軟正黑體" w:hAnsi="微軟正黑體" w:hint="eastAsia"/>
                <w:color w:val="FF0000"/>
                <w:lang w:eastAsia="zh-TW"/>
              </w:rPr>
              <w:t>(</w:t>
            </w:r>
            <w:r w:rsidR="005F2F4F" w:rsidRPr="002F0D56">
              <w:rPr>
                <w:rFonts w:ascii="微軟正黑體" w:eastAsia="微軟正黑體" w:hAnsi="微軟正黑體"/>
                <w:color w:val="FF0000"/>
                <w:lang w:eastAsia="zh-TW"/>
              </w:rPr>
              <w:t>附件一之</w:t>
            </w:r>
            <w:r w:rsidR="005F2F4F" w:rsidRPr="002F0D56">
              <w:rPr>
                <w:rFonts w:ascii="微軟正黑體" w:eastAsia="微軟正黑體" w:hAnsi="微軟正黑體" w:hint="eastAsia"/>
                <w:color w:val="FF0000"/>
                <w:lang w:eastAsia="zh-TW"/>
              </w:rPr>
              <w:t>十一-2)</w:t>
            </w:r>
          </w:p>
        </w:tc>
        <w:tc>
          <w:tcPr>
            <w:tcW w:w="929" w:type="dxa"/>
            <w:vAlign w:val="center"/>
          </w:tcPr>
          <w:p w14:paraId="229686BF" w14:textId="22F4A316" w:rsidR="008C4AF3" w:rsidRPr="00823871" w:rsidRDefault="008C4AF3"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62B4EB61" w14:textId="14A4B6D2" w:rsidR="008C4AF3" w:rsidRPr="00997931" w:rsidRDefault="005F2F4F"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w:t>
            </w:r>
          </w:p>
        </w:tc>
        <w:tc>
          <w:tcPr>
            <w:tcW w:w="1275" w:type="dxa"/>
            <w:vAlign w:val="center"/>
          </w:tcPr>
          <w:p w14:paraId="03BC255B" w14:textId="33FF42DD"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63F1D0F9"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0C6745D2" w14:textId="77777777" w:rsidTr="00823871">
        <w:trPr>
          <w:trHeight w:val="312"/>
          <w:jc w:val="center"/>
        </w:trPr>
        <w:tc>
          <w:tcPr>
            <w:tcW w:w="6437" w:type="dxa"/>
            <w:vAlign w:val="center"/>
          </w:tcPr>
          <w:p w14:paraId="3BA83F22" w14:textId="3651578D" w:rsidR="008C4AF3" w:rsidRPr="00D52DA2" w:rsidRDefault="008C4AF3" w:rsidP="008C4AF3">
            <w:pPr>
              <w:spacing w:after="0" w:line="280" w:lineRule="exact"/>
              <w:jc w:val="both"/>
              <w:rPr>
                <w:rFonts w:ascii="微軟正黑體" w:eastAsia="SimSun" w:hAnsi="微軟正黑體" w:hint="eastAsia"/>
                <w:lang w:eastAsia="zh-TW"/>
              </w:rPr>
            </w:pPr>
            <w:r w:rsidRPr="00823871">
              <w:rPr>
                <w:rFonts w:ascii="微軟正黑體" w:eastAsia="微軟正黑體" w:hAnsi="微軟正黑體"/>
                <w:lang w:eastAsia="zh-TW"/>
              </w:rPr>
              <w:t>1</w:t>
            </w:r>
            <w:r w:rsidRPr="00823871">
              <w:rPr>
                <w:rFonts w:ascii="微軟正黑體" w:eastAsia="微軟正黑體" w:hAnsi="微軟正黑體" w:hint="eastAsia"/>
                <w:lang w:eastAsia="zh-TW"/>
              </w:rPr>
              <w:t>2-1</w:t>
            </w:r>
            <w:r w:rsidRPr="00823871">
              <w:rPr>
                <w:rFonts w:ascii="微軟正黑體" w:eastAsia="微軟正黑體" w:hAnsi="微軟正黑體"/>
                <w:lang w:eastAsia="zh-TW"/>
              </w:rPr>
              <w:t>金融機構融資意願書</w:t>
            </w:r>
            <w:r w:rsidR="005F2F4F" w:rsidRPr="002F0D56">
              <w:rPr>
                <w:rFonts w:ascii="微軟正黑體" w:eastAsia="微軟正黑體" w:hAnsi="微軟正黑體" w:hint="eastAsia"/>
                <w:color w:val="FF0000"/>
                <w:lang w:eastAsia="zh-TW"/>
              </w:rPr>
              <w:t>(</w:t>
            </w:r>
            <w:r w:rsidR="005F2F4F" w:rsidRPr="002F0D56">
              <w:rPr>
                <w:rFonts w:ascii="微軟正黑體" w:eastAsia="微軟正黑體" w:hAnsi="微軟正黑體"/>
                <w:color w:val="FF0000"/>
                <w:lang w:eastAsia="zh-TW"/>
              </w:rPr>
              <w:t>附件一之</w:t>
            </w:r>
            <w:r w:rsidR="005F2F4F" w:rsidRPr="002F0D56">
              <w:rPr>
                <w:rFonts w:ascii="微軟正黑體" w:eastAsia="微軟正黑體" w:hAnsi="微軟正黑體" w:hint="eastAsia"/>
                <w:color w:val="FF0000"/>
                <w:lang w:eastAsia="zh-TW"/>
              </w:rPr>
              <w:t>十二)</w:t>
            </w:r>
          </w:p>
        </w:tc>
        <w:tc>
          <w:tcPr>
            <w:tcW w:w="929" w:type="dxa"/>
            <w:vAlign w:val="center"/>
          </w:tcPr>
          <w:p w14:paraId="408AC681" w14:textId="667608B9" w:rsidR="008C4AF3" w:rsidRPr="00823871" w:rsidRDefault="008C4AF3"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6F8049F3" w14:textId="15BD850A" w:rsidR="008C4AF3" w:rsidRPr="00997931" w:rsidRDefault="005F2F4F"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3</w:t>
            </w:r>
          </w:p>
        </w:tc>
        <w:tc>
          <w:tcPr>
            <w:tcW w:w="1275" w:type="dxa"/>
            <w:vAlign w:val="center"/>
          </w:tcPr>
          <w:p w14:paraId="26EE23D3" w14:textId="51B6DE70"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18E10AC7"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6B180D42" w14:textId="77777777" w:rsidTr="00823871">
        <w:trPr>
          <w:trHeight w:val="312"/>
          <w:jc w:val="center"/>
        </w:trPr>
        <w:tc>
          <w:tcPr>
            <w:tcW w:w="6437" w:type="dxa"/>
            <w:vAlign w:val="center"/>
          </w:tcPr>
          <w:p w14:paraId="0B5BBD45" w14:textId="125561FF" w:rsidR="008C4AF3" w:rsidRPr="002177C8" w:rsidRDefault="008C4AF3" w:rsidP="008C4AF3">
            <w:pPr>
              <w:spacing w:after="0" w:line="280" w:lineRule="exact"/>
              <w:jc w:val="both"/>
              <w:rPr>
                <w:rFonts w:ascii="微軟正黑體" w:eastAsia="SimSun" w:hAnsi="微軟正黑體"/>
                <w:lang w:eastAsia="zh-CN"/>
              </w:rPr>
            </w:pPr>
            <w:r w:rsidRPr="00823871">
              <w:rPr>
                <w:rFonts w:ascii="微軟正黑體" w:eastAsia="微軟正黑體" w:hAnsi="微軟正黑體"/>
                <w:lang w:eastAsia="zh-TW"/>
              </w:rPr>
              <w:t>1</w:t>
            </w:r>
            <w:r w:rsidRPr="00823871">
              <w:rPr>
                <w:rFonts w:ascii="微軟正黑體" w:eastAsia="微軟正黑體" w:hAnsi="微軟正黑體" w:hint="eastAsia"/>
                <w:lang w:eastAsia="zh-TW"/>
              </w:rPr>
              <w:t>2-2</w:t>
            </w:r>
            <w:r w:rsidRPr="00823871">
              <w:rPr>
                <w:rFonts w:ascii="微軟正黑體" w:eastAsia="微軟正黑體" w:hAnsi="微軟正黑體"/>
                <w:lang w:eastAsia="zh-TW"/>
              </w:rPr>
              <w:t>金融機構</w:t>
            </w:r>
            <w:r w:rsidRPr="00823871">
              <w:rPr>
                <w:rFonts w:ascii="微軟正黑體" w:eastAsia="微軟正黑體" w:hAnsi="微軟正黑體" w:hint="eastAsia"/>
                <w:lang w:eastAsia="zh-TW"/>
              </w:rPr>
              <w:t>對投資計畫書評估意見</w:t>
            </w:r>
            <w:r w:rsidR="001B765E" w:rsidRPr="00823871">
              <w:rPr>
                <w:rFonts w:ascii="微軟正黑體" w:eastAsia="微軟正黑體" w:hAnsi="微軟正黑體" w:hint="eastAsia"/>
                <w:lang w:eastAsia="zh-TW"/>
              </w:rPr>
              <w:t xml:space="preserve"> </w:t>
            </w:r>
          </w:p>
        </w:tc>
        <w:tc>
          <w:tcPr>
            <w:tcW w:w="929" w:type="dxa"/>
            <w:vAlign w:val="center"/>
          </w:tcPr>
          <w:p w14:paraId="5978C24D" w14:textId="7863B9CC" w:rsidR="008C4AF3" w:rsidRPr="00823871" w:rsidRDefault="00ED5688"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lang w:eastAsia="zh-TW"/>
              </w:rPr>
              <w:t>-</w:t>
            </w:r>
          </w:p>
        </w:tc>
        <w:tc>
          <w:tcPr>
            <w:tcW w:w="993" w:type="dxa"/>
            <w:vAlign w:val="center"/>
          </w:tcPr>
          <w:p w14:paraId="060C05DF" w14:textId="16A8A877" w:rsidR="008C4AF3" w:rsidRPr="00997931" w:rsidRDefault="00ED5688"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1</w:t>
            </w:r>
          </w:p>
        </w:tc>
        <w:tc>
          <w:tcPr>
            <w:tcW w:w="1275" w:type="dxa"/>
            <w:vAlign w:val="center"/>
          </w:tcPr>
          <w:p w14:paraId="08C2F3B2" w14:textId="27A1D242"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3A0BA079"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410AD005" w14:textId="77777777" w:rsidTr="00823871">
        <w:trPr>
          <w:trHeight w:val="312"/>
          <w:jc w:val="center"/>
        </w:trPr>
        <w:tc>
          <w:tcPr>
            <w:tcW w:w="6437" w:type="dxa"/>
            <w:vAlign w:val="center"/>
          </w:tcPr>
          <w:p w14:paraId="6BB4F384" w14:textId="519AA5A2" w:rsidR="008C4AF3" w:rsidRPr="00823871" w:rsidRDefault="008C4AF3" w:rsidP="008C4AF3">
            <w:pPr>
              <w:spacing w:after="0" w:line="280" w:lineRule="exact"/>
              <w:jc w:val="both"/>
              <w:rPr>
                <w:rFonts w:ascii="微軟正黑體" w:eastAsia="微軟正黑體" w:hAnsi="微軟正黑體"/>
                <w:lang w:eastAsia="zh-TW"/>
              </w:rPr>
            </w:pPr>
            <w:r w:rsidRPr="00823871">
              <w:rPr>
                <w:rFonts w:ascii="微軟正黑體" w:eastAsia="微軟正黑體" w:hAnsi="微軟正黑體"/>
                <w:lang w:eastAsia="zh-TW"/>
              </w:rPr>
              <w:t>1</w:t>
            </w:r>
            <w:r w:rsidRPr="00823871">
              <w:rPr>
                <w:rFonts w:ascii="微軟正黑體" w:eastAsia="微軟正黑體" w:hAnsi="微軟正黑體" w:hint="eastAsia"/>
                <w:lang w:eastAsia="zh-TW"/>
              </w:rPr>
              <w:t>3</w:t>
            </w:r>
            <w:r w:rsidRPr="00823871">
              <w:rPr>
                <w:rFonts w:ascii="微軟正黑體" w:eastAsia="微軟正黑體" w:hAnsi="微軟正黑體"/>
                <w:lang w:eastAsia="zh-TW"/>
              </w:rPr>
              <w:t>-1.</w:t>
            </w:r>
            <w:r w:rsidR="0093460A" w:rsidRPr="00823871">
              <w:rPr>
                <w:rFonts w:ascii="微軟正黑體" w:eastAsia="微軟正黑體" w:hAnsi="微軟正黑體" w:hint="eastAsia"/>
                <w:lang w:eastAsia="zh-TW"/>
              </w:rPr>
              <w:t xml:space="preserve"> </w:t>
            </w:r>
            <w:r w:rsidRPr="00823871">
              <w:rPr>
                <w:rFonts w:ascii="微軟正黑體" w:eastAsia="微軟正黑體" w:hAnsi="微軟正黑體"/>
                <w:lang w:eastAsia="zh-TW"/>
              </w:rPr>
              <w:t>法人資格證明文件</w:t>
            </w:r>
          </w:p>
        </w:tc>
        <w:tc>
          <w:tcPr>
            <w:tcW w:w="929" w:type="dxa"/>
            <w:vAlign w:val="center"/>
          </w:tcPr>
          <w:p w14:paraId="17EF02DF" w14:textId="593993B2" w:rsidR="008C4AF3" w:rsidRPr="00823871" w:rsidRDefault="008C4AF3"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2DD43BD1" w14:textId="69FA275F" w:rsidR="008C4AF3" w:rsidRPr="00997931" w:rsidRDefault="0093460A"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1</w:t>
            </w:r>
          </w:p>
        </w:tc>
        <w:tc>
          <w:tcPr>
            <w:tcW w:w="1275" w:type="dxa"/>
            <w:vAlign w:val="center"/>
          </w:tcPr>
          <w:p w14:paraId="474DD87D" w14:textId="1649F1F7"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10770516"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046225E2" w14:textId="77777777" w:rsidTr="00823871">
        <w:trPr>
          <w:trHeight w:val="312"/>
          <w:jc w:val="center"/>
        </w:trPr>
        <w:tc>
          <w:tcPr>
            <w:tcW w:w="6437" w:type="dxa"/>
            <w:vAlign w:val="center"/>
          </w:tcPr>
          <w:p w14:paraId="7CA182BB" w14:textId="53082BD3" w:rsidR="008C4AF3" w:rsidRPr="00823871" w:rsidRDefault="008C4AF3" w:rsidP="008C4AF3">
            <w:pPr>
              <w:spacing w:after="0" w:line="280" w:lineRule="exact"/>
              <w:jc w:val="both"/>
              <w:rPr>
                <w:rFonts w:ascii="微軟正黑體" w:eastAsia="微軟正黑體" w:hAnsi="微軟正黑體"/>
                <w:lang w:eastAsia="zh-TW"/>
              </w:rPr>
            </w:pPr>
            <w:r w:rsidRPr="00823871">
              <w:rPr>
                <w:rFonts w:ascii="微軟正黑體" w:eastAsia="微軟正黑體" w:hAnsi="微軟正黑體"/>
                <w:lang w:eastAsia="zh-TW"/>
              </w:rPr>
              <w:t>1</w:t>
            </w:r>
            <w:r w:rsidRPr="00823871">
              <w:rPr>
                <w:rFonts w:ascii="微軟正黑體" w:eastAsia="微軟正黑體" w:hAnsi="微軟正黑體" w:hint="eastAsia"/>
                <w:lang w:eastAsia="zh-TW"/>
              </w:rPr>
              <w:t>3</w:t>
            </w:r>
            <w:r w:rsidRPr="00823871">
              <w:rPr>
                <w:rFonts w:ascii="微軟正黑體" w:eastAsia="微軟正黑體" w:hAnsi="微軟正黑體"/>
                <w:lang w:eastAsia="zh-TW"/>
              </w:rPr>
              <w:t>-2.</w:t>
            </w:r>
            <w:r w:rsidR="0093460A" w:rsidRPr="00823871">
              <w:rPr>
                <w:rFonts w:ascii="微軟正黑體" w:eastAsia="微軟正黑體" w:hAnsi="微軟正黑體" w:hint="eastAsia"/>
                <w:lang w:eastAsia="zh-TW"/>
              </w:rPr>
              <w:t xml:space="preserve"> </w:t>
            </w:r>
            <w:r w:rsidRPr="00823871">
              <w:rPr>
                <w:rFonts w:ascii="微軟正黑體" w:eastAsia="微軟正黑體" w:hAnsi="微軟正黑體"/>
                <w:lang w:eastAsia="zh-TW"/>
              </w:rPr>
              <w:t>股東名冊</w:t>
            </w:r>
          </w:p>
        </w:tc>
        <w:tc>
          <w:tcPr>
            <w:tcW w:w="929" w:type="dxa"/>
            <w:vAlign w:val="center"/>
          </w:tcPr>
          <w:p w14:paraId="5B2142FB" w14:textId="10E4027C" w:rsidR="008C4AF3" w:rsidRPr="00823871" w:rsidRDefault="008C4AF3"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3595E7BC" w14:textId="5BC95537" w:rsidR="008C4AF3" w:rsidRPr="00997931" w:rsidRDefault="00ED5688"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w:t>
            </w:r>
          </w:p>
        </w:tc>
        <w:tc>
          <w:tcPr>
            <w:tcW w:w="1275" w:type="dxa"/>
            <w:vAlign w:val="center"/>
          </w:tcPr>
          <w:p w14:paraId="26138B8D" w14:textId="42078569"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56DD5712"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1F2C2D89" w14:textId="77777777" w:rsidTr="00823871">
        <w:trPr>
          <w:trHeight w:val="312"/>
          <w:jc w:val="center"/>
        </w:trPr>
        <w:tc>
          <w:tcPr>
            <w:tcW w:w="6437" w:type="dxa"/>
            <w:vAlign w:val="center"/>
          </w:tcPr>
          <w:p w14:paraId="3E166BAD" w14:textId="662B414F" w:rsidR="008C4AF3" w:rsidRPr="00823871" w:rsidRDefault="008C4AF3" w:rsidP="008C4AF3">
            <w:pPr>
              <w:spacing w:after="0" w:line="280" w:lineRule="exact"/>
              <w:jc w:val="both"/>
              <w:rPr>
                <w:rFonts w:ascii="微軟正黑體" w:eastAsia="微軟正黑體" w:hAnsi="微軟正黑體"/>
                <w:lang w:eastAsia="zh-TW"/>
              </w:rPr>
            </w:pPr>
            <w:r w:rsidRPr="00823871">
              <w:rPr>
                <w:rFonts w:ascii="微軟正黑體" w:eastAsia="微軟正黑體" w:hAnsi="微軟正黑體"/>
                <w:lang w:eastAsia="zh-TW"/>
              </w:rPr>
              <w:t>1</w:t>
            </w:r>
            <w:r w:rsidRPr="00823871">
              <w:rPr>
                <w:rFonts w:ascii="微軟正黑體" w:eastAsia="微軟正黑體" w:hAnsi="微軟正黑體" w:hint="eastAsia"/>
                <w:lang w:eastAsia="zh-TW"/>
              </w:rPr>
              <w:t>3</w:t>
            </w:r>
            <w:r w:rsidRPr="00823871">
              <w:rPr>
                <w:rFonts w:ascii="微軟正黑體" w:eastAsia="微軟正黑體" w:hAnsi="微軟正黑體"/>
                <w:lang w:eastAsia="zh-TW"/>
              </w:rPr>
              <w:t>-3.</w:t>
            </w:r>
            <w:r w:rsidR="00E0768F" w:rsidRPr="00823871">
              <w:rPr>
                <w:rFonts w:ascii="微軟正黑體" w:eastAsia="微軟正黑體" w:hAnsi="微軟正黑體" w:hint="eastAsia"/>
                <w:lang w:eastAsia="zh-TW"/>
              </w:rPr>
              <w:t xml:space="preserve"> </w:t>
            </w:r>
            <w:r w:rsidR="001B765E" w:rsidRPr="00823871">
              <w:rPr>
                <w:rFonts w:ascii="微軟正黑體" w:eastAsia="微軟正黑體" w:hAnsi="微軟正黑體" w:hint="eastAsia"/>
                <w:lang w:eastAsia="zh-TW"/>
              </w:rPr>
              <w:t>稅務</w:t>
            </w:r>
            <w:r w:rsidRPr="00823871">
              <w:rPr>
                <w:rFonts w:ascii="微軟正黑體" w:eastAsia="微軟正黑體" w:hAnsi="微軟正黑體"/>
                <w:lang w:eastAsia="zh-TW"/>
              </w:rPr>
              <w:t>證明文件</w:t>
            </w:r>
          </w:p>
        </w:tc>
        <w:tc>
          <w:tcPr>
            <w:tcW w:w="929" w:type="dxa"/>
            <w:vAlign w:val="center"/>
          </w:tcPr>
          <w:p w14:paraId="7D2DADA0" w14:textId="3B0AF4D2" w:rsidR="008C4AF3" w:rsidRPr="00823871" w:rsidRDefault="00ED5688"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lang w:eastAsia="zh-TW"/>
              </w:rPr>
              <w:t>-</w:t>
            </w:r>
          </w:p>
        </w:tc>
        <w:tc>
          <w:tcPr>
            <w:tcW w:w="993" w:type="dxa"/>
            <w:vAlign w:val="center"/>
          </w:tcPr>
          <w:p w14:paraId="24D317A4" w14:textId="153FB523" w:rsidR="008C4AF3" w:rsidRPr="00997931" w:rsidRDefault="00256C3A"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1</w:t>
            </w:r>
          </w:p>
        </w:tc>
        <w:tc>
          <w:tcPr>
            <w:tcW w:w="1275" w:type="dxa"/>
            <w:vAlign w:val="center"/>
          </w:tcPr>
          <w:p w14:paraId="5C6AD4E6" w14:textId="52E7E1ED"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09766C7A" w14:textId="77777777" w:rsidR="008C4AF3" w:rsidRPr="00621178" w:rsidRDefault="008C4AF3" w:rsidP="005F2F4F">
            <w:pPr>
              <w:spacing w:after="0" w:line="280" w:lineRule="exact"/>
              <w:jc w:val="center"/>
              <w:rPr>
                <w:rFonts w:ascii="微軟正黑體" w:eastAsia="微軟正黑體" w:hAnsi="微軟正黑體"/>
              </w:rPr>
            </w:pPr>
          </w:p>
        </w:tc>
      </w:tr>
      <w:tr w:rsidR="00256C3A" w:rsidRPr="00621178" w14:paraId="21FA464E" w14:textId="77777777" w:rsidTr="00823871">
        <w:trPr>
          <w:trHeight w:val="312"/>
          <w:jc w:val="center"/>
        </w:trPr>
        <w:tc>
          <w:tcPr>
            <w:tcW w:w="6437" w:type="dxa"/>
            <w:vAlign w:val="center"/>
          </w:tcPr>
          <w:p w14:paraId="2C339EAF" w14:textId="460C57B2" w:rsidR="00256C3A" w:rsidRPr="00823871" w:rsidRDefault="00256C3A" w:rsidP="00256C3A">
            <w:pPr>
              <w:spacing w:after="0" w:line="280" w:lineRule="exact"/>
              <w:jc w:val="both"/>
              <w:rPr>
                <w:rFonts w:ascii="微軟正黑體" w:eastAsia="微軟正黑體" w:hAnsi="微軟正黑體"/>
                <w:lang w:eastAsia="zh-TW"/>
              </w:rPr>
            </w:pPr>
            <w:r w:rsidRPr="00823871">
              <w:rPr>
                <w:rFonts w:ascii="微軟正黑體" w:eastAsia="微軟正黑體" w:hAnsi="微軟正黑體"/>
                <w:lang w:eastAsia="zh-TW"/>
              </w:rPr>
              <w:t>1</w:t>
            </w:r>
            <w:r w:rsidRPr="00823871">
              <w:rPr>
                <w:rFonts w:ascii="微軟正黑體" w:eastAsia="微軟正黑體" w:hAnsi="微軟正黑體" w:hint="eastAsia"/>
                <w:lang w:eastAsia="zh-TW"/>
              </w:rPr>
              <w:t>4</w:t>
            </w:r>
            <w:r w:rsidRPr="00823871">
              <w:rPr>
                <w:rFonts w:ascii="微軟正黑體" w:eastAsia="微軟正黑體" w:hAnsi="微軟正黑體"/>
                <w:lang w:eastAsia="zh-TW"/>
              </w:rPr>
              <w:t>-1.</w:t>
            </w:r>
            <w:r w:rsidRPr="00823871">
              <w:rPr>
                <w:rFonts w:ascii="微軟正黑體" w:eastAsia="微軟正黑體" w:hAnsi="微軟正黑體" w:hint="eastAsia"/>
                <w:lang w:eastAsia="zh-TW"/>
              </w:rPr>
              <w:t xml:space="preserve"> </w:t>
            </w:r>
            <w:r w:rsidRPr="00823871">
              <w:rPr>
                <w:rFonts w:ascii="微軟正黑體" w:eastAsia="微軟正黑體" w:hAnsi="微軟正黑體"/>
                <w:lang w:eastAsia="zh-TW"/>
              </w:rPr>
              <w:t>年度財務報告</w:t>
            </w:r>
          </w:p>
        </w:tc>
        <w:tc>
          <w:tcPr>
            <w:tcW w:w="929" w:type="dxa"/>
            <w:vAlign w:val="center"/>
          </w:tcPr>
          <w:p w14:paraId="535B6602" w14:textId="00A82864" w:rsidR="00256C3A" w:rsidRPr="00823871" w:rsidRDefault="00256C3A" w:rsidP="00256C3A">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6F6DB01F" w14:textId="6103F1F7" w:rsidR="00256C3A" w:rsidRPr="00997931" w:rsidRDefault="00ED5688" w:rsidP="00256C3A">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w:t>
            </w:r>
          </w:p>
        </w:tc>
        <w:tc>
          <w:tcPr>
            <w:tcW w:w="1275" w:type="dxa"/>
            <w:vAlign w:val="center"/>
          </w:tcPr>
          <w:p w14:paraId="74652AAC" w14:textId="513EC08D" w:rsidR="00256C3A" w:rsidRPr="00621178" w:rsidRDefault="00256C3A" w:rsidP="00256C3A">
            <w:pPr>
              <w:spacing w:after="0" w:line="280" w:lineRule="exact"/>
              <w:jc w:val="center"/>
              <w:rPr>
                <w:rFonts w:ascii="微軟正黑體" w:eastAsia="微軟正黑體" w:hAnsi="微軟正黑體"/>
              </w:rPr>
            </w:pPr>
          </w:p>
        </w:tc>
        <w:tc>
          <w:tcPr>
            <w:tcW w:w="1156" w:type="dxa"/>
            <w:vAlign w:val="center"/>
          </w:tcPr>
          <w:p w14:paraId="6823016B" w14:textId="77777777" w:rsidR="00256C3A" w:rsidRPr="00621178" w:rsidRDefault="00256C3A" w:rsidP="00256C3A">
            <w:pPr>
              <w:spacing w:after="0" w:line="280" w:lineRule="exact"/>
              <w:jc w:val="center"/>
              <w:rPr>
                <w:rFonts w:ascii="微軟正黑體" w:eastAsia="微軟正黑體" w:hAnsi="微軟正黑體"/>
              </w:rPr>
            </w:pPr>
          </w:p>
        </w:tc>
      </w:tr>
      <w:tr w:rsidR="00256C3A" w:rsidRPr="00621178" w14:paraId="284A3446" w14:textId="77777777" w:rsidTr="00823871">
        <w:trPr>
          <w:trHeight w:val="312"/>
          <w:jc w:val="center"/>
        </w:trPr>
        <w:tc>
          <w:tcPr>
            <w:tcW w:w="6437" w:type="dxa"/>
            <w:vAlign w:val="center"/>
          </w:tcPr>
          <w:p w14:paraId="7FAD9843" w14:textId="1D6280D4" w:rsidR="00256C3A" w:rsidRPr="00823871" w:rsidRDefault="00256C3A" w:rsidP="00256C3A">
            <w:pPr>
              <w:spacing w:after="0" w:line="280" w:lineRule="exact"/>
              <w:jc w:val="both"/>
              <w:rPr>
                <w:rFonts w:ascii="微軟正黑體" w:eastAsia="微軟正黑體" w:hAnsi="微軟正黑體"/>
                <w:lang w:eastAsia="zh-TW"/>
              </w:rPr>
            </w:pPr>
            <w:r w:rsidRPr="00823871">
              <w:rPr>
                <w:rFonts w:ascii="微軟正黑體" w:eastAsia="微軟正黑體" w:hAnsi="微軟正黑體"/>
                <w:lang w:eastAsia="zh-TW"/>
              </w:rPr>
              <w:t>1</w:t>
            </w:r>
            <w:r w:rsidRPr="00823871">
              <w:rPr>
                <w:rFonts w:ascii="微軟正黑體" w:eastAsia="微軟正黑體" w:hAnsi="微軟正黑體" w:hint="eastAsia"/>
                <w:lang w:eastAsia="zh-TW"/>
              </w:rPr>
              <w:t>4</w:t>
            </w:r>
            <w:r w:rsidRPr="00823871">
              <w:rPr>
                <w:rFonts w:ascii="微軟正黑體" w:eastAsia="微軟正黑體" w:hAnsi="微軟正黑體"/>
                <w:lang w:eastAsia="zh-TW"/>
              </w:rPr>
              <w:t>-2.</w:t>
            </w:r>
            <w:r w:rsidRPr="00823871">
              <w:rPr>
                <w:rFonts w:ascii="微軟正黑體" w:eastAsia="微軟正黑體" w:hAnsi="微軟正黑體" w:hint="eastAsia"/>
                <w:lang w:eastAsia="zh-TW"/>
              </w:rPr>
              <w:t xml:space="preserve"> </w:t>
            </w:r>
            <w:r w:rsidRPr="00823871">
              <w:rPr>
                <w:rFonts w:ascii="微軟正黑體" w:eastAsia="微軟正黑體" w:hAnsi="微軟正黑體"/>
                <w:lang w:eastAsia="zh-TW"/>
              </w:rPr>
              <w:t>信用證明</w:t>
            </w:r>
            <w:r w:rsidR="00DD4223" w:rsidRPr="002F0D56">
              <w:rPr>
                <w:rFonts w:ascii="微軟正黑體" w:eastAsia="微軟正黑體" w:hAnsi="微軟正黑體" w:hint="eastAsia"/>
                <w:color w:val="FF0000"/>
                <w:lang w:eastAsia="zh-TW"/>
              </w:rPr>
              <w:t>(外國公司為影本)</w:t>
            </w:r>
          </w:p>
        </w:tc>
        <w:tc>
          <w:tcPr>
            <w:tcW w:w="929" w:type="dxa"/>
            <w:vAlign w:val="center"/>
          </w:tcPr>
          <w:p w14:paraId="41B72E9D" w14:textId="1E62DFCB" w:rsidR="00256C3A" w:rsidRPr="00823871" w:rsidRDefault="00256C3A" w:rsidP="00256C3A">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52DED866" w14:textId="79983AFE" w:rsidR="00256C3A" w:rsidRPr="00997931" w:rsidRDefault="00017914" w:rsidP="00256C3A">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w:t>
            </w:r>
          </w:p>
        </w:tc>
        <w:tc>
          <w:tcPr>
            <w:tcW w:w="1275" w:type="dxa"/>
            <w:vAlign w:val="center"/>
          </w:tcPr>
          <w:p w14:paraId="2B8402A5" w14:textId="5E0A795D" w:rsidR="00256C3A" w:rsidRPr="00621178" w:rsidRDefault="00256C3A" w:rsidP="00256C3A">
            <w:pPr>
              <w:spacing w:after="0" w:line="280" w:lineRule="exact"/>
              <w:jc w:val="center"/>
              <w:rPr>
                <w:rFonts w:ascii="微軟正黑體" w:eastAsia="微軟正黑體" w:hAnsi="微軟正黑體"/>
              </w:rPr>
            </w:pPr>
          </w:p>
        </w:tc>
        <w:tc>
          <w:tcPr>
            <w:tcW w:w="1156" w:type="dxa"/>
            <w:vAlign w:val="center"/>
          </w:tcPr>
          <w:p w14:paraId="026643F8" w14:textId="77777777" w:rsidR="00256C3A" w:rsidRPr="00621178" w:rsidRDefault="00256C3A" w:rsidP="00256C3A">
            <w:pPr>
              <w:spacing w:after="0" w:line="280" w:lineRule="exact"/>
              <w:jc w:val="center"/>
              <w:rPr>
                <w:rFonts w:ascii="微軟正黑體" w:eastAsia="微軟正黑體" w:hAnsi="微軟正黑體"/>
              </w:rPr>
            </w:pPr>
          </w:p>
        </w:tc>
      </w:tr>
      <w:tr w:rsidR="008C4AF3" w:rsidRPr="00621178" w14:paraId="0FB3DD76" w14:textId="77777777" w:rsidTr="00823871">
        <w:trPr>
          <w:trHeight w:val="312"/>
          <w:jc w:val="center"/>
        </w:trPr>
        <w:tc>
          <w:tcPr>
            <w:tcW w:w="6437" w:type="dxa"/>
            <w:vAlign w:val="center"/>
          </w:tcPr>
          <w:p w14:paraId="48D0FACB" w14:textId="54397A98" w:rsidR="008C4AF3" w:rsidRPr="00823871" w:rsidRDefault="008C4AF3" w:rsidP="008C4AF3">
            <w:pPr>
              <w:spacing w:after="0" w:line="280" w:lineRule="exact"/>
              <w:jc w:val="both"/>
              <w:rPr>
                <w:rFonts w:ascii="微軟正黑體" w:eastAsia="微軟正黑體" w:hAnsi="微軟正黑體"/>
                <w:lang w:eastAsia="zh-TW"/>
              </w:rPr>
            </w:pPr>
            <w:r w:rsidRPr="00823871">
              <w:rPr>
                <w:rFonts w:ascii="微軟正黑體" w:eastAsia="微軟正黑體" w:hAnsi="微軟正黑體"/>
                <w:lang w:eastAsia="zh-TW"/>
              </w:rPr>
              <w:t>1</w:t>
            </w:r>
            <w:r w:rsidRPr="00823871">
              <w:rPr>
                <w:rFonts w:ascii="微軟正黑體" w:eastAsia="微軟正黑體" w:hAnsi="微軟正黑體" w:hint="eastAsia"/>
                <w:lang w:eastAsia="zh-TW"/>
              </w:rPr>
              <w:t>5</w:t>
            </w:r>
            <w:r w:rsidRPr="00823871">
              <w:rPr>
                <w:rFonts w:ascii="微軟正黑體" w:eastAsia="微軟正黑體" w:hAnsi="微軟正黑體"/>
                <w:lang w:eastAsia="zh-TW"/>
              </w:rPr>
              <w:t>.</w:t>
            </w:r>
            <w:r w:rsidRPr="00823871">
              <w:rPr>
                <w:rFonts w:ascii="微軟正黑體" w:eastAsia="微軟正黑體" w:hAnsi="微軟正黑體" w:hint="eastAsia"/>
                <w:lang w:eastAsia="zh-TW"/>
              </w:rPr>
              <w:t>興建營運</w:t>
            </w:r>
            <w:r w:rsidRPr="00823871">
              <w:rPr>
                <w:rFonts w:ascii="微軟正黑體" w:eastAsia="微軟正黑體" w:hAnsi="微軟正黑體"/>
                <w:lang w:eastAsia="zh-TW"/>
              </w:rPr>
              <w:t>技術能力證明文件</w:t>
            </w:r>
            <w:r w:rsidR="00256C3A" w:rsidRPr="002F0D56">
              <w:rPr>
                <w:rFonts w:ascii="微軟正黑體" w:eastAsia="微軟正黑體" w:hAnsi="微軟正黑體" w:hint="eastAsia"/>
                <w:color w:val="FF0000"/>
                <w:lang w:eastAsia="zh-TW"/>
              </w:rPr>
              <w:t>(附件一之十三)</w:t>
            </w:r>
          </w:p>
        </w:tc>
        <w:tc>
          <w:tcPr>
            <w:tcW w:w="929" w:type="dxa"/>
            <w:vAlign w:val="center"/>
          </w:tcPr>
          <w:p w14:paraId="1432102C" w14:textId="3113DE26" w:rsidR="008C4AF3" w:rsidRPr="00823871" w:rsidRDefault="00256C3A"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lang w:eastAsia="zh-TW"/>
              </w:rPr>
              <w:t>-</w:t>
            </w:r>
          </w:p>
        </w:tc>
        <w:tc>
          <w:tcPr>
            <w:tcW w:w="993" w:type="dxa"/>
            <w:vAlign w:val="center"/>
          </w:tcPr>
          <w:p w14:paraId="6172A2E3" w14:textId="623E1B77" w:rsidR="008C4AF3" w:rsidRPr="00997931" w:rsidRDefault="00256C3A"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1</w:t>
            </w:r>
          </w:p>
        </w:tc>
        <w:tc>
          <w:tcPr>
            <w:tcW w:w="1275" w:type="dxa"/>
            <w:vAlign w:val="center"/>
          </w:tcPr>
          <w:p w14:paraId="5FA313F7" w14:textId="4A20A54F"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0E41DC7A"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65FBA9C9" w14:textId="77777777" w:rsidTr="00823871">
        <w:trPr>
          <w:trHeight w:val="312"/>
          <w:jc w:val="center"/>
        </w:trPr>
        <w:tc>
          <w:tcPr>
            <w:tcW w:w="6437" w:type="dxa"/>
            <w:vAlign w:val="center"/>
          </w:tcPr>
          <w:p w14:paraId="7C3E3104" w14:textId="148664E4" w:rsidR="008C4AF3" w:rsidRPr="0067715D" w:rsidRDefault="008C4AF3" w:rsidP="008C4AF3">
            <w:pPr>
              <w:spacing w:after="0" w:line="280" w:lineRule="exact"/>
              <w:jc w:val="both"/>
              <w:rPr>
                <w:rFonts w:ascii="微軟正黑體" w:eastAsia="SimSun" w:hAnsi="微軟正黑體"/>
                <w:lang w:eastAsia="zh-CN"/>
              </w:rPr>
            </w:pPr>
            <w:r w:rsidRPr="00823871">
              <w:rPr>
                <w:rFonts w:ascii="微軟正黑體" w:eastAsia="微軟正黑體" w:hAnsi="微軟正黑體" w:hint="eastAsia"/>
                <w:lang w:eastAsia="zh-TW"/>
              </w:rPr>
              <w:t>16.債信能力證明文件</w:t>
            </w:r>
          </w:p>
        </w:tc>
        <w:tc>
          <w:tcPr>
            <w:tcW w:w="929" w:type="dxa"/>
            <w:vAlign w:val="center"/>
          </w:tcPr>
          <w:p w14:paraId="78EB6587" w14:textId="2EEF5FCE" w:rsidR="008C4AF3" w:rsidRPr="00823871" w:rsidRDefault="00256C3A"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lang w:eastAsia="zh-TW"/>
              </w:rPr>
              <w:t>-</w:t>
            </w:r>
          </w:p>
        </w:tc>
        <w:tc>
          <w:tcPr>
            <w:tcW w:w="993" w:type="dxa"/>
            <w:vAlign w:val="center"/>
          </w:tcPr>
          <w:p w14:paraId="7301B641" w14:textId="303B342F" w:rsidR="008C4AF3" w:rsidRPr="00997931" w:rsidRDefault="00256C3A"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1</w:t>
            </w:r>
          </w:p>
        </w:tc>
        <w:tc>
          <w:tcPr>
            <w:tcW w:w="1275" w:type="dxa"/>
            <w:vAlign w:val="center"/>
          </w:tcPr>
          <w:p w14:paraId="79A2EEA4" w14:textId="05DFBA7B"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7AA9FA7E"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768FAFFC" w14:textId="77777777" w:rsidTr="00823871">
        <w:trPr>
          <w:trHeight w:val="312"/>
          <w:jc w:val="center"/>
        </w:trPr>
        <w:tc>
          <w:tcPr>
            <w:tcW w:w="6437" w:type="dxa"/>
            <w:vAlign w:val="center"/>
          </w:tcPr>
          <w:p w14:paraId="06194ED4" w14:textId="3103E01A" w:rsidR="008C4AF3" w:rsidRPr="00823871" w:rsidRDefault="008C4AF3" w:rsidP="00256C3A">
            <w:pPr>
              <w:spacing w:after="0" w:line="280" w:lineRule="exact"/>
              <w:jc w:val="both"/>
              <w:rPr>
                <w:rFonts w:ascii="微軟正黑體" w:eastAsia="微軟正黑體" w:hAnsi="微軟正黑體"/>
                <w:lang w:eastAsia="zh-TW"/>
              </w:rPr>
            </w:pPr>
            <w:r w:rsidRPr="00823871">
              <w:rPr>
                <w:rFonts w:ascii="微軟正黑體" w:eastAsia="微軟正黑體" w:hAnsi="微軟正黑體"/>
                <w:lang w:eastAsia="zh-TW"/>
              </w:rPr>
              <w:t>1</w:t>
            </w:r>
            <w:r w:rsidRPr="00823871">
              <w:rPr>
                <w:rFonts w:ascii="微軟正黑體" w:eastAsia="微軟正黑體" w:hAnsi="微軟正黑體" w:hint="eastAsia"/>
                <w:lang w:eastAsia="zh-TW"/>
              </w:rPr>
              <w:t>7</w:t>
            </w:r>
            <w:r w:rsidRPr="00823871">
              <w:rPr>
                <w:rFonts w:ascii="微軟正黑體" w:eastAsia="微軟正黑體" w:hAnsi="微軟正黑體"/>
                <w:lang w:eastAsia="zh-TW"/>
              </w:rPr>
              <w:t>.申請保證金繳交證明文件</w:t>
            </w:r>
            <w:r w:rsidR="00256C3A" w:rsidRPr="00823871">
              <w:rPr>
                <w:rFonts w:ascii="微軟正黑體" w:eastAsia="微軟正黑體" w:hAnsi="微軟正黑體" w:hint="eastAsia"/>
                <w:lang w:eastAsia="zh-TW"/>
              </w:rPr>
              <w:t xml:space="preserve"> </w:t>
            </w:r>
          </w:p>
        </w:tc>
        <w:tc>
          <w:tcPr>
            <w:tcW w:w="929" w:type="dxa"/>
            <w:vAlign w:val="center"/>
          </w:tcPr>
          <w:p w14:paraId="13F1C714" w14:textId="3CC89E40" w:rsidR="008C4AF3" w:rsidRPr="00823871" w:rsidRDefault="00256C3A"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lang w:eastAsia="zh-TW"/>
              </w:rPr>
              <w:t>1</w:t>
            </w:r>
          </w:p>
        </w:tc>
        <w:tc>
          <w:tcPr>
            <w:tcW w:w="993" w:type="dxa"/>
            <w:vAlign w:val="center"/>
          </w:tcPr>
          <w:p w14:paraId="2B77DB28" w14:textId="38CCDA24" w:rsidR="008C4AF3" w:rsidRPr="00997931" w:rsidRDefault="00256C3A"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w:t>
            </w:r>
          </w:p>
        </w:tc>
        <w:tc>
          <w:tcPr>
            <w:tcW w:w="1275" w:type="dxa"/>
            <w:vAlign w:val="center"/>
          </w:tcPr>
          <w:p w14:paraId="3D6EF640" w14:textId="23B9D6F3"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64E9C0A0"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1267EC5B" w14:textId="77777777" w:rsidTr="00823871">
        <w:trPr>
          <w:trHeight w:val="312"/>
          <w:jc w:val="center"/>
        </w:trPr>
        <w:tc>
          <w:tcPr>
            <w:tcW w:w="6437" w:type="dxa"/>
            <w:vAlign w:val="center"/>
          </w:tcPr>
          <w:p w14:paraId="206A9250" w14:textId="58E3DD21" w:rsidR="008C4AF3" w:rsidRPr="002177C8" w:rsidRDefault="008C4AF3" w:rsidP="008C4AF3">
            <w:pPr>
              <w:spacing w:after="0" w:line="280" w:lineRule="exact"/>
              <w:jc w:val="both"/>
              <w:rPr>
                <w:rFonts w:ascii="微軟正黑體" w:eastAsia="SimSun" w:hAnsi="微軟正黑體" w:hint="eastAsia"/>
                <w:lang w:eastAsia="zh-CN"/>
              </w:rPr>
            </w:pPr>
            <w:r w:rsidRPr="00823871">
              <w:rPr>
                <w:rFonts w:ascii="微軟正黑體" w:eastAsia="微軟正黑體" w:hAnsi="微軟正黑體" w:hint="eastAsia"/>
                <w:lang w:eastAsia="zh-TW"/>
              </w:rPr>
              <w:t>18.我國駐外單位認證文件/中譯本</w:t>
            </w:r>
          </w:p>
        </w:tc>
        <w:tc>
          <w:tcPr>
            <w:tcW w:w="929" w:type="dxa"/>
            <w:vAlign w:val="center"/>
          </w:tcPr>
          <w:p w14:paraId="337BDC8F" w14:textId="53FD7982" w:rsidR="008C4AF3" w:rsidRPr="00823871" w:rsidRDefault="00256C3A"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lang w:eastAsia="zh-TW"/>
              </w:rPr>
              <w:t>-</w:t>
            </w:r>
          </w:p>
        </w:tc>
        <w:tc>
          <w:tcPr>
            <w:tcW w:w="993" w:type="dxa"/>
            <w:vAlign w:val="center"/>
          </w:tcPr>
          <w:p w14:paraId="3BF94549" w14:textId="3E2B56BB" w:rsidR="008C4AF3" w:rsidRPr="00997931" w:rsidRDefault="00256C3A"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1</w:t>
            </w:r>
          </w:p>
        </w:tc>
        <w:tc>
          <w:tcPr>
            <w:tcW w:w="1275" w:type="dxa"/>
            <w:vAlign w:val="center"/>
          </w:tcPr>
          <w:p w14:paraId="31C91718" w14:textId="301F4DD2"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0A87AF97" w14:textId="77777777" w:rsidR="008C4AF3" w:rsidRPr="00621178" w:rsidRDefault="008C4AF3" w:rsidP="005F2F4F">
            <w:pPr>
              <w:spacing w:after="0" w:line="280" w:lineRule="exact"/>
              <w:jc w:val="center"/>
              <w:rPr>
                <w:rFonts w:ascii="微軟正黑體" w:eastAsia="微軟正黑體" w:hAnsi="微軟正黑體"/>
              </w:rPr>
            </w:pPr>
          </w:p>
        </w:tc>
      </w:tr>
      <w:tr w:rsidR="008C4AF3" w:rsidRPr="00621178" w14:paraId="31C36B43" w14:textId="77777777" w:rsidTr="00823871">
        <w:trPr>
          <w:trHeight w:val="312"/>
          <w:jc w:val="center"/>
        </w:trPr>
        <w:tc>
          <w:tcPr>
            <w:tcW w:w="6437" w:type="dxa"/>
            <w:vAlign w:val="center"/>
          </w:tcPr>
          <w:p w14:paraId="4630AD6B" w14:textId="0211E936" w:rsidR="008C4AF3" w:rsidRPr="0067715D" w:rsidRDefault="008C4AF3" w:rsidP="008C4AF3">
            <w:pPr>
              <w:spacing w:after="0" w:line="280" w:lineRule="exact"/>
              <w:jc w:val="both"/>
              <w:rPr>
                <w:rFonts w:ascii="微軟正黑體" w:eastAsia="SimSun" w:hAnsi="微軟正黑體"/>
                <w:lang w:eastAsia="zh-CN"/>
              </w:rPr>
            </w:pPr>
            <w:r w:rsidRPr="00823871">
              <w:rPr>
                <w:rFonts w:ascii="微軟正黑體" w:eastAsia="微軟正黑體" w:hAnsi="微軟正黑體" w:hint="eastAsia"/>
                <w:lang w:eastAsia="zh-TW"/>
              </w:rPr>
              <w:t>19.中文翻譯切結書</w:t>
            </w:r>
          </w:p>
        </w:tc>
        <w:tc>
          <w:tcPr>
            <w:tcW w:w="929" w:type="dxa"/>
            <w:vAlign w:val="center"/>
          </w:tcPr>
          <w:p w14:paraId="5479C96C" w14:textId="41A31DDC" w:rsidR="008C4AF3" w:rsidRPr="00823871" w:rsidRDefault="008C4AF3" w:rsidP="008C4AF3">
            <w:pPr>
              <w:spacing w:after="0" w:line="280" w:lineRule="exact"/>
              <w:jc w:val="center"/>
              <w:rPr>
                <w:rFonts w:ascii="微軟正黑體" w:eastAsia="微軟正黑體" w:hAnsi="微軟正黑體"/>
              </w:rPr>
            </w:pPr>
            <w:r w:rsidRPr="00823871">
              <w:rPr>
                <w:rFonts w:ascii="微軟正黑體" w:eastAsia="微軟正黑體" w:hAnsi="微軟正黑體" w:hint="eastAsia"/>
              </w:rPr>
              <w:t>1</w:t>
            </w:r>
          </w:p>
        </w:tc>
        <w:tc>
          <w:tcPr>
            <w:tcW w:w="993" w:type="dxa"/>
            <w:vAlign w:val="center"/>
          </w:tcPr>
          <w:p w14:paraId="1232A351" w14:textId="1FAB09FE" w:rsidR="008C4AF3" w:rsidRPr="00997931" w:rsidRDefault="00256C3A"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w:t>
            </w:r>
          </w:p>
        </w:tc>
        <w:tc>
          <w:tcPr>
            <w:tcW w:w="1275" w:type="dxa"/>
            <w:vAlign w:val="center"/>
          </w:tcPr>
          <w:p w14:paraId="5F310F1F" w14:textId="64E3CCBF" w:rsidR="008C4AF3" w:rsidRPr="00621178" w:rsidRDefault="008C4AF3" w:rsidP="005F2F4F">
            <w:pPr>
              <w:spacing w:after="0" w:line="280" w:lineRule="exact"/>
              <w:jc w:val="center"/>
              <w:rPr>
                <w:rFonts w:ascii="微軟正黑體" w:eastAsia="微軟正黑體" w:hAnsi="微軟正黑體"/>
              </w:rPr>
            </w:pPr>
          </w:p>
        </w:tc>
        <w:tc>
          <w:tcPr>
            <w:tcW w:w="1156" w:type="dxa"/>
            <w:vAlign w:val="center"/>
          </w:tcPr>
          <w:p w14:paraId="781DFEC3" w14:textId="77777777" w:rsidR="008C4AF3" w:rsidRPr="00621178" w:rsidRDefault="008C4AF3" w:rsidP="005F2F4F">
            <w:pPr>
              <w:spacing w:after="0" w:line="280" w:lineRule="exact"/>
              <w:jc w:val="center"/>
              <w:rPr>
                <w:rFonts w:ascii="微軟正黑體" w:eastAsia="微軟正黑體" w:hAnsi="微軟正黑體"/>
              </w:rPr>
            </w:pPr>
          </w:p>
        </w:tc>
      </w:tr>
      <w:tr w:rsidR="00621178" w:rsidRPr="00621178" w14:paraId="6D65E0EB" w14:textId="77777777" w:rsidTr="00823871">
        <w:trPr>
          <w:trHeight w:val="284"/>
          <w:jc w:val="center"/>
        </w:trPr>
        <w:tc>
          <w:tcPr>
            <w:tcW w:w="6437" w:type="dxa"/>
            <w:vMerge w:val="restart"/>
            <w:vAlign w:val="center"/>
          </w:tcPr>
          <w:p w14:paraId="20F0DFE6" w14:textId="0161DF8A" w:rsidR="00621178" w:rsidRPr="00823871" w:rsidRDefault="00621178" w:rsidP="008C4AF3">
            <w:pPr>
              <w:spacing w:after="0" w:line="280" w:lineRule="exact"/>
              <w:ind w:left="288" w:hangingChars="131" w:hanging="288"/>
              <w:jc w:val="both"/>
              <w:rPr>
                <w:rFonts w:ascii="微軟正黑體" w:eastAsia="微軟正黑體" w:hAnsi="微軟正黑體"/>
              </w:rPr>
            </w:pPr>
            <w:r w:rsidRPr="00823871">
              <w:rPr>
                <w:rFonts w:ascii="微軟正黑體" w:eastAsia="微軟正黑體" w:hAnsi="微軟正黑體" w:hint="eastAsia"/>
              </w:rPr>
              <w:t>20</w:t>
            </w:r>
            <w:r w:rsidRPr="00823871">
              <w:rPr>
                <w:rFonts w:ascii="微軟正黑體" w:eastAsia="微軟正黑體" w:hAnsi="微軟正黑體"/>
              </w:rPr>
              <w:t>.</w:t>
            </w:r>
            <w:r w:rsidRPr="00823871">
              <w:rPr>
                <w:rFonts w:ascii="微軟正黑體" w:eastAsia="微軟正黑體" w:hAnsi="微軟正黑體" w:hint="eastAsia"/>
              </w:rPr>
              <w:t>投資計畫書及其電子檔</w:t>
            </w:r>
            <w:r w:rsidRPr="00823871">
              <w:rPr>
                <w:rFonts w:ascii="微軟正黑體" w:eastAsia="微軟正黑體" w:hAnsi="微軟正黑體"/>
              </w:rPr>
              <w:t>(</w:t>
            </w:r>
            <w:r w:rsidRPr="00823871">
              <w:rPr>
                <w:rFonts w:ascii="微軟正黑體" w:eastAsia="微軟正黑體" w:hAnsi="微軟正黑體" w:hint="eastAsia"/>
              </w:rPr>
              <w:t>包含整份計畫書可編輯</w:t>
            </w:r>
            <w:r w:rsidRPr="00823871">
              <w:rPr>
                <w:rFonts w:ascii="微軟正黑體" w:eastAsia="微軟正黑體" w:hAnsi="微軟正黑體"/>
              </w:rPr>
              <w:t>word</w:t>
            </w:r>
            <w:r w:rsidRPr="00823871">
              <w:rPr>
                <w:rFonts w:ascii="微軟正黑體" w:eastAsia="微軟正黑體" w:hAnsi="微軟正黑體" w:hint="eastAsia"/>
              </w:rPr>
              <w:t xml:space="preserve"> (</w:t>
            </w:r>
            <w:r w:rsidRPr="00823871">
              <w:rPr>
                <w:rFonts w:ascii="微軟正黑體" w:eastAsia="微軟正黑體" w:hAnsi="微軟正黑體"/>
              </w:rPr>
              <w:t>Microsoft Word</w:t>
            </w:r>
            <w:r w:rsidRPr="00823871">
              <w:rPr>
                <w:rFonts w:ascii="微軟正黑體" w:eastAsia="微軟正黑體" w:hAnsi="微軟正黑體" w:hint="eastAsia"/>
              </w:rPr>
              <w:t>)電子檔與不可編輯之</w:t>
            </w:r>
            <w:r w:rsidRPr="00823871">
              <w:rPr>
                <w:rFonts w:ascii="微軟正黑體" w:eastAsia="微軟正黑體" w:hAnsi="微軟正黑體"/>
              </w:rPr>
              <w:t>PDF</w:t>
            </w:r>
            <w:r w:rsidRPr="00823871">
              <w:rPr>
                <w:rFonts w:ascii="微軟正黑體" w:eastAsia="微軟正黑體" w:hAnsi="微軟正黑體" w:hint="eastAsia"/>
              </w:rPr>
              <w:t xml:space="preserve"> (</w:t>
            </w:r>
            <w:r w:rsidRPr="00823871">
              <w:rPr>
                <w:rFonts w:ascii="微軟正黑體" w:eastAsia="微軟正黑體" w:hAnsi="微軟正黑體"/>
              </w:rPr>
              <w:t>Portable Document Format</w:t>
            </w:r>
            <w:r w:rsidRPr="00823871">
              <w:rPr>
                <w:rFonts w:ascii="微軟正黑體" w:eastAsia="微軟正黑體" w:hAnsi="微軟正黑體" w:hint="eastAsia"/>
              </w:rPr>
              <w:t>)電子檔及含公式鏈結之財務試算</w:t>
            </w:r>
            <w:r w:rsidRPr="00823871">
              <w:rPr>
                <w:rFonts w:ascii="微軟正黑體" w:eastAsia="微軟正黑體" w:hAnsi="微軟正黑體"/>
              </w:rPr>
              <w:t>Excel</w:t>
            </w:r>
            <w:r w:rsidRPr="00823871">
              <w:rPr>
                <w:rFonts w:ascii="微軟正黑體" w:eastAsia="微軟正黑體" w:hAnsi="微軟正黑體" w:hint="eastAsia"/>
              </w:rPr>
              <w:t xml:space="preserve"> (</w:t>
            </w:r>
            <w:r w:rsidRPr="00823871">
              <w:rPr>
                <w:rFonts w:ascii="微軟正黑體" w:eastAsia="微軟正黑體" w:hAnsi="微軟正黑體"/>
              </w:rPr>
              <w:t>Microsoft Excel</w:t>
            </w:r>
            <w:r w:rsidRPr="00823871">
              <w:rPr>
                <w:rFonts w:ascii="微軟正黑體" w:eastAsia="微軟正黑體" w:hAnsi="微軟正黑體" w:hint="eastAsia"/>
              </w:rPr>
              <w:t>)電子檔光碟</w:t>
            </w:r>
            <w:r w:rsidRPr="00823871">
              <w:rPr>
                <w:rFonts w:ascii="微軟正黑體" w:eastAsia="微軟正黑體" w:hAnsi="微軟正黑體"/>
              </w:rPr>
              <w:t>)</w:t>
            </w:r>
          </w:p>
        </w:tc>
        <w:tc>
          <w:tcPr>
            <w:tcW w:w="929" w:type="dxa"/>
            <w:vAlign w:val="center"/>
          </w:tcPr>
          <w:p w14:paraId="53CA2E68" w14:textId="538A5FFB" w:rsidR="00621178" w:rsidRPr="00823871" w:rsidRDefault="00621178" w:rsidP="00621178">
            <w:pPr>
              <w:spacing w:after="0" w:line="280" w:lineRule="exact"/>
              <w:jc w:val="center"/>
              <w:rPr>
                <w:rFonts w:ascii="微軟正黑體" w:eastAsia="微軟正黑體" w:hAnsi="微軟正黑體"/>
                <w:lang w:eastAsia="zh-TW"/>
              </w:rPr>
            </w:pPr>
            <w:r w:rsidRPr="00997931">
              <w:rPr>
                <w:rFonts w:ascii="微軟正黑體" w:eastAsia="微軟正黑體" w:hAnsi="微軟正黑體" w:hint="eastAsia"/>
                <w:color w:val="FF0000"/>
                <w:lang w:eastAsia="zh-TW"/>
              </w:rPr>
              <w:t>紙本</w:t>
            </w:r>
          </w:p>
        </w:tc>
        <w:tc>
          <w:tcPr>
            <w:tcW w:w="993" w:type="dxa"/>
            <w:vAlign w:val="center"/>
          </w:tcPr>
          <w:p w14:paraId="6BB34CDB" w14:textId="19A3D790" w:rsidR="00621178" w:rsidRPr="00997931" w:rsidRDefault="00621178" w:rsidP="008C4AF3">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電子檔</w:t>
            </w:r>
          </w:p>
        </w:tc>
        <w:tc>
          <w:tcPr>
            <w:tcW w:w="1275" w:type="dxa"/>
            <w:vMerge w:val="restart"/>
            <w:vAlign w:val="center"/>
          </w:tcPr>
          <w:p w14:paraId="0E632570" w14:textId="3BB00B6E" w:rsidR="00621178" w:rsidRPr="00621178" w:rsidRDefault="00621178" w:rsidP="005F2F4F">
            <w:pPr>
              <w:spacing w:after="0" w:line="280" w:lineRule="exact"/>
              <w:jc w:val="center"/>
              <w:rPr>
                <w:rFonts w:ascii="微軟正黑體" w:eastAsia="微軟正黑體" w:hAnsi="微軟正黑體"/>
                <w:color w:val="000000" w:themeColor="text1"/>
              </w:rPr>
            </w:pPr>
          </w:p>
        </w:tc>
        <w:tc>
          <w:tcPr>
            <w:tcW w:w="1156" w:type="dxa"/>
            <w:vMerge w:val="restart"/>
            <w:vAlign w:val="center"/>
          </w:tcPr>
          <w:p w14:paraId="0C9FE6CC" w14:textId="77777777" w:rsidR="00621178" w:rsidRPr="00621178" w:rsidRDefault="00621178" w:rsidP="005F2F4F">
            <w:pPr>
              <w:spacing w:after="0" w:line="280" w:lineRule="exact"/>
              <w:jc w:val="center"/>
              <w:rPr>
                <w:rFonts w:ascii="微軟正黑體" w:eastAsia="微軟正黑體" w:hAnsi="微軟正黑體"/>
              </w:rPr>
            </w:pPr>
          </w:p>
        </w:tc>
      </w:tr>
      <w:tr w:rsidR="00621178" w:rsidRPr="00621178" w14:paraId="1225A643" w14:textId="77777777" w:rsidTr="00823871">
        <w:trPr>
          <w:trHeight w:val="829"/>
          <w:jc w:val="center"/>
        </w:trPr>
        <w:tc>
          <w:tcPr>
            <w:tcW w:w="6437" w:type="dxa"/>
            <w:vMerge/>
            <w:vAlign w:val="center"/>
          </w:tcPr>
          <w:p w14:paraId="4BACE90C" w14:textId="77777777" w:rsidR="00621178" w:rsidRPr="00823871" w:rsidRDefault="00621178" w:rsidP="008C4AF3">
            <w:pPr>
              <w:spacing w:after="0" w:line="280" w:lineRule="exact"/>
              <w:ind w:left="288" w:hangingChars="131" w:hanging="288"/>
              <w:jc w:val="both"/>
              <w:rPr>
                <w:rFonts w:ascii="微軟正黑體" w:eastAsia="微軟正黑體" w:hAnsi="微軟正黑體"/>
              </w:rPr>
            </w:pPr>
          </w:p>
        </w:tc>
        <w:tc>
          <w:tcPr>
            <w:tcW w:w="929" w:type="dxa"/>
            <w:vAlign w:val="center"/>
          </w:tcPr>
          <w:p w14:paraId="43754F3F" w14:textId="3AE650C3" w:rsidR="00621178" w:rsidRPr="00823871" w:rsidRDefault="00621178" w:rsidP="00621178">
            <w:pPr>
              <w:spacing w:after="0" w:line="280" w:lineRule="exact"/>
              <w:jc w:val="center"/>
              <w:rPr>
                <w:rFonts w:ascii="微軟正黑體" w:eastAsia="微軟正黑體" w:hAnsi="微軟正黑體"/>
                <w:lang w:eastAsia="zh-TW"/>
              </w:rPr>
            </w:pPr>
            <w:r w:rsidRPr="00823871">
              <w:rPr>
                <w:rFonts w:ascii="微軟正黑體" w:eastAsia="微軟正黑體" w:hAnsi="微軟正黑體" w:hint="eastAsia"/>
                <w:lang w:eastAsia="zh-TW"/>
              </w:rPr>
              <w:t>20</w:t>
            </w:r>
          </w:p>
        </w:tc>
        <w:tc>
          <w:tcPr>
            <w:tcW w:w="993" w:type="dxa"/>
            <w:vAlign w:val="center"/>
          </w:tcPr>
          <w:p w14:paraId="066DEE38" w14:textId="3D91712D" w:rsidR="00621178" w:rsidRPr="00997931" w:rsidRDefault="00621178" w:rsidP="008C4AF3">
            <w:pPr>
              <w:spacing w:after="0" w:line="280" w:lineRule="exact"/>
              <w:jc w:val="center"/>
              <w:rPr>
                <w:rFonts w:ascii="微軟正黑體" w:eastAsia="微軟正黑體" w:hAnsi="微軟正黑體"/>
                <w:color w:val="FF0000"/>
                <w:lang w:eastAsia="zh-TW"/>
              </w:rPr>
            </w:pPr>
            <w:r w:rsidRPr="00997931">
              <w:rPr>
                <w:rFonts w:ascii="微軟正黑體" w:eastAsia="微軟正黑體" w:hAnsi="微軟正黑體" w:hint="eastAsia"/>
                <w:color w:val="FF0000"/>
                <w:lang w:eastAsia="zh-TW"/>
              </w:rPr>
              <w:t>1</w:t>
            </w:r>
          </w:p>
        </w:tc>
        <w:tc>
          <w:tcPr>
            <w:tcW w:w="1275" w:type="dxa"/>
            <w:vMerge/>
            <w:vAlign w:val="center"/>
          </w:tcPr>
          <w:p w14:paraId="42589503" w14:textId="77777777" w:rsidR="00621178" w:rsidRPr="00621178" w:rsidRDefault="00621178" w:rsidP="005F2F4F">
            <w:pPr>
              <w:spacing w:after="0" w:line="280" w:lineRule="exact"/>
              <w:jc w:val="center"/>
              <w:rPr>
                <w:rFonts w:ascii="微軟正黑體" w:eastAsia="微軟正黑體" w:hAnsi="微軟正黑體"/>
                <w:color w:val="000000" w:themeColor="text1"/>
              </w:rPr>
            </w:pPr>
          </w:p>
        </w:tc>
        <w:tc>
          <w:tcPr>
            <w:tcW w:w="1156" w:type="dxa"/>
            <w:vMerge/>
            <w:vAlign w:val="center"/>
          </w:tcPr>
          <w:p w14:paraId="5B59768B" w14:textId="77777777" w:rsidR="00621178" w:rsidRPr="00621178" w:rsidRDefault="00621178" w:rsidP="005F2F4F">
            <w:pPr>
              <w:spacing w:after="0" w:line="280" w:lineRule="exact"/>
              <w:jc w:val="center"/>
              <w:rPr>
                <w:rFonts w:ascii="微軟正黑體" w:eastAsia="微軟正黑體" w:hAnsi="微軟正黑體"/>
              </w:rPr>
            </w:pPr>
          </w:p>
        </w:tc>
      </w:tr>
      <w:tr w:rsidR="00891B01" w:rsidRPr="00621178" w14:paraId="2652A1B3" w14:textId="77777777" w:rsidTr="00823871">
        <w:trPr>
          <w:trHeight w:val="195"/>
          <w:jc w:val="center"/>
        </w:trPr>
        <w:tc>
          <w:tcPr>
            <w:tcW w:w="6437" w:type="dxa"/>
            <w:vMerge w:val="restart"/>
            <w:vAlign w:val="center"/>
          </w:tcPr>
          <w:p w14:paraId="1757EE1D" w14:textId="23A9C066" w:rsidR="00891B01" w:rsidRPr="00823871" w:rsidRDefault="00891B01" w:rsidP="00891B01">
            <w:pPr>
              <w:spacing w:after="0" w:line="280" w:lineRule="exact"/>
              <w:jc w:val="both"/>
              <w:rPr>
                <w:rFonts w:ascii="微軟正黑體" w:eastAsia="微軟正黑體" w:hAnsi="微軟正黑體"/>
                <w:lang w:eastAsia="zh-TW"/>
              </w:rPr>
            </w:pPr>
            <w:r w:rsidRPr="00823871">
              <w:rPr>
                <w:rFonts w:ascii="微軟正黑體" w:eastAsia="微軟正黑體" w:hAnsi="微軟正黑體" w:hint="eastAsia"/>
                <w:lang w:eastAsia="zh-TW"/>
              </w:rPr>
              <w:t>21.甄選簡報及其電子檔光碟</w:t>
            </w:r>
          </w:p>
        </w:tc>
        <w:tc>
          <w:tcPr>
            <w:tcW w:w="929" w:type="dxa"/>
            <w:vAlign w:val="center"/>
          </w:tcPr>
          <w:p w14:paraId="23567D98" w14:textId="73BBD1A3" w:rsidR="00891B01" w:rsidRPr="00823871" w:rsidRDefault="00891B01" w:rsidP="00891B01">
            <w:pPr>
              <w:spacing w:after="0" w:line="280" w:lineRule="exact"/>
              <w:jc w:val="center"/>
              <w:rPr>
                <w:rFonts w:ascii="微軟正黑體" w:eastAsia="微軟正黑體" w:hAnsi="微軟正黑體"/>
                <w:lang w:eastAsia="zh-TW"/>
              </w:rPr>
            </w:pPr>
            <w:r w:rsidRPr="00997931">
              <w:rPr>
                <w:rFonts w:ascii="微軟正黑體" w:eastAsia="微軟正黑體" w:hAnsi="微軟正黑體" w:hint="eastAsia"/>
                <w:color w:val="FF0000"/>
                <w:lang w:eastAsia="zh-TW"/>
              </w:rPr>
              <w:t>紙本</w:t>
            </w:r>
          </w:p>
        </w:tc>
        <w:tc>
          <w:tcPr>
            <w:tcW w:w="993" w:type="dxa"/>
            <w:vAlign w:val="center"/>
          </w:tcPr>
          <w:p w14:paraId="6808A26B" w14:textId="07665EEB" w:rsidR="00891B01" w:rsidRPr="00997931" w:rsidRDefault="00891B01" w:rsidP="00891B01">
            <w:pPr>
              <w:spacing w:after="0" w:line="280" w:lineRule="exact"/>
              <w:jc w:val="center"/>
              <w:rPr>
                <w:rFonts w:ascii="微軟正黑體" w:eastAsia="微軟正黑體" w:hAnsi="微軟正黑體"/>
                <w:color w:val="FF0000"/>
              </w:rPr>
            </w:pPr>
            <w:r w:rsidRPr="00997931">
              <w:rPr>
                <w:rFonts w:ascii="微軟正黑體" w:eastAsia="微軟正黑體" w:hAnsi="微軟正黑體" w:hint="eastAsia"/>
                <w:color w:val="FF0000"/>
                <w:lang w:eastAsia="zh-TW"/>
              </w:rPr>
              <w:t>電子檔</w:t>
            </w:r>
          </w:p>
        </w:tc>
        <w:tc>
          <w:tcPr>
            <w:tcW w:w="1275" w:type="dxa"/>
            <w:vMerge w:val="restart"/>
            <w:vAlign w:val="center"/>
          </w:tcPr>
          <w:p w14:paraId="481CE664" w14:textId="58985BDA" w:rsidR="00891B01" w:rsidRPr="00621178" w:rsidRDefault="00891B01" w:rsidP="00891B01">
            <w:pPr>
              <w:spacing w:after="0" w:line="280" w:lineRule="exact"/>
              <w:jc w:val="center"/>
              <w:rPr>
                <w:rFonts w:ascii="微軟正黑體" w:eastAsia="微軟正黑體" w:hAnsi="微軟正黑體"/>
                <w:color w:val="000000" w:themeColor="text1"/>
              </w:rPr>
            </w:pPr>
          </w:p>
        </w:tc>
        <w:tc>
          <w:tcPr>
            <w:tcW w:w="1156" w:type="dxa"/>
            <w:vMerge w:val="restart"/>
            <w:vAlign w:val="center"/>
          </w:tcPr>
          <w:p w14:paraId="17BF70AF" w14:textId="77777777" w:rsidR="00891B01" w:rsidRPr="00621178" w:rsidRDefault="00891B01" w:rsidP="00891B01">
            <w:pPr>
              <w:spacing w:after="0" w:line="280" w:lineRule="exact"/>
              <w:jc w:val="center"/>
              <w:rPr>
                <w:rFonts w:ascii="微軟正黑體" w:eastAsia="微軟正黑體" w:hAnsi="微軟正黑體"/>
              </w:rPr>
            </w:pPr>
          </w:p>
        </w:tc>
      </w:tr>
      <w:tr w:rsidR="00621178" w:rsidRPr="00621178" w14:paraId="6AF4BC7C" w14:textId="77777777" w:rsidTr="00823871">
        <w:trPr>
          <w:trHeight w:val="495"/>
          <w:jc w:val="center"/>
        </w:trPr>
        <w:tc>
          <w:tcPr>
            <w:tcW w:w="6437" w:type="dxa"/>
            <w:vMerge/>
            <w:vAlign w:val="center"/>
          </w:tcPr>
          <w:p w14:paraId="2A3250F8" w14:textId="77777777" w:rsidR="00621178" w:rsidRPr="00621178" w:rsidRDefault="00621178" w:rsidP="008C4AF3">
            <w:pPr>
              <w:spacing w:after="0" w:line="280" w:lineRule="exact"/>
              <w:jc w:val="both"/>
              <w:rPr>
                <w:rFonts w:ascii="微軟正黑體" w:eastAsia="微軟正黑體" w:hAnsi="微軟正黑體"/>
                <w:color w:val="000000" w:themeColor="text1"/>
                <w:lang w:eastAsia="zh-TW"/>
              </w:rPr>
            </w:pPr>
          </w:p>
        </w:tc>
        <w:tc>
          <w:tcPr>
            <w:tcW w:w="929" w:type="dxa"/>
            <w:vAlign w:val="center"/>
          </w:tcPr>
          <w:p w14:paraId="6758F79C" w14:textId="757D7ECB" w:rsidR="00621178" w:rsidRPr="00621178" w:rsidRDefault="00621178" w:rsidP="008C4AF3">
            <w:pPr>
              <w:spacing w:after="0" w:line="280" w:lineRule="exact"/>
              <w:jc w:val="center"/>
              <w:rPr>
                <w:rFonts w:ascii="微軟正黑體" w:eastAsia="微軟正黑體" w:hAnsi="微軟正黑體"/>
                <w:color w:val="000000" w:themeColor="text1"/>
                <w:lang w:eastAsia="zh-TW"/>
              </w:rPr>
            </w:pPr>
            <w:r w:rsidRPr="00621178">
              <w:rPr>
                <w:rFonts w:ascii="微軟正黑體" w:eastAsia="微軟正黑體" w:hAnsi="微軟正黑體" w:hint="eastAsia"/>
                <w:color w:val="000000" w:themeColor="text1"/>
                <w:lang w:eastAsia="zh-TW"/>
              </w:rPr>
              <w:t>20</w:t>
            </w:r>
          </w:p>
        </w:tc>
        <w:tc>
          <w:tcPr>
            <w:tcW w:w="993" w:type="dxa"/>
            <w:vAlign w:val="center"/>
          </w:tcPr>
          <w:p w14:paraId="5B1FFA61" w14:textId="6A762AE7" w:rsidR="00621178" w:rsidRPr="00621178" w:rsidRDefault="00621178" w:rsidP="008C4AF3">
            <w:pPr>
              <w:spacing w:after="0" w:line="280" w:lineRule="exact"/>
              <w:jc w:val="center"/>
              <w:rPr>
                <w:rFonts w:ascii="微軟正黑體" w:eastAsia="微軟正黑體" w:hAnsi="微軟正黑體"/>
                <w:color w:val="000000" w:themeColor="text1"/>
              </w:rPr>
            </w:pPr>
            <w:r w:rsidRPr="00621178">
              <w:rPr>
                <w:rFonts w:ascii="微軟正黑體" w:eastAsia="微軟正黑體" w:hAnsi="微軟正黑體" w:hint="eastAsia"/>
                <w:color w:val="000000" w:themeColor="text1"/>
                <w:lang w:eastAsia="zh-TW"/>
              </w:rPr>
              <w:t>1</w:t>
            </w:r>
          </w:p>
        </w:tc>
        <w:tc>
          <w:tcPr>
            <w:tcW w:w="1275" w:type="dxa"/>
            <w:vMerge/>
            <w:vAlign w:val="center"/>
          </w:tcPr>
          <w:p w14:paraId="74D54BDA" w14:textId="77777777" w:rsidR="00621178" w:rsidRPr="00621178" w:rsidRDefault="00621178" w:rsidP="005F2F4F">
            <w:pPr>
              <w:spacing w:after="0" w:line="280" w:lineRule="exact"/>
              <w:jc w:val="center"/>
              <w:rPr>
                <w:rFonts w:ascii="微軟正黑體" w:eastAsia="微軟正黑體" w:hAnsi="微軟正黑體"/>
                <w:color w:val="000000" w:themeColor="text1"/>
              </w:rPr>
            </w:pPr>
          </w:p>
        </w:tc>
        <w:tc>
          <w:tcPr>
            <w:tcW w:w="1156" w:type="dxa"/>
            <w:vMerge/>
            <w:vAlign w:val="center"/>
          </w:tcPr>
          <w:p w14:paraId="35CBEAA0" w14:textId="77777777" w:rsidR="00621178" w:rsidRPr="00621178" w:rsidRDefault="00621178" w:rsidP="005F2F4F">
            <w:pPr>
              <w:spacing w:after="0" w:line="280" w:lineRule="exact"/>
              <w:jc w:val="center"/>
              <w:rPr>
                <w:rFonts w:ascii="微軟正黑體" w:eastAsia="微軟正黑體" w:hAnsi="微軟正黑體"/>
              </w:rPr>
            </w:pPr>
          </w:p>
        </w:tc>
      </w:tr>
      <w:tr w:rsidR="008C4AF3" w:rsidRPr="00621178" w14:paraId="15E018DF" w14:textId="77777777" w:rsidTr="00823871">
        <w:trPr>
          <w:trHeight w:val="2987"/>
          <w:jc w:val="center"/>
        </w:trPr>
        <w:tc>
          <w:tcPr>
            <w:tcW w:w="10790" w:type="dxa"/>
            <w:gridSpan w:val="5"/>
          </w:tcPr>
          <w:p w14:paraId="552C92A0" w14:textId="2E4BD61D" w:rsidR="008C4AF3" w:rsidRPr="00621178" w:rsidRDefault="008C4AF3" w:rsidP="005F2F4F">
            <w:pPr>
              <w:spacing w:after="0" w:line="280" w:lineRule="exact"/>
              <w:rPr>
                <w:rFonts w:ascii="微軟正黑體" w:eastAsia="微軟正黑體" w:hAnsi="微軟正黑體"/>
                <w:lang w:eastAsia="zh-TW"/>
              </w:rPr>
            </w:pPr>
            <w:r w:rsidRPr="00621178">
              <w:rPr>
                <w:rFonts w:ascii="微軟正黑體" w:eastAsia="微軟正黑體" w:hAnsi="微軟正黑體" w:hint="eastAsia"/>
                <w:lang w:eastAsia="zh-TW"/>
              </w:rPr>
              <w:t>申請人 (單一申請人或合作聯盟申請人授權代表)</w:t>
            </w:r>
          </w:p>
          <w:p w14:paraId="244882EE" w14:textId="1899CEE3" w:rsidR="008C4AF3" w:rsidRPr="00621178" w:rsidRDefault="008C4AF3" w:rsidP="005F2F4F">
            <w:pPr>
              <w:spacing w:after="0" w:line="280" w:lineRule="exact"/>
              <w:rPr>
                <w:rFonts w:ascii="微軟正黑體" w:eastAsia="微軟正黑體" w:hAnsi="微軟正黑體"/>
                <w:lang w:eastAsia="zh-TW"/>
              </w:rPr>
            </w:pPr>
            <w:r w:rsidRPr="00621178">
              <w:rPr>
                <w:rFonts w:ascii="微軟正黑體" w:eastAsia="微軟正黑體" w:hAnsi="微軟正黑體"/>
                <w:lang w:eastAsia="zh-TW"/>
              </w:rPr>
              <w:t>公司名稱：                                                      (印鑑)</w:t>
            </w:r>
          </w:p>
          <w:p w14:paraId="02DD8442" w14:textId="77777777" w:rsidR="008C4AF3" w:rsidRPr="00621178" w:rsidRDefault="008C4AF3" w:rsidP="005F2F4F">
            <w:pPr>
              <w:spacing w:after="0" w:line="280" w:lineRule="exact"/>
              <w:rPr>
                <w:rFonts w:ascii="微軟正黑體" w:eastAsia="微軟正黑體" w:hAnsi="微軟正黑體"/>
                <w:lang w:eastAsia="zh-TW"/>
              </w:rPr>
            </w:pPr>
          </w:p>
          <w:p w14:paraId="6F33FC17" w14:textId="77777777" w:rsidR="008C4AF3" w:rsidRPr="00621178" w:rsidRDefault="008C4AF3" w:rsidP="005F2F4F">
            <w:pPr>
              <w:spacing w:after="0" w:line="280" w:lineRule="exact"/>
              <w:rPr>
                <w:rFonts w:ascii="微軟正黑體" w:eastAsia="微軟正黑體" w:hAnsi="微軟正黑體"/>
                <w:lang w:eastAsia="zh-TW"/>
              </w:rPr>
            </w:pPr>
          </w:p>
          <w:p w14:paraId="30C59254" w14:textId="75D3A26D" w:rsidR="008C4AF3" w:rsidRPr="00621178" w:rsidRDefault="008C4AF3" w:rsidP="005F2F4F">
            <w:pPr>
              <w:spacing w:after="0" w:line="280" w:lineRule="exact"/>
              <w:rPr>
                <w:rFonts w:ascii="微軟正黑體" w:eastAsia="微軟正黑體" w:hAnsi="微軟正黑體"/>
                <w:lang w:eastAsia="zh-TW"/>
              </w:rPr>
            </w:pPr>
            <w:r w:rsidRPr="00621178">
              <w:rPr>
                <w:rFonts w:ascii="微軟正黑體" w:eastAsia="微軟正黑體" w:hAnsi="微軟正黑體"/>
                <w:lang w:eastAsia="zh-TW"/>
              </w:rPr>
              <w:t>公司負責人：                                                    (印鑑)</w:t>
            </w:r>
          </w:p>
          <w:p w14:paraId="1196C468" w14:textId="77777777" w:rsidR="008C4AF3" w:rsidRPr="00621178" w:rsidRDefault="008C4AF3" w:rsidP="005F2F4F">
            <w:pPr>
              <w:spacing w:after="0" w:line="280" w:lineRule="exact"/>
              <w:rPr>
                <w:rFonts w:ascii="微軟正黑體" w:eastAsia="微軟正黑體" w:hAnsi="微軟正黑體"/>
                <w:lang w:eastAsia="zh-TW"/>
              </w:rPr>
            </w:pPr>
          </w:p>
          <w:p w14:paraId="7F6B616D" w14:textId="77777777" w:rsidR="008C4AF3" w:rsidRPr="00621178" w:rsidRDefault="008C4AF3" w:rsidP="005F2F4F">
            <w:pPr>
              <w:spacing w:after="0" w:line="280" w:lineRule="exact"/>
              <w:rPr>
                <w:rFonts w:ascii="微軟正黑體" w:eastAsia="微軟正黑體" w:hAnsi="微軟正黑體"/>
              </w:rPr>
            </w:pPr>
            <w:r w:rsidRPr="00621178">
              <w:rPr>
                <w:rFonts w:ascii="微軟正黑體" w:eastAsia="微軟正黑體" w:hAnsi="微軟正黑體" w:hint="eastAsia"/>
                <w:lang w:eastAsia="zh-TW"/>
              </w:rPr>
              <w:t>(立聲明書人若為於我國設有分公司之外國公司，應填具該公司及分公司名稱，並蓋用外國公司分公司變更登記表所登載之在中華民國境內負責人印鑑章。</w:t>
            </w:r>
            <w:r w:rsidRPr="00621178">
              <w:rPr>
                <w:rFonts w:ascii="微軟正黑體" w:eastAsia="微軟正黑體" w:hAnsi="微軟正黑體" w:hint="eastAsia"/>
              </w:rPr>
              <w:t>)</w:t>
            </w:r>
          </w:p>
          <w:p w14:paraId="7E7D89BD" w14:textId="77777777" w:rsidR="008C4AF3" w:rsidRPr="00621178" w:rsidRDefault="008C4AF3" w:rsidP="005F2F4F">
            <w:pPr>
              <w:spacing w:after="0" w:line="280" w:lineRule="exact"/>
              <w:rPr>
                <w:rFonts w:ascii="微軟正黑體" w:eastAsia="微軟正黑體" w:hAnsi="微軟正黑體"/>
              </w:rPr>
            </w:pPr>
          </w:p>
          <w:p w14:paraId="52D37944" w14:textId="1263F694" w:rsidR="008C4AF3" w:rsidRPr="00621178" w:rsidRDefault="008C4AF3" w:rsidP="005F2F4F">
            <w:pPr>
              <w:spacing w:after="0" w:line="280" w:lineRule="exact"/>
              <w:jc w:val="right"/>
              <w:rPr>
                <w:rFonts w:ascii="微軟正黑體" w:eastAsia="微軟正黑體" w:hAnsi="微軟正黑體"/>
              </w:rPr>
            </w:pPr>
            <w:r w:rsidRPr="00621178">
              <w:rPr>
                <w:rFonts w:ascii="微軟正黑體" w:eastAsia="微軟正黑體" w:hAnsi="微軟正黑體" w:hint="eastAsia"/>
              </w:rPr>
              <w:t>填表日期：中華民國   年   月   日</w:t>
            </w:r>
          </w:p>
        </w:tc>
      </w:tr>
    </w:tbl>
    <w:p w14:paraId="4210C75C" w14:textId="6A6AF740" w:rsidR="00166305" w:rsidRPr="00D70522" w:rsidRDefault="00166305" w:rsidP="005F2F4F">
      <w:pPr>
        <w:tabs>
          <w:tab w:val="left" w:pos="993"/>
        </w:tabs>
        <w:spacing w:after="0"/>
        <w:rPr>
          <w:rFonts w:ascii="微軟正黑體" w:eastAsia="微軟正黑體" w:hAnsi="微軟正黑體"/>
          <w:b/>
          <w:bCs/>
          <w:sz w:val="24"/>
          <w:szCs w:val="24"/>
          <w:lang w:eastAsia="zh-TW"/>
        </w:rPr>
      </w:pPr>
      <w:bookmarkStart w:id="2" w:name="_Toc228345525"/>
      <w:r w:rsidRPr="00D70522">
        <w:rPr>
          <w:rFonts w:ascii="微軟正黑體" w:eastAsia="微軟正黑體" w:hAnsi="微軟正黑體" w:hint="eastAsia"/>
          <w:b/>
          <w:bCs/>
          <w:sz w:val="24"/>
          <w:szCs w:val="24"/>
          <w:lang w:eastAsia="zh-TW"/>
        </w:rPr>
        <w:lastRenderedPageBreak/>
        <w:t>附件一之二</w:t>
      </w:r>
      <w:r w:rsidRPr="00D70522">
        <w:rPr>
          <w:rFonts w:ascii="微軟正黑體" w:eastAsia="微軟正黑體" w:hAnsi="微軟正黑體"/>
          <w:b/>
          <w:bCs/>
          <w:sz w:val="24"/>
          <w:szCs w:val="24"/>
          <w:lang w:eastAsia="zh-TW"/>
        </w:rPr>
        <w:t xml:space="preserve"> </w:t>
      </w:r>
      <w:r w:rsidRPr="00D70522">
        <w:rPr>
          <w:rFonts w:ascii="微軟正黑體" w:eastAsia="微軟正黑體" w:hAnsi="微軟正黑體" w:hint="eastAsia"/>
          <w:b/>
          <w:bCs/>
          <w:sz w:val="24"/>
          <w:szCs w:val="24"/>
          <w:lang w:eastAsia="zh-TW"/>
        </w:rPr>
        <w:t>申請人及負責人印鑑印模單</w:t>
      </w:r>
      <w:bookmarkEnd w:id="2"/>
      <w:r w:rsidRPr="00D70522">
        <w:rPr>
          <w:rFonts w:ascii="微軟正黑體" w:eastAsia="微軟正黑體" w:hAnsi="微軟正黑體"/>
          <w:b/>
          <w:bCs/>
          <w:sz w:val="24"/>
          <w:szCs w:val="24"/>
          <w:lang w:eastAsia="zh-TW"/>
        </w:rPr>
        <w:t xml:space="preserve"> </w:t>
      </w:r>
    </w:p>
    <w:p w14:paraId="18BCF8FA" w14:textId="77777777" w:rsidR="00166305" w:rsidRPr="009C0FA9" w:rsidRDefault="00166305" w:rsidP="005F2F4F">
      <w:pPr>
        <w:spacing w:after="0" w:line="240" w:lineRule="exact"/>
        <w:rPr>
          <w:rFonts w:ascii="微軟正黑體" w:eastAsia="微軟正黑體" w:hAnsi="微軟正黑體"/>
          <w:sz w:val="16"/>
          <w:szCs w:val="16"/>
          <w:lang w:eastAsia="zh-TW"/>
        </w:rPr>
      </w:pPr>
      <w:r w:rsidRPr="009C0FA9">
        <w:rPr>
          <w:rFonts w:ascii="微軟正黑體" w:eastAsia="微軟正黑體" w:hAnsi="微軟正黑體" w:hint="eastAsia"/>
          <w:sz w:val="16"/>
          <w:szCs w:val="16"/>
          <w:lang w:eastAsia="zh-TW"/>
        </w:rPr>
        <w:t>(如有必要，請依下列格式另行繕打)</w:t>
      </w:r>
    </w:p>
    <w:p w14:paraId="497BBF46" w14:textId="77777777" w:rsidR="00166305" w:rsidRPr="009C0FA9" w:rsidRDefault="00166305" w:rsidP="005F2F4F">
      <w:pPr>
        <w:spacing w:after="0" w:line="240" w:lineRule="exact"/>
        <w:rPr>
          <w:rFonts w:ascii="微軟正黑體" w:eastAsia="微軟正黑體" w:hAnsi="微軟正黑體"/>
          <w:sz w:val="16"/>
          <w:szCs w:val="16"/>
          <w:lang w:eastAsia="zh-TW"/>
        </w:rPr>
      </w:pPr>
    </w:p>
    <w:p w14:paraId="24A85F85" w14:textId="77777777" w:rsidR="00166305" w:rsidRPr="009C0FA9" w:rsidRDefault="00166305" w:rsidP="005F2F4F">
      <w:pPr>
        <w:spacing w:after="120"/>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hint="eastAsia"/>
          <w:b/>
          <w:sz w:val="32"/>
          <w:szCs w:val="32"/>
          <w:lang w:eastAsia="zh-TW"/>
        </w:rPr>
        <w:t>高雄市資源回收細分類廠有償BTO+BOT案</w:t>
      </w:r>
    </w:p>
    <w:p w14:paraId="6A653CD8" w14:textId="77777777" w:rsidR="00166305" w:rsidRPr="009C0FA9" w:rsidRDefault="00166305" w:rsidP="005F2F4F">
      <w:pPr>
        <w:spacing w:after="120"/>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hint="eastAsia"/>
          <w:b/>
          <w:sz w:val="32"/>
          <w:szCs w:val="32"/>
          <w:lang w:eastAsia="zh-TW"/>
        </w:rPr>
        <w:t>申請人及負責人印鑑印模單</w:t>
      </w:r>
    </w:p>
    <w:p w14:paraId="48DC07E7" w14:textId="77777777" w:rsidR="00166305" w:rsidRPr="009C0FA9" w:rsidRDefault="00166305" w:rsidP="005F2F4F">
      <w:pPr>
        <w:spacing w:after="120"/>
        <w:rPr>
          <w:rFonts w:ascii="微軟正黑體" w:eastAsia="微軟正黑體" w:hAnsi="微軟正黑體"/>
          <w:lang w:eastAsia="zh-TW"/>
        </w:rPr>
      </w:pPr>
      <w:r w:rsidRPr="009C0FA9">
        <w:rPr>
          <w:rFonts w:ascii="微軟正黑體" w:eastAsia="微軟正黑體" w:hAnsi="微軟正黑體" w:hint="eastAsia"/>
          <w:lang w:eastAsia="zh-TW"/>
        </w:rPr>
        <w:t>申請人（單一廠商申請人或合作聯盟申請人之授權代表）</w:t>
      </w:r>
    </w:p>
    <w:p w14:paraId="3C28162A"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公司名稱：                                             (印鑑)</w:t>
      </w:r>
    </w:p>
    <w:p w14:paraId="68E71CA7"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054312E1"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p>
    <w:p w14:paraId="7937FDE7"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741481A6"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                                           (印鑑)</w:t>
      </w:r>
    </w:p>
    <w:p w14:paraId="51BEAB86"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w:t>
      </w:r>
    </w:p>
    <w:p w14:paraId="1AC71504" w14:textId="77777777" w:rsidR="00166305" w:rsidRPr="009C0FA9" w:rsidRDefault="00166305" w:rsidP="005F2F4F">
      <w:pPr>
        <w:spacing w:after="120"/>
        <w:ind w:leftChars="176" w:left="389" w:hanging="2"/>
        <w:jc w:val="both"/>
        <w:rPr>
          <w:rFonts w:ascii="微軟正黑體" w:eastAsia="微軟正黑體" w:hAnsi="微軟正黑體"/>
          <w:lang w:eastAsia="zh-TW"/>
        </w:rPr>
      </w:pPr>
    </w:p>
    <w:p w14:paraId="627DEC0E"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noProof/>
          <w:lang w:eastAsia="zh-TW" w:bidi="mn-Mong-CN"/>
        </w:rPr>
        <mc:AlternateContent>
          <mc:Choice Requires="wps">
            <w:drawing>
              <wp:anchor distT="0" distB="0" distL="114300" distR="114300" simplePos="0" relativeHeight="251658246" behindDoc="0" locked="0" layoutInCell="1" allowOverlap="1" wp14:anchorId="5E6F1A4C" wp14:editId="6750CFD1">
                <wp:simplePos x="0" y="0"/>
                <wp:positionH relativeFrom="column">
                  <wp:posOffset>821690</wp:posOffset>
                </wp:positionH>
                <wp:positionV relativeFrom="paragraph">
                  <wp:posOffset>135890</wp:posOffset>
                </wp:positionV>
                <wp:extent cx="1842448" cy="1842448"/>
                <wp:effectExtent l="0" t="0" r="24765" b="24765"/>
                <wp:wrapNone/>
                <wp:docPr id="1801094768" name="矩形 1"/>
                <wp:cNvGraphicFramePr/>
                <a:graphic xmlns:a="http://schemas.openxmlformats.org/drawingml/2006/main">
                  <a:graphicData uri="http://schemas.microsoft.com/office/word/2010/wordprocessingShape">
                    <wps:wsp>
                      <wps:cNvSpPr/>
                      <wps:spPr>
                        <a:xfrm>
                          <a:off x="0" y="0"/>
                          <a:ext cx="1842448" cy="1842448"/>
                        </a:xfrm>
                        <a:prstGeom prst="rect">
                          <a:avLst/>
                        </a:prstGeom>
                        <a:noFill/>
                        <a:ln>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8BA378" id="矩形 1" o:spid="_x0000_s1026" style="position:absolute;margin-left:64.7pt;margin-top:10.7pt;width:145.05pt;height:145.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" filled="f" strokecolor="black [3213]" strokeweight="2pt">
                <v:stroke dashstyle="3 1"/>
              </v:rect>
            </w:pict>
          </mc:Fallback>
        </mc:AlternateContent>
      </w:r>
    </w:p>
    <w:p w14:paraId="13D5B85E" w14:textId="77777777" w:rsidR="00166305" w:rsidRPr="009C0FA9" w:rsidRDefault="00166305" w:rsidP="005F2F4F">
      <w:pPr>
        <w:spacing w:after="120"/>
        <w:ind w:leftChars="176" w:left="389" w:hanging="2"/>
        <w:jc w:val="both"/>
        <w:rPr>
          <w:rFonts w:ascii="微軟正黑體" w:eastAsia="微軟正黑體" w:hAnsi="微軟正黑體"/>
          <w:lang w:eastAsia="zh-TW"/>
        </w:rPr>
      </w:pPr>
    </w:p>
    <w:p w14:paraId="090EBB7A"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noProof/>
          <w:lang w:eastAsia="zh-TW" w:bidi="mn-Mong-CN"/>
        </w:rPr>
        <mc:AlternateContent>
          <mc:Choice Requires="wps">
            <w:drawing>
              <wp:anchor distT="0" distB="0" distL="114300" distR="114300" simplePos="0" relativeHeight="251658247" behindDoc="0" locked="0" layoutInCell="1" allowOverlap="1" wp14:anchorId="22416895" wp14:editId="4255E5EF">
                <wp:simplePos x="0" y="0"/>
                <wp:positionH relativeFrom="column">
                  <wp:posOffset>3333115</wp:posOffset>
                </wp:positionH>
                <wp:positionV relativeFrom="paragraph">
                  <wp:posOffset>194310</wp:posOffset>
                </wp:positionV>
                <wp:extent cx="1173707" cy="1173707"/>
                <wp:effectExtent l="0" t="0" r="26670" b="26670"/>
                <wp:wrapNone/>
                <wp:docPr id="1589975164" name="矩形 1"/>
                <wp:cNvGraphicFramePr/>
                <a:graphic xmlns:a="http://schemas.openxmlformats.org/drawingml/2006/main">
                  <a:graphicData uri="http://schemas.microsoft.com/office/word/2010/wordprocessingShape">
                    <wps:wsp>
                      <wps:cNvSpPr/>
                      <wps:spPr>
                        <a:xfrm>
                          <a:off x="0" y="0"/>
                          <a:ext cx="1173707" cy="1173707"/>
                        </a:xfrm>
                        <a:prstGeom prst="rect">
                          <a:avLst/>
                        </a:prstGeom>
                        <a:noFill/>
                        <a:ln>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CD4E90" id="矩形 1" o:spid="_x0000_s1026" style="position:absolute;margin-left:262.45pt;margin-top:15.3pt;width:92.4pt;height:92.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" filled="f" strokecolor="black [3213]" strokeweight="2pt">
                <v:stroke dashstyle="3 1"/>
              </v:rect>
            </w:pict>
          </mc:Fallback>
        </mc:AlternateContent>
      </w:r>
    </w:p>
    <w:p w14:paraId="153AFC2F" w14:textId="77777777" w:rsidR="00166305" w:rsidRPr="009C0FA9" w:rsidRDefault="00166305" w:rsidP="005F2F4F">
      <w:pPr>
        <w:spacing w:after="120"/>
        <w:ind w:leftChars="176" w:left="389" w:hanging="2"/>
        <w:jc w:val="both"/>
        <w:rPr>
          <w:rFonts w:ascii="微軟正黑體" w:eastAsia="微軟正黑體" w:hAnsi="微軟正黑體"/>
          <w:lang w:eastAsia="zh-TW"/>
        </w:rPr>
      </w:pPr>
    </w:p>
    <w:p w14:paraId="12E947C8" w14:textId="77777777" w:rsidR="00166305" w:rsidRPr="009C0FA9" w:rsidRDefault="00166305" w:rsidP="005F2F4F">
      <w:pPr>
        <w:spacing w:after="120"/>
        <w:ind w:leftChars="176" w:left="389" w:hanging="2"/>
        <w:jc w:val="both"/>
        <w:rPr>
          <w:rFonts w:ascii="微軟正黑體" w:eastAsia="微軟正黑體" w:hAnsi="微軟正黑體"/>
          <w:lang w:eastAsia="zh-TW"/>
        </w:rPr>
      </w:pPr>
    </w:p>
    <w:p w14:paraId="1A7379AF" w14:textId="77777777" w:rsidR="00166305" w:rsidRPr="009C0FA9" w:rsidRDefault="00166305" w:rsidP="005F2F4F">
      <w:pPr>
        <w:spacing w:after="120"/>
        <w:ind w:leftChars="176" w:left="389" w:hanging="2"/>
        <w:jc w:val="both"/>
        <w:rPr>
          <w:rFonts w:ascii="微軟正黑體" w:eastAsia="微軟正黑體" w:hAnsi="微軟正黑體"/>
          <w:lang w:eastAsia="zh-TW"/>
        </w:rPr>
      </w:pPr>
    </w:p>
    <w:p w14:paraId="5B0FE0A0" w14:textId="77777777" w:rsidR="00166305" w:rsidRPr="009C0FA9" w:rsidRDefault="00166305" w:rsidP="005F2F4F">
      <w:pPr>
        <w:spacing w:after="120"/>
        <w:ind w:leftChars="176" w:left="389" w:hanging="2"/>
        <w:jc w:val="both"/>
        <w:rPr>
          <w:rFonts w:ascii="微軟正黑體" w:eastAsia="微軟正黑體" w:hAnsi="微軟正黑體"/>
          <w:lang w:eastAsia="zh-TW"/>
        </w:rPr>
      </w:pPr>
    </w:p>
    <w:p w14:paraId="0B2940DB"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 xml:space="preserve">       </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（申請人印鑑）</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 xml:space="preserve">     </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（負責人印鑑章）</w:t>
      </w:r>
    </w:p>
    <w:p w14:paraId="48A9C628" w14:textId="77777777" w:rsidR="00166305" w:rsidRPr="009C0FA9" w:rsidRDefault="00166305" w:rsidP="005F2F4F">
      <w:pPr>
        <w:spacing w:after="120"/>
        <w:ind w:left="590" w:hangingChars="295" w:hanging="590"/>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備註：單一廠商申請人應提出申請人及其負責人印鑑印模單，並檢附公司登記之公司及負責人印鑑章之證明文件。合作聯盟申請人則提出授權代表及其負責人印鑑印模單，並檢附公司登記之公司及負責人印鑑章之證明文件。前述印鑑印模單應與公司登記之印鑑章相符。立聲明書人若為於我國設有分公司之外國公司，應填具該公司及分公司名稱，</w:t>
      </w:r>
      <w:r w:rsidRPr="009C0FA9">
        <w:rPr>
          <w:rFonts w:ascii="微軟正黑體" w:eastAsia="微軟正黑體" w:hAnsi="微軟正黑體"/>
          <w:sz w:val="20"/>
          <w:szCs w:val="20"/>
          <w:lang w:eastAsia="zh-TW"/>
        </w:rPr>
        <w:t xml:space="preserve"> 並蓋用外國公司分公司變更登記表所登載之在中華民國境內負責人印鑑章</w:t>
      </w:r>
      <w:r w:rsidRPr="009C0FA9">
        <w:rPr>
          <w:rFonts w:ascii="微軟正黑體" w:eastAsia="微軟正黑體" w:hAnsi="微軟正黑體" w:hint="eastAsia"/>
          <w:sz w:val="20"/>
          <w:szCs w:val="20"/>
          <w:lang w:eastAsia="zh-TW"/>
        </w:rPr>
        <w:t>。</w:t>
      </w:r>
    </w:p>
    <w:p w14:paraId="70C88549" w14:textId="77777777" w:rsidR="00166305" w:rsidRPr="009C0FA9" w:rsidRDefault="00166305" w:rsidP="005F2F4F">
      <w:pPr>
        <w:spacing w:after="120"/>
        <w:ind w:left="590" w:hangingChars="295" w:hanging="590"/>
        <w:jc w:val="both"/>
        <w:rPr>
          <w:rFonts w:ascii="微軟正黑體" w:eastAsia="微軟正黑體" w:hAnsi="微軟正黑體"/>
          <w:sz w:val="20"/>
          <w:szCs w:val="20"/>
          <w:lang w:eastAsia="zh-TW"/>
        </w:rPr>
      </w:pPr>
    </w:p>
    <w:p w14:paraId="795FC67C" w14:textId="224BDCDD" w:rsidR="00166305" w:rsidRPr="009C0FA9" w:rsidRDefault="00166305" w:rsidP="005F2F4F">
      <w:pPr>
        <w:spacing w:after="120" w:line="240" w:lineRule="auto"/>
        <w:ind w:left="216" w:hangingChars="60" w:hanging="216"/>
        <w:jc w:val="distribute"/>
        <w:rPr>
          <w:rFonts w:ascii="微軟正黑體" w:eastAsia="微軟正黑體" w:hAnsi="微軟正黑體"/>
          <w:lang w:eastAsia="zh-TW"/>
        </w:rPr>
      </w:pPr>
      <w:r w:rsidRPr="009C0FA9">
        <w:rPr>
          <w:rFonts w:ascii="微軟正黑體" w:eastAsia="微軟正黑體" w:hAnsi="微軟正黑體" w:hint="eastAsia"/>
          <w:sz w:val="36"/>
          <w:szCs w:val="36"/>
          <w:lang w:eastAsia="zh-TW"/>
        </w:rPr>
        <w:t>中華民國       年       月       日</w:t>
      </w:r>
    </w:p>
    <w:p w14:paraId="6D220998" w14:textId="74138E1A" w:rsidR="00166305" w:rsidRPr="00D70522" w:rsidRDefault="00166305" w:rsidP="005F2F4F">
      <w:pPr>
        <w:tabs>
          <w:tab w:val="left" w:pos="993"/>
        </w:tabs>
        <w:spacing w:after="120" w:line="240" w:lineRule="auto"/>
        <w:rPr>
          <w:rFonts w:ascii="微軟正黑體" w:eastAsia="微軟正黑體" w:hAnsi="微軟正黑體"/>
          <w:b/>
          <w:bCs/>
          <w:sz w:val="24"/>
          <w:szCs w:val="24"/>
          <w:lang w:eastAsia="zh-TW"/>
        </w:rPr>
      </w:pPr>
      <w:bookmarkStart w:id="3" w:name="_Toc228345526"/>
      <w:r w:rsidRPr="00D70522">
        <w:rPr>
          <w:rFonts w:ascii="微軟正黑體" w:eastAsia="微軟正黑體" w:hAnsi="微軟正黑體" w:hint="eastAsia"/>
          <w:b/>
          <w:bCs/>
          <w:sz w:val="24"/>
          <w:szCs w:val="24"/>
          <w:lang w:eastAsia="zh-TW"/>
        </w:rPr>
        <w:lastRenderedPageBreak/>
        <w:t>附件一之三</w:t>
      </w:r>
      <w:r w:rsidRPr="00D70522">
        <w:rPr>
          <w:rFonts w:ascii="微軟正黑體" w:eastAsia="微軟正黑體" w:hAnsi="微軟正黑體"/>
          <w:b/>
          <w:bCs/>
          <w:sz w:val="24"/>
          <w:szCs w:val="24"/>
          <w:lang w:eastAsia="zh-TW"/>
        </w:rPr>
        <w:t xml:space="preserve"> </w:t>
      </w:r>
      <w:r w:rsidRPr="00D70522">
        <w:rPr>
          <w:rFonts w:ascii="微軟正黑體" w:eastAsia="微軟正黑體" w:hAnsi="微軟正黑體" w:hint="eastAsia"/>
          <w:b/>
          <w:bCs/>
          <w:sz w:val="24"/>
          <w:szCs w:val="24"/>
          <w:lang w:eastAsia="zh-TW"/>
        </w:rPr>
        <w:t>投資申請書</w:t>
      </w:r>
      <w:bookmarkEnd w:id="3"/>
    </w:p>
    <w:p w14:paraId="69E0B949" w14:textId="6D311516" w:rsidR="00166305" w:rsidRPr="009C0FA9" w:rsidRDefault="00166305" w:rsidP="005F2F4F">
      <w:pPr>
        <w:spacing w:after="0" w:line="240" w:lineRule="exact"/>
        <w:rPr>
          <w:rFonts w:ascii="微軟正黑體" w:eastAsia="微軟正黑體" w:hAnsi="微軟正黑體"/>
          <w:sz w:val="16"/>
          <w:szCs w:val="16"/>
          <w:lang w:eastAsia="zh-TW"/>
        </w:rPr>
      </w:pPr>
      <w:r w:rsidRPr="009C0FA9">
        <w:rPr>
          <w:rFonts w:ascii="微軟正黑體" w:eastAsia="微軟正黑體" w:hAnsi="微軟正黑體" w:hint="eastAsia"/>
          <w:sz w:val="16"/>
          <w:szCs w:val="16"/>
          <w:lang w:eastAsia="zh-TW"/>
        </w:rPr>
        <w:t>(如有必要，請依下列格式另行繕打)</w:t>
      </w:r>
    </w:p>
    <w:p w14:paraId="24F2E4E1" w14:textId="77777777" w:rsidR="00166305" w:rsidRPr="009C0FA9" w:rsidRDefault="00166305" w:rsidP="005F2F4F">
      <w:pPr>
        <w:spacing w:after="120"/>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hint="eastAsia"/>
          <w:b/>
          <w:sz w:val="32"/>
          <w:szCs w:val="32"/>
          <w:lang w:eastAsia="zh-TW"/>
        </w:rPr>
        <w:t>投資申請書</w:t>
      </w:r>
    </w:p>
    <w:p w14:paraId="154340DE" w14:textId="7F1631B0" w:rsidR="00166305" w:rsidRPr="009C0FA9" w:rsidRDefault="00166305" w:rsidP="005F2F4F">
      <w:pPr>
        <w:spacing w:after="120"/>
        <w:ind w:left="132" w:hangingChars="60" w:hanging="132"/>
        <w:jc w:val="both"/>
        <w:rPr>
          <w:rFonts w:ascii="微軟正黑體" w:eastAsia="微軟正黑體" w:hAnsi="微軟正黑體"/>
          <w:lang w:eastAsia="zh-TW"/>
        </w:rPr>
      </w:pPr>
      <w:r w:rsidRPr="009C0FA9">
        <w:rPr>
          <w:rFonts w:ascii="微軟正黑體" w:eastAsia="微軟正黑體" w:hAnsi="微軟正黑體" w:hint="eastAsia"/>
          <w:lang w:eastAsia="zh-TW"/>
        </w:rPr>
        <w:t>受文者：高雄市政府環境保護局</w:t>
      </w:r>
    </w:p>
    <w:p w14:paraId="6462E3A6" w14:textId="319EFCA6" w:rsidR="00166305" w:rsidRPr="009C0FA9" w:rsidRDefault="00166305" w:rsidP="005F2F4F">
      <w:pPr>
        <w:spacing w:after="120"/>
        <w:ind w:left="649" w:hangingChars="295" w:hanging="649"/>
        <w:jc w:val="both"/>
        <w:rPr>
          <w:rFonts w:ascii="微軟正黑體" w:eastAsia="微軟正黑體" w:hAnsi="微軟正黑體"/>
          <w:lang w:eastAsia="zh-TW"/>
        </w:rPr>
      </w:pPr>
      <w:r w:rsidRPr="009C0FA9">
        <w:rPr>
          <w:rFonts w:ascii="微軟正黑體" w:eastAsia="微軟正黑體" w:hAnsi="微軟正黑體" w:hint="eastAsia"/>
          <w:lang w:eastAsia="zh-TW"/>
        </w:rPr>
        <w:t>主旨：為申請參與「高雄市資源回收細分類廠有償BTO+BOT案」之甄審，茲檢送本申請書及相關文件，詳如說明，請查照。</w:t>
      </w:r>
    </w:p>
    <w:p w14:paraId="40C45423" w14:textId="77777777" w:rsidR="00166305" w:rsidRPr="009C0FA9" w:rsidRDefault="00166305" w:rsidP="005F2F4F">
      <w:pPr>
        <w:spacing w:after="120"/>
        <w:ind w:left="132" w:hangingChars="60" w:hanging="132"/>
        <w:jc w:val="both"/>
        <w:rPr>
          <w:rFonts w:ascii="微軟正黑體" w:eastAsia="微軟正黑體" w:hAnsi="微軟正黑體"/>
          <w:lang w:eastAsia="zh-TW"/>
        </w:rPr>
      </w:pPr>
      <w:r w:rsidRPr="009C0FA9">
        <w:rPr>
          <w:rFonts w:ascii="微軟正黑體" w:eastAsia="微軟正黑體" w:hAnsi="微軟正黑體" w:hint="eastAsia"/>
          <w:lang w:eastAsia="zh-TW"/>
        </w:rPr>
        <w:t>說</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明：</w:t>
      </w:r>
    </w:p>
    <w:p w14:paraId="16359EDE" w14:textId="57D28F0C"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一、依據貴局</w:t>
      </w:r>
      <w:r>
        <w:rPr>
          <w:rFonts w:ascii="微軟正黑體" w:eastAsia="微軟正黑體" w:hAnsi="微軟正黑體" w:hint="eastAsia"/>
          <w:lang w:eastAsia="zh-TW"/>
        </w:rPr>
        <w:t>115</w:t>
      </w:r>
      <w:r w:rsidRPr="009C0FA9">
        <w:rPr>
          <w:rFonts w:ascii="微軟正黑體" w:eastAsia="微軟正黑體" w:hAnsi="微軟正黑體" w:hint="eastAsia"/>
          <w:lang w:eastAsia="zh-TW"/>
        </w:rPr>
        <w:t>年</w:t>
      </w:r>
      <w:r>
        <w:rPr>
          <w:rFonts w:ascii="微軟正黑體" w:eastAsia="微軟正黑體" w:hAnsi="微軟正黑體" w:hint="eastAsia"/>
          <w:lang w:eastAsia="zh-TW"/>
        </w:rPr>
        <w:t>04</w:t>
      </w:r>
      <w:r w:rsidRPr="009C0FA9">
        <w:rPr>
          <w:rFonts w:ascii="微軟正黑體" w:eastAsia="微軟正黑體" w:hAnsi="微軟正黑體" w:hint="eastAsia"/>
          <w:lang w:eastAsia="zh-TW"/>
        </w:rPr>
        <w:t>月</w:t>
      </w:r>
      <w:r>
        <w:rPr>
          <w:rFonts w:ascii="微軟正黑體" w:eastAsia="微軟正黑體" w:hAnsi="微軟正黑體" w:hint="eastAsia"/>
          <w:lang w:eastAsia="zh-TW"/>
        </w:rPr>
        <w:t>30</w:t>
      </w:r>
      <w:r w:rsidRPr="009C0FA9">
        <w:rPr>
          <w:rFonts w:ascii="微軟正黑體" w:eastAsia="微軟正黑體" w:hAnsi="微軟正黑體" w:hint="eastAsia"/>
          <w:lang w:eastAsia="zh-TW"/>
        </w:rPr>
        <w:t>日公告之「高雄市資源回收細分類廠有償BTO+BOT案」招商文件（以下簡稱「招商文件」），包括其補充文件辦理。</w:t>
      </w:r>
    </w:p>
    <w:p w14:paraId="36CF323A" w14:textId="1234F55A"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二、本申請人已詳讀招商文件之內容，同意並承諾遵守招商文件內所規定之全部事項，及履行招商文件與本申請書內所記載申請人應盡之義務。</w:t>
      </w:r>
    </w:p>
    <w:p w14:paraId="71FD6CFD" w14:textId="02EC6060"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三、本申請人有意願參與投資辦理</w:t>
      </w:r>
      <w:r w:rsidRPr="009C0FA9" w:rsidDel="004A0520">
        <w:rPr>
          <w:rFonts w:ascii="微軟正黑體" w:eastAsia="微軟正黑體" w:hAnsi="微軟正黑體" w:hint="eastAsia"/>
          <w:lang w:eastAsia="zh-TW"/>
        </w:rPr>
        <w:t>本</w:t>
      </w:r>
      <w:r w:rsidRPr="009C0FA9">
        <w:rPr>
          <w:rFonts w:ascii="微軟正黑體" w:eastAsia="微軟正黑體" w:hAnsi="微軟正黑體" w:hint="eastAsia"/>
          <w:lang w:eastAsia="zh-TW"/>
        </w:rPr>
        <w:t>案之工作範圍，並同意達到甄審會及</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機關所提之要求。</w:t>
      </w:r>
    </w:p>
    <w:p w14:paraId="3539185B" w14:textId="413A015E"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四、為評審本申請人之資格，甄審會、工作小組、</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機關或其代理人有權以任何方式查證本申請人所提之申請文件、投資計畫書等一切相關資料。</w:t>
      </w:r>
    </w:p>
    <w:p w14:paraId="74858220" w14:textId="757B944A"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五、本申請人所提送書表文件之記載事項均屬真實，如有虛偽不實，其所發生之任何糾紛及後果，概由本申請人自行負責。</w:t>
      </w:r>
    </w:p>
    <w:p w14:paraId="4B80A0EA" w14:textId="14B53A64"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六、本申請人同意對招商文件之疑義，以貴局解釋為準，對招商文件之誤解或因誤解造成之權利損失，概由本申請人自行負責。</w:t>
      </w:r>
    </w:p>
    <w:p w14:paraId="48B40371" w14:textId="1A9AFE03"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七、本申請人所出具之證明文件如非中文時，本申請人依申請須知規定所提出之中文翻譯文件，均與該證明文件正本相符且屬實無誤，如有虛偽不實，申請人不得為合格申請人，且其所發生之任何糾紛及後果，概由本申請人自行負責。</w:t>
      </w:r>
    </w:p>
    <w:p w14:paraId="15C499CF" w14:textId="38CC5078"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八、本申請人所提投資計</w:t>
      </w:r>
      <w:r>
        <w:rPr>
          <w:rFonts w:ascii="微軟正黑體" w:eastAsia="微軟正黑體" w:hAnsi="微軟正黑體" w:hint="eastAsia"/>
          <w:lang w:eastAsia="zh-TW"/>
        </w:rPr>
        <w:t>畫</w:t>
      </w:r>
      <w:r w:rsidRPr="009C0FA9">
        <w:rPr>
          <w:rFonts w:ascii="微軟正黑體" w:eastAsia="微軟正黑體" w:hAnsi="微軟正黑體" w:hint="eastAsia"/>
          <w:lang w:eastAsia="zh-TW"/>
        </w:rPr>
        <w:t>書各項投資計畫構想，於簽訂投資契約後授權</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機關有權在任何地點、時間，以任何方式利用、轉授權他人利用。本申請人不得撤銷此項授權，且</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機關不須因此支付任何費用。</w:t>
      </w:r>
    </w:p>
    <w:p w14:paraId="380C6C4F" w14:textId="2357B7D3"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九、本申請人聲明並保證，所提出申請文件內容及前項授權，未侵害第三人之智慧財產權或其他專有權利，</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機關若因本申請人提出之資料而涉及任何侵害第三人之訴訟、仲裁或其他爭議解決程序，本申請人負擔一切責任，包括但不限於</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機關因訴訟、仲裁或其他爭議處理結果，或與該第三人達成和解所需支付之賠償費用。若有違反上述聲明造成</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機關所受損害。</w:t>
      </w:r>
    </w:p>
    <w:p w14:paraId="7FE394C7" w14:textId="0611934A"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十、除申請須知另有規定外，本申請人同意對本投資申請書不以任何理由撤回(銷)、解除、補正、補件或為其他變更行為。</w:t>
      </w:r>
    </w:p>
    <w:p w14:paraId="4468686D" w14:textId="14AB91A1" w:rsidR="00166305" w:rsidRPr="009C0FA9" w:rsidRDefault="00166305" w:rsidP="005F2F4F">
      <w:pPr>
        <w:spacing w:after="120"/>
        <w:jc w:val="both"/>
        <w:rPr>
          <w:rFonts w:ascii="微軟正黑體" w:eastAsia="微軟正黑體" w:hAnsi="微軟正黑體"/>
          <w:lang w:eastAsia="zh-TW"/>
        </w:rPr>
      </w:pPr>
      <w:r w:rsidRPr="009C0FA9">
        <w:rPr>
          <w:rFonts w:ascii="微軟正黑體" w:eastAsia="微軟正黑體" w:hAnsi="微軟正黑體" w:hint="eastAsia"/>
          <w:lang w:eastAsia="zh-TW"/>
        </w:rPr>
        <w:lastRenderedPageBreak/>
        <w:t>申請人(以單一廠商申請人方式申請時)</w:t>
      </w:r>
    </w:p>
    <w:p w14:paraId="747AEAB2" w14:textId="2C102FD3"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公司名稱︰</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 xml:space="preserve">                                            (印鑑)</w:t>
      </w:r>
    </w:p>
    <w:p w14:paraId="2A8AAB59"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24DC3267" w14:textId="0C00264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p>
    <w:p w14:paraId="2E864E52"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4A0D1EE9" w14:textId="647E2BF3"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公司傳真︰</w:t>
      </w:r>
    </w:p>
    <w:p w14:paraId="0B20D99A" w14:textId="02A6D100"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 xml:space="preserve">                                          (印鑑)</w:t>
      </w:r>
    </w:p>
    <w:p w14:paraId="699E79D1" w14:textId="4E9136F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w:t>
      </w:r>
    </w:p>
    <w:p w14:paraId="7C35B518" w14:textId="50DE2983"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戶籍地址︰</w:t>
      </w:r>
    </w:p>
    <w:p w14:paraId="7E7C28F7" w14:textId="77777777" w:rsidR="00166305" w:rsidRPr="009C0FA9" w:rsidRDefault="00166305" w:rsidP="005F2F4F">
      <w:pPr>
        <w:spacing w:after="120"/>
        <w:ind w:leftChars="176" w:left="389" w:hanging="2"/>
        <w:jc w:val="both"/>
        <w:rPr>
          <w:rFonts w:ascii="微軟正黑體" w:eastAsia="微軟正黑體" w:hAnsi="微軟正黑體"/>
          <w:lang w:eastAsia="zh-TW"/>
        </w:rPr>
      </w:pPr>
    </w:p>
    <w:p w14:paraId="427BCEB5" w14:textId="6843CF7A"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代理人：                                               (印鑑)</w:t>
      </w:r>
    </w:p>
    <w:p w14:paraId="68C044E0" w14:textId="2F4F577D"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w:t>
      </w:r>
    </w:p>
    <w:p w14:paraId="0D621F06" w14:textId="77777777" w:rsidR="00166305" w:rsidRPr="009C0FA9" w:rsidRDefault="00166305" w:rsidP="005F2F4F">
      <w:pPr>
        <w:spacing w:after="120"/>
        <w:ind w:leftChars="176" w:left="389" w:hanging="2"/>
        <w:jc w:val="both"/>
        <w:rPr>
          <w:rFonts w:ascii="微軟正黑體" w:eastAsia="微軟正黑體" w:hAnsi="微軟正黑體"/>
          <w:lang w:eastAsia="zh-TW"/>
        </w:rPr>
      </w:pPr>
    </w:p>
    <w:p w14:paraId="2AE01F75" w14:textId="1EF8C5C9" w:rsidR="00166305" w:rsidRPr="009C0FA9" w:rsidRDefault="00166305" w:rsidP="005F2F4F">
      <w:pPr>
        <w:spacing w:after="120"/>
        <w:jc w:val="both"/>
        <w:rPr>
          <w:rFonts w:ascii="微軟正黑體" w:eastAsia="微軟正黑體" w:hAnsi="微軟正黑體"/>
          <w:lang w:eastAsia="zh-TW"/>
        </w:rPr>
      </w:pPr>
      <w:r w:rsidRPr="009C0FA9">
        <w:rPr>
          <w:rFonts w:ascii="微軟正黑體" w:eastAsia="微軟正黑體" w:hAnsi="微軟正黑體" w:hint="eastAsia"/>
          <w:lang w:eastAsia="zh-TW"/>
        </w:rPr>
        <w:t>申請人(以合作聯盟方式申請時)</w:t>
      </w:r>
    </w:p>
    <w:p w14:paraId="73238BCA" w14:textId="0D06EA7D"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合作聯盟授權代表</w:t>
      </w:r>
    </w:p>
    <w:p w14:paraId="35B6BEBE" w14:textId="43D4DBB4"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lang w:eastAsia="zh-TW"/>
        </w:rPr>
        <w:t>公司名稱：                                             (印鑑)</w:t>
      </w:r>
    </w:p>
    <w:p w14:paraId="3EC04A54" w14:textId="46B52B29"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71F0410B" w14:textId="1918442A"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r w:rsidRPr="009C0FA9">
        <w:rPr>
          <w:rFonts w:ascii="微軟正黑體" w:eastAsia="微軟正黑體" w:hAnsi="微軟正黑體"/>
          <w:lang w:eastAsia="zh-TW"/>
        </w:rPr>
        <w:t xml:space="preserve"> </w:t>
      </w:r>
    </w:p>
    <w:p w14:paraId="28FC3C9B" w14:textId="4973D303"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04AF8E56" w14:textId="66B6D05A"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公司傳真︰</w:t>
      </w:r>
    </w:p>
    <w:p w14:paraId="7B5D7068" w14:textId="34F783D4"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lang w:eastAsia="zh-TW"/>
        </w:rPr>
        <w:t>公司負責人：                                           (印鑑)</w:t>
      </w:r>
    </w:p>
    <w:p w14:paraId="51A2A890" w14:textId="1B7D7A39"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w:t>
      </w:r>
    </w:p>
    <w:p w14:paraId="23B3A184"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戶籍地址︰</w:t>
      </w:r>
    </w:p>
    <w:p w14:paraId="0122FE54" w14:textId="1D0B5FF6" w:rsidR="00166305" w:rsidRPr="009C0FA9" w:rsidRDefault="00166305" w:rsidP="005F2F4F">
      <w:pPr>
        <w:spacing w:after="0" w:line="240" w:lineRule="auto"/>
        <w:rPr>
          <w:rFonts w:ascii="微軟正黑體" w:eastAsia="微軟正黑體" w:hAnsi="微軟正黑體"/>
          <w:lang w:eastAsia="zh-TW"/>
        </w:rPr>
      </w:pPr>
      <w:r>
        <w:rPr>
          <w:rFonts w:ascii="微軟正黑體" w:eastAsia="微軟正黑體" w:hAnsi="微軟正黑體"/>
          <w:lang w:eastAsia="zh-TW"/>
        </w:rPr>
        <w:br w:type="page"/>
      </w:r>
    </w:p>
    <w:p w14:paraId="3FBA24C6" w14:textId="1A47B9AC"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lastRenderedPageBreak/>
        <w:t>合作聯盟一般成員</w:t>
      </w:r>
    </w:p>
    <w:p w14:paraId="6FC60F26"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公司名稱：                                             (印鑑)</w:t>
      </w:r>
    </w:p>
    <w:p w14:paraId="1C402310"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638DD2D5"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r w:rsidRPr="009C0FA9">
        <w:rPr>
          <w:rFonts w:ascii="微軟正黑體" w:eastAsia="微軟正黑體" w:hAnsi="微軟正黑體"/>
          <w:lang w:eastAsia="zh-TW"/>
        </w:rPr>
        <w:t xml:space="preserve"> </w:t>
      </w:r>
    </w:p>
    <w:p w14:paraId="52DE3428"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5805EDBD" w14:textId="387D7163"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公司傳真︰</w:t>
      </w:r>
    </w:p>
    <w:p w14:paraId="27CCC3F1"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                                           (印鑑)</w:t>
      </w:r>
    </w:p>
    <w:p w14:paraId="7585BBA8" w14:textId="0ED3C5C3"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w:t>
      </w:r>
    </w:p>
    <w:p w14:paraId="2DDD0FC3"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戶籍地址︰</w:t>
      </w:r>
    </w:p>
    <w:p w14:paraId="068A1AD6" w14:textId="77777777" w:rsidR="00166305" w:rsidRPr="009C0FA9" w:rsidRDefault="00166305" w:rsidP="005F2F4F">
      <w:pPr>
        <w:spacing w:after="120"/>
        <w:ind w:leftChars="176" w:left="389" w:hanging="2"/>
        <w:jc w:val="both"/>
        <w:rPr>
          <w:rFonts w:ascii="微軟正黑體" w:eastAsia="微軟正黑體" w:hAnsi="微軟正黑體"/>
          <w:lang w:eastAsia="zh-TW"/>
        </w:rPr>
      </w:pPr>
    </w:p>
    <w:p w14:paraId="19CFED58"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公司名稱：                                             (印鑑)</w:t>
      </w:r>
    </w:p>
    <w:p w14:paraId="58D0FC5E"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646E9337"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r w:rsidRPr="009C0FA9">
        <w:rPr>
          <w:rFonts w:ascii="微軟正黑體" w:eastAsia="微軟正黑體" w:hAnsi="微軟正黑體"/>
          <w:lang w:eastAsia="zh-TW"/>
        </w:rPr>
        <w:t xml:space="preserve"> </w:t>
      </w:r>
    </w:p>
    <w:p w14:paraId="0112827F"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460466BD" w14:textId="2A0D0BCC"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公司傳真︰</w:t>
      </w:r>
    </w:p>
    <w:p w14:paraId="29236E67"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                                           (印鑑)</w:t>
      </w:r>
    </w:p>
    <w:p w14:paraId="4F4F2B1A" w14:textId="0BCA88FC"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w:t>
      </w:r>
    </w:p>
    <w:p w14:paraId="5BB73208"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戶籍地址︰</w:t>
      </w:r>
    </w:p>
    <w:p w14:paraId="590A52B1" w14:textId="77777777" w:rsidR="00166305" w:rsidRPr="009C0FA9" w:rsidRDefault="00166305" w:rsidP="005F2F4F">
      <w:pPr>
        <w:spacing w:after="120"/>
        <w:ind w:leftChars="176" w:left="389" w:hanging="2"/>
        <w:jc w:val="both"/>
        <w:rPr>
          <w:rFonts w:ascii="微軟正黑體" w:eastAsia="微軟正黑體" w:hAnsi="微軟正黑體"/>
          <w:lang w:eastAsia="zh-TW"/>
        </w:rPr>
      </w:pPr>
    </w:p>
    <w:p w14:paraId="36AEE142"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公司名稱：                                             (印鑑)</w:t>
      </w:r>
    </w:p>
    <w:p w14:paraId="6E046D7A"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3AE8CC9E"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r w:rsidRPr="009C0FA9">
        <w:rPr>
          <w:rFonts w:ascii="微軟正黑體" w:eastAsia="微軟正黑體" w:hAnsi="微軟正黑體"/>
          <w:lang w:eastAsia="zh-TW"/>
        </w:rPr>
        <w:t xml:space="preserve"> </w:t>
      </w:r>
    </w:p>
    <w:p w14:paraId="0FFEA770"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376A2597"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公司傳真︰</w:t>
      </w:r>
    </w:p>
    <w:p w14:paraId="7E30EAA4"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                                           (印鑑)</w:t>
      </w:r>
    </w:p>
    <w:p w14:paraId="35A69F26"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w:t>
      </w:r>
    </w:p>
    <w:p w14:paraId="54343B29"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lastRenderedPageBreak/>
        <w:t>戶籍地址︰</w:t>
      </w:r>
    </w:p>
    <w:p w14:paraId="4F3D593C"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公司名稱：                                             (印鑑)</w:t>
      </w:r>
    </w:p>
    <w:p w14:paraId="7F953267"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19BB90EE"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r w:rsidRPr="009C0FA9">
        <w:rPr>
          <w:rFonts w:ascii="微軟正黑體" w:eastAsia="微軟正黑體" w:hAnsi="微軟正黑體"/>
          <w:lang w:eastAsia="zh-TW"/>
        </w:rPr>
        <w:t xml:space="preserve"> </w:t>
      </w:r>
    </w:p>
    <w:p w14:paraId="4BB3C983"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4B467244"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公司傳真︰</w:t>
      </w:r>
    </w:p>
    <w:p w14:paraId="689A8613"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                                           (印鑑)</w:t>
      </w:r>
    </w:p>
    <w:p w14:paraId="0B166BE9"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w:t>
      </w:r>
    </w:p>
    <w:p w14:paraId="7636776C"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戶籍地址︰</w:t>
      </w:r>
    </w:p>
    <w:p w14:paraId="0E3F7023" w14:textId="77777777" w:rsidR="00166305" w:rsidRPr="009C0FA9" w:rsidRDefault="00166305" w:rsidP="005F2F4F">
      <w:pPr>
        <w:spacing w:after="120"/>
        <w:ind w:left="132" w:hangingChars="60" w:hanging="132"/>
        <w:jc w:val="both"/>
        <w:rPr>
          <w:rFonts w:ascii="微軟正黑體" w:eastAsia="微軟正黑體" w:hAnsi="微軟正黑體"/>
          <w:lang w:eastAsia="zh-TW"/>
        </w:rPr>
      </w:pPr>
    </w:p>
    <w:p w14:paraId="53585813" w14:textId="58F5502B" w:rsidR="00166305" w:rsidRPr="009C0FA9" w:rsidRDefault="00166305" w:rsidP="005F2F4F">
      <w:pPr>
        <w:spacing w:after="120" w:line="240" w:lineRule="auto"/>
        <w:ind w:left="216" w:hangingChars="60" w:hanging="216"/>
        <w:jc w:val="distribute"/>
        <w:rPr>
          <w:rFonts w:ascii="微軟正黑體" w:eastAsia="微軟正黑體" w:hAnsi="微軟正黑體"/>
          <w:b/>
          <w:sz w:val="36"/>
          <w:szCs w:val="36"/>
          <w:lang w:eastAsia="zh-TW"/>
        </w:rPr>
      </w:pPr>
      <w:r w:rsidRPr="009C0FA9">
        <w:rPr>
          <w:rFonts w:ascii="微軟正黑體" w:eastAsia="微軟正黑體" w:hAnsi="微軟正黑體" w:hint="eastAsia"/>
          <w:sz w:val="36"/>
          <w:szCs w:val="36"/>
          <w:lang w:eastAsia="zh-TW"/>
        </w:rPr>
        <w:t>中華民國       年       月       日</w:t>
      </w:r>
      <w:r w:rsidRPr="009C0FA9">
        <w:rPr>
          <w:rFonts w:ascii="微軟正黑體" w:eastAsia="微軟正黑體" w:hAnsi="微軟正黑體"/>
          <w:b/>
          <w:sz w:val="36"/>
          <w:szCs w:val="36"/>
          <w:lang w:eastAsia="zh-TW"/>
        </w:rPr>
        <w:br w:type="page"/>
      </w:r>
    </w:p>
    <w:p w14:paraId="36E19464" w14:textId="117C37E5" w:rsidR="00166305" w:rsidRPr="00D70522" w:rsidRDefault="00166305" w:rsidP="005F2F4F">
      <w:pPr>
        <w:tabs>
          <w:tab w:val="left" w:pos="993"/>
        </w:tabs>
        <w:spacing w:after="120" w:line="240" w:lineRule="auto"/>
        <w:rPr>
          <w:rFonts w:ascii="微軟正黑體" w:eastAsia="微軟正黑體" w:hAnsi="微軟正黑體"/>
          <w:b/>
          <w:bCs/>
          <w:sz w:val="20"/>
          <w:szCs w:val="20"/>
          <w:lang w:eastAsia="zh-TW"/>
        </w:rPr>
      </w:pPr>
      <w:bookmarkStart w:id="4" w:name="_Toc228345527"/>
      <w:r w:rsidRPr="00D70522">
        <w:rPr>
          <w:rFonts w:ascii="微軟正黑體" w:eastAsia="微軟正黑體" w:hAnsi="微軟正黑體" w:hint="eastAsia"/>
          <w:b/>
          <w:bCs/>
          <w:sz w:val="24"/>
          <w:szCs w:val="24"/>
          <w:lang w:eastAsia="zh-TW"/>
        </w:rPr>
        <w:lastRenderedPageBreak/>
        <w:t>附件一之四</w:t>
      </w:r>
      <w:r w:rsidRPr="00D70522">
        <w:rPr>
          <w:rFonts w:ascii="微軟正黑體" w:eastAsia="微軟正黑體" w:hAnsi="微軟正黑體"/>
          <w:b/>
          <w:bCs/>
          <w:sz w:val="24"/>
          <w:szCs w:val="24"/>
          <w:lang w:eastAsia="zh-TW"/>
        </w:rPr>
        <w:t xml:space="preserve"> </w:t>
      </w:r>
      <w:r w:rsidRPr="00D70522">
        <w:rPr>
          <w:rFonts w:ascii="微軟正黑體" w:eastAsia="微軟正黑體" w:hAnsi="微軟正黑體" w:hint="eastAsia"/>
          <w:b/>
          <w:bCs/>
          <w:sz w:val="24"/>
          <w:szCs w:val="24"/>
          <w:lang w:eastAsia="zh-TW"/>
        </w:rPr>
        <w:t>申請切結書</w:t>
      </w:r>
      <w:bookmarkEnd w:id="4"/>
      <w:r w:rsidRPr="00D70522">
        <w:rPr>
          <w:rFonts w:ascii="微軟正黑體" w:eastAsia="微軟正黑體" w:hAnsi="微軟正黑體" w:hint="eastAsia"/>
          <w:b/>
          <w:bCs/>
          <w:sz w:val="20"/>
          <w:szCs w:val="20"/>
          <w:lang w:eastAsia="zh-TW"/>
        </w:rPr>
        <w:t xml:space="preserve"> </w:t>
      </w:r>
    </w:p>
    <w:p w14:paraId="3CEE83F2" w14:textId="77777777" w:rsidR="00166305" w:rsidRPr="009C0FA9" w:rsidRDefault="00166305" w:rsidP="005F2F4F">
      <w:pPr>
        <w:spacing w:after="0" w:line="240" w:lineRule="exact"/>
        <w:rPr>
          <w:rFonts w:ascii="微軟正黑體" w:eastAsia="微軟正黑體" w:hAnsi="微軟正黑體"/>
          <w:sz w:val="16"/>
          <w:szCs w:val="16"/>
          <w:lang w:eastAsia="zh-TW"/>
        </w:rPr>
      </w:pPr>
      <w:r w:rsidRPr="009C0FA9">
        <w:rPr>
          <w:rFonts w:ascii="微軟正黑體" w:eastAsia="微軟正黑體" w:hAnsi="微軟正黑體" w:hint="eastAsia"/>
          <w:sz w:val="16"/>
          <w:szCs w:val="16"/>
          <w:lang w:eastAsia="zh-TW"/>
        </w:rPr>
        <w:t>(如有必要，請依下列格式另行繕打)</w:t>
      </w:r>
    </w:p>
    <w:p w14:paraId="07069680" w14:textId="77777777" w:rsidR="00166305" w:rsidRPr="009C0FA9" w:rsidRDefault="00166305" w:rsidP="005F2F4F">
      <w:pPr>
        <w:spacing w:after="120" w:line="240" w:lineRule="auto"/>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hint="eastAsia"/>
          <w:b/>
          <w:sz w:val="32"/>
          <w:szCs w:val="32"/>
          <w:lang w:eastAsia="zh-TW"/>
        </w:rPr>
        <w:t>申請切結書</w:t>
      </w:r>
    </w:p>
    <w:p w14:paraId="22C85BA2" w14:textId="777B9412"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立書人（單一廠商申請人或合作聯盟申請人各組成員名稱）茲依據高雄市政府環境保護局（以下簡稱「</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w:t>
      </w:r>
      <w:r w:rsidR="00D70522">
        <w:rPr>
          <w:rFonts w:ascii="微軟正黑體" w:eastAsia="微軟正黑體" w:hAnsi="微軟正黑體" w:hint="eastAsia"/>
          <w:lang w:eastAsia="zh-TW"/>
        </w:rPr>
        <w:t>115</w:t>
      </w:r>
      <w:r w:rsidRPr="009C0FA9">
        <w:rPr>
          <w:rFonts w:ascii="微軟正黑體" w:eastAsia="微軟正黑體" w:hAnsi="微軟正黑體" w:hint="eastAsia"/>
          <w:lang w:eastAsia="zh-TW"/>
        </w:rPr>
        <w:t>年</w:t>
      </w:r>
      <w:r w:rsidR="00D70522">
        <w:rPr>
          <w:rFonts w:ascii="微軟正黑體" w:eastAsia="微軟正黑體" w:hAnsi="微軟正黑體" w:hint="eastAsia"/>
          <w:lang w:eastAsia="zh-TW"/>
        </w:rPr>
        <w:t>04</w:t>
      </w:r>
      <w:r w:rsidRPr="009C0FA9">
        <w:rPr>
          <w:rFonts w:ascii="微軟正黑體" w:eastAsia="微軟正黑體" w:hAnsi="微軟正黑體" w:hint="eastAsia"/>
          <w:lang w:eastAsia="zh-TW"/>
        </w:rPr>
        <w:t>月</w:t>
      </w:r>
      <w:r w:rsidR="00D70522">
        <w:rPr>
          <w:rFonts w:ascii="微軟正黑體" w:eastAsia="微軟正黑體" w:hAnsi="微軟正黑體" w:hint="eastAsia"/>
          <w:lang w:eastAsia="zh-TW"/>
        </w:rPr>
        <w:t>30</w:t>
      </w:r>
      <w:r w:rsidRPr="009C0FA9">
        <w:rPr>
          <w:rFonts w:ascii="微軟正黑體" w:eastAsia="微軟正黑體" w:hAnsi="微軟正黑體" w:hint="eastAsia"/>
          <w:lang w:eastAsia="zh-TW"/>
        </w:rPr>
        <w:t>日公告之「高雄市資源回收細分類廠有償BTO+BOT案」招商文件及相關規定，申請參與「高雄市資源回收細分類廠有償BTO+BOT案」之審核，除願遵守各項作業之規定，並依規定完成各項手續外，並承諾下列事項：</w:t>
      </w:r>
    </w:p>
    <w:p w14:paraId="15957C82" w14:textId="4E797DDC" w:rsidR="00166305" w:rsidRPr="009C0FA9" w:rsidRDefault="00166305" w:rsidP="005F2F4F">
      <w:pPr>
        <w:spacing w:after="120" w:line="240" w:lineRule="auto"/>
        <w:ind w:left="539" w:hangingChars="245" w:hanging="539"/>
        <w:jc w:val="both"/>
        <w:rPr>
          <w:rFonts w:ascii="微軟正黑體" w:eastAsia="微軟正黑體" w:hAnsi="微軟正黑體"/>
          <w:lang w:eastAsia="zh-TW"/>
        </w:rPr>
      </w:pPr>
      <w:r w:rsidRPr="009C0FA9">
        <w:rPr>
          <w:rFonts w:ascii="微軟正黑體" w:eastAsia="微軟正黑體" w:hAnsi="微軟正黑體" w:hint="eastAsia"/>
          <w:lang w:eastAsia="zh-TW"/>
        </w:rPr>
        <w:t>一、</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立書人所提送書表文件之記載事項均屬事實，如有虛偽，其所發生之任何糾紛及後果，概由立書人自行負責。</w:t>
      </w:r>
    </w:p>
    <w:p w14:paraId="105A5446" w14:textId="233A052A" w:rsidR="00166305" w:rsidRPr="009C0FA9" w:rsidRDefault="00166305" w:rsidP="005F2F4F">
      <w:pPr>
        <w:spacing w:after="120" w:line="240" w:lineRule="auto"/>
        <w:ind w:left="526" w:hangingChars="239" w:hanging="526"/>
        <w:jc w:val="both"/>
        <w:rPr>
          <w:rFonts w:ascii="微軟正黑體" w:eastAsia="微軟正黑體" w:hAnsi="微軟正黑體"/>
          <w:lang w:eastAsia="zh-TW"/>
        </w:rPr>
      </w:pPr>
      <w:r w:rsidRPr="009C0FA9">
        <w:rPr>
          <w:rFonts w:ascii="微軟正黑體" w:eastAsia="微軟正黑體" w:hAnsi="微軟正黑體" w:hint="eastAsia"/>
          <w:lang w:eastAsia="zh-TW"/>
        </w:rPr>
        <w:t>二、</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立書人所提送之證明文件如非中文時，立書人依申請須知規定所提出之中譯本文件，均與該證明文件正本相符且屬實無誤，如有虛偽，其所發生之任何糾紛及後果，概由立書人自行負責。</w:t>
      </w:r>
    </w:p>
    <w:p w14:paraId="14DA4EE8" w14:textId="7DDF06DF" w:rsidR="00166305" w:rsidRPr="009C0FA9" w:rsidRDefault="00166305" w:rsidP="005F2F4F">
      <w:pPr>
        <w:spacing w:after="120" w:line="240" w:lineRule="auto"/>
        <w:ind w:left="513" w:hangingChars="233" w:hanging="513"/>
        <w:jc w:val="both"/>
        <w:rPr>
          <w:rFonts w:ascii="微軟正黑體" w:eastAsia="微軟正黑體" w:hAnsi="微軟正黑體"/>
          <w:lang w:eastAsia="zh-TW"/>
        </w:rPr>
      </w:pPr>
      <w:r w:rsidRPr="009C0FA9">
        <w:rPr>
          <w:rFonts w:ascii="微軟正黑體" w:eastAsia="微軟正黑體" w:hAnsi="微軟正黑體" w:hint="eastAsia"/>
          <w:lang w:eastAsia="zh-TW"/>
        </w:rPr>
        <w:t>三、</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立書人所提送之投資計畫書各項內容及構想之智慧財產權無償授權</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機關有權因</w:t>
      </w:r>
      <w:r w:rsidRPr="009C0FA9" w:rsidDel="004A0520">
        <w:rPr>
          <w:rFonts w:ascii="微軟正黑體" w:eastAsia="微軟正黑體" w:hAnsi="微軟正黑體" w:hint="eastAsia"/>
          <w:lang w:eastAsia="zh-TW"/>
        </w:rPr>
        <w:t>本</w:t>
      </w:r>
      <w:r w:rsidRPr="009C0FA9">
        <w:rPr>
          <w:rFonts w:ascii="微軟正黑體" w:eastAsia="微軟正黑體" w:hAnsi="微軟正黑體" w:hint="eastAsia"/>
          <w:lang w:eastAsia="zh-TW"/>
        </w:rPr>
        <w:t>案業務需要使用或轉授權他人使用該等資料內容及構想之權利。</w:t>
      </w:r>
    </w:p>
    <w:p w14:paraId="464E4348" w14:textId="3245B2D4" w:rsidR="00166305" w:rsidRPr="009C0FA9" w:rsidRDefault="00166305" w:rsidP="005F2F4F">
      <w:pPr>
        <w:spacing w:after="120" w:line="240" w:lineRule="auto"/>
        <w:ind w:left="526" w:hangingChars="239" w:hanging="526"/>
        <w:jc w:val="both"/>
        <w:rPr>
          <w:rFonts w:ascii="微軟正黑體" w:eastAsia="微軟正黑體" w:hAnsi="微軟正黑體"/>
          <w:lang w:eastAsia="zh-TW"/>
        </w:rPr>
      </w:pPr>
      <w:r w:rsidRPr="009C0FA9">
        <w:rPr>
          <w:rFonts w:ascii="微軟正黑體" w:eastAsia="微軟正黑體" w:hAnsi="微軟正黑體" w:hint="eastAsia"/>
          <w:lang w:eastAsia="zh-TW"/>
        </w:rPr>
        <w:t>四、</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立書人茲聲明並保證所提出申請文件之內容及前項授權，無侵犯第三人智慧財產權或其他專有權利之情事。</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機關若因立書人提供之資料而涉及任何侵害第三人權利之訴訟、仲裁或其他爭議解決程序時，立書人願以自己之費用，於該等程序中為</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機關答辯，並負擔</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機關因訴訟、仲裁或其他爭議處理結果所生一切費用及所負賠償責任（包括律師費），或因</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機關與第三人達成和解所需支付之賠償費用。若</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機關因此類爭訟事件延滯本案之推動，立書人應負完全責任，並賠償</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機關因此所致之損害。</w:t>
      </w:r>
    </w:p>
    <w:p w14:paraId="73C63B06" w14:textId="2C30E77C" w:rsidR="00166305" w:rsidRPr="009C0FA9" w:rsidRDefault="00166305" w:rsidP="005F2F4F">
      <w:pPr>
        <w:spacing w:after="120" w:line="240" w:lineRule="auto"/>
        <w:ind w:left="526" w:hangingChars="239" w:hanging="526"/>
        <w:jc w:val="both"/>
        <w:rPr>
          <w:rFonts w:ascii="微軟正黑體" w:eastAsia="微軟正黑體" w:hAnsi="微軟正黑體"/>
          <w:b/>
          <w:sz w:val="36"/>
          <w:szCs w:val="36"/>
          <w:lang w:eastAsia="zh-TW"/>
        </w:rPr>
      </w:pPr>
      <w:r w:rsidRPr="009C0FA9">
        <w:rPr>
          <w:rFonts w:ascii="微軟正黑體" w:eastAsia="微軟正黑體" w:hAnsi="微軟正黑體" w:hint="eastAsia"/>
          <w:lang w:eastAsia="zh-TW"/>
        </w:rPr>
        <w:t>五、立書人就本案之履行，不使用任何對於我國資訊安全與國家安全有所影響之硬體、軟體、人員及服務。</w:t>
      </w:r>
    </w:p>
    <w:p w14:paraId="43780E54" w14:textId="5432FF50"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以上切結事項，願依規定確遵辦理，如未辦理，願負完全責任，特立此切結書為憑。</w:t>
      </w:r>
    </w:p>
    <w:p w14:paraId="584B4BBA" w14:textId="77777777" w:rsidR="00166305" w:rsidRDefault="00166305" w:rsidP="005F2F4F">
      <w:pPr>
        <w:spacing w:after="120" w:line="240" w:lineRule="auto"/>
        <w:ind w:left="389" w:hangingChars="177" w:hanging="389"/>
        <w:jc w:val="both"/>
        <w:rPr>
          <w:rFonts w:ascii="微軟正黑體" w:eastAsia="微軟正黑體" w:hAnsi="微軟正黑體"/>
          <w:lang w:eastAsia="zh-TW"/>
        </w:rPr>
      </w:pPr>
    </w:p>
    <w:p w14:paraId="6B2C1C50" w14:textId="77777777" w:rsidR="00166305" w:rsidRDefault="00166305" w:rsidP="005F2F4F">
      <w:pPr>
        <w:spacing w:after="120" w:line="240" w:lineRule="auto"/>
        <w:ind w:left="389" w:hangingChars="177" w:hanging="389"/>
        <w:jc w:val="both"/>
        <w:rPr>
          <w:rFonts w:ascii="微軟正黑體" w:eastAsia="微軟正黑體" w:hAnsi="微軟正黑體"/>
          <w:lang w:eastAsia="zh-TW"/>
        </w:rPr>
      </w:pPr>
    </w:p>
    <w:p w14:paraId="3EEAD6C9" w14:textId="77777777" w:rsidR="00166305" w:rsidRDefault="00166305" w:rsidP="005F2F4F">
      <w:pPr>
        <w:spacing w:after="120" w:line="240" w:lineRule="auto"/>
        <w:ind w:left="389" w:hangingChars="177" w:hanging="389"/>
        <w:jc w:val="both"/>
        <w:rPr>
          <w:rFonts w:ascii="微軟正黑體" w:eastAsia="微軟正黑體" w:hAnsi="微軟正黑體"/>
          <w:lang w:eastAsia="zh-TW"/>
        </w:rPr>
      </w:pPr>
    </w:p>
    <w:p w14:paraId="4805E99B" w14:textId="77777777"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p>
    <w:p w14:paraId="36C5947B" w14:textId="0F15F456"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此致</w:t>
      </w:r>
    </w:p>
    <w:p w14:paraId="54DDF106" w14:textId="5F54E22F" w:rsidR="00166305" w:rsidRPr="009C0FA9" w:rsidRDefault="00166305" w:rsidP="005F2F4F">
      <w:pPr>
        <w:spacing w:after="120" w:line="240" w:lineRule="auto"/>
        <w:ind w:left="389" w:hangingChars="177" w:hanging="389"/>
        <w:jc w:val="both"/>
        <w:rPr>
          <w:rFonts w:ascii="微軟正黑體" w:eastAsia="微軟正黑體" w:hAnsi="微軟正黑體"/>
          <w:b/>
          <w:sz w:val="36"/>
          <w:szCs w:val="36"/>
          <w:lang w:eastAsia="zh-TW"/>
        </w:rPr>
      </w:pPr>
      <w:r w:rsidRPr="009C0FA9">
        <w:rPr>
          <w:rFonts w:ascii="微軟正黑體" w:eastAsia="微軟正黑體" w:hAnsi="微軟正黑體" w:hint="eastAsia"/>
          <w:lang w:eastAsia="zh-TW"/>
        </w:rPr>
        <w:t>高雄市政府環境保護局</w:t>
      </w:r>
    </w:p>
    <w:p w14:paraId="24AE31E0" w14:textId="25DFC25E" w:rsidR="00166305" w:rsidRDefault="00166305">
      <w:pPr>
        <w:spacing w:after="0" w:line="240" w:lineRule="auto"/>
        <w:rPr>
          <w:rFonts w:ascii="微軟正黑體" w:eastAsia="微軟正黑體" w:hAnsi="微軟正黑體"/>
          <w:b/>
          <w:sz w:val="36"/>
          <w:szCs w:val="36"/>
          <w:lang w:eastAsia="zh-TW"/>
        </w:rPr>
      </w:pPr>
    </w:p>
    <w:p w14:paraId="3D4F004A" w14:textId="77777777" w:rsidR="00D70522" w:rsidRDefault="00D70522">
      <w:pPr>
        <w:spacing w:after="0" w:line="240" w:lineRule="auto"/>
        <w:rPr>
          <w:rFonts w:ascii="微軟正黑體" w:eastAsia="微軟正黑體" w:hAnsi="微軟正黑體"/>
          <w:b/>
          <w:sz w:val="36"/>
          <w:szCs w:val="36"/>
          <w:lang w:eastAsia="zh-TW"/>
        </w:rPr>
      </w:pPr>
    </w:p>
    <w:p w14:paraId="768A5A7D" w14:textId="77777777" w:rsidR="00D70522" w:rsidRDefault="00D70522">
      <w:pPr>
        <w:spacing w:after="0" w:line="240" w:lineRule="auto"/>
        <w:rPr>
          <w:rFonts w:ascii="微軟正黑體" w:eastAsia="微軟正黑體" w:hAnsi="微軟正黑體"/>
          <w:b/>
          <w:sz w:val="36"/>
          <w:szCs w:val="36"/>
          <w:lang w:eastAsia="zh-TW"/>
        </w:rPr>
      </w:pPr>
    </w:p>
    <w:p w14:paraId="069467D3" w14:textId="77777777" w:rsidR="00D70522" w:rsidRPr="009C0FA9" w:rsidRDefault="00D70522">
      <w:pPr>
        <w:spacing w:after="0" w:line="240" w:lineRule="auto"/>
        <w:rPr>
          <w:rFonts w:ascii="微軟正黑體" w:eastAsia="微軟正黑體" w:hAnsi="微軟正黑體"/>
          <w:b/>
          <w:sz w:val="36"/>
          <w:szCs w:val="36"/>
          <w:lang w:eastAsia="zh-TW"/>
        </w:rPr>
      </w:pPr>
    </w:p>
    <w:p w14:paraId="5DDE4A93" w14:textId="437980B8" w:rsidR="00166305" w:rsidRPr="009C0FA9" w:rsidRDefault="00166305" w:rsidP="005F2F4F">
      <w:pPr>
        <w:spacing w:after="120"/>
        <w:jc w:val="both"/>
        <w:rPr>
          <w:rFonts w:ascii="微軟正黑體" w:eastAsia="微軟正黑體" w:hAnsi="微軟正黑體"/>
          <w:lang w:eastAsia="zh-TW"/>
        </w:rPr>
      </w:pPr>
      <w:r w:rsidRPr="009C0FA9">
        <w:rPr>
          <w:rFonts w:ascii="微軟正黑體" w:eastAsia="微軟正黑體" w:hAnsi="微軟正黑體" w:hint="eastAsia"/>
          <w:lang w:eastAsia="zh-TW"/>
        </w:rPr>
        <w:lastRenderedPageBreak/>
        <w:t>立書人（單一廠商申請人或合作聯盟申請人各組成員）</w:t>
      </w:r>
    </w:p>
    <w:p w14:paraId="1722C6B0"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公司名稱：                                             (印鑑)</w:t>
      </w:r>
    </w:p>
    <w:p w14:paraId="2C2D108D"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57E0B70E"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r w:rsidRPr="009C0FA9">
        <w:rPr>
          <w:rFonts w:ascii="微軟正黑體" w:eastAsia="微軟正黑體" w:hAnsi="微軟正黑體"/>
          <w:lang w:eastAsia="zh-TW"/>
        </w:rPr>
        <w:t xml:space="preserve"> </w:t>
      </w:r>
    </w:p>
    <w:p w14:paraId="62DB7903"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7069BF72" w14:textId="53C907A1"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公司傳真︰</w:t>
      </w:r>
    </w:p>
    <w:p w14:paraId="59CE0CC6"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                                           (印鑑)</w:t>
      </w:r>
    </w:p>
    <w:p w14:paraId="50CCE73D" w14:textId="580D305A"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w:t>
      </w:r>
    </w:p>
    <w:p w14:paraId="6544957F" w14:textId="0979F60C"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戶籍地址︰</w:t>
      </w:r>
    </w:p>
    <w:p w14:paraId="1AC156DF" w14:textId="77777777" w:rsidR="00166305" w:rsidRPr="009C0FA9" w:rsidRDefault="00166305" w:rsidP="005F2F4F">
      <w:pPr>
        <w:spacing w:after="120"/>
        <w:ind w:leftChars="176" w:left="389" w:hanging="2"/>
        <w:jc w:val="both"/>
        <w:rPr>
          <w:rFonts w:ascii="微軟正黑體" w:eastAsia="微軟正黑體" w:hAnsi="微軟正黑體"/>
          <w:lang w:eastAsia="zh-TW"/>
        </w:rPr>
      </w:pPr>
    </w:p>
    <w:p w14:paraId="1B718519" w14:textId="77777777" w:rsidR="00166305" w:rsidRPr="009C0FA9" w:rsidRDefault="00166305" w:rsidP="005F2F4F">
      <w:pPr>
        <w:spacing w:after="120"/>
        <w:ind w:leftChars="176" w:left="389" w:hanging="2"/>
        <w:jc w:val="both"/>
        <w:rPr>
          <w:rFonts w:ascii="微軟正黑體" w:eastAsia="微軟正黑體" w:hAnsi="微軟正黑體"/>
          <w:lang w:eastAsia="zh-TW"/>
        </w:rPr>
      </w:pPr>
    </w:p>
    <w:p w14:paraId="5E6C25F0" w14:textId="77777777" w:rsidR="00166305" w:rsidRPr="009C0FA9" w:rsidRDefault="00166305" w:rsidP="005F2F4F">
      <w:pPr>
        <w:spacing w:after="120"/>
        <w:ind w:leftChars="176" w:left="389" w:hanging="2"/>
        <w:jc w:val="both"/>
        <w:rPr>
          <w:rFonts w:ascii="微軟正黑體" w:eastAsia="微軟正黑體" w:hAnsi="微軟正黑體"/>
          <w:lang w:eastAsia="zh-TW"/>
        </w:rPr>
      </w:pPr>
    </w:p>
    <w:p w14:paraId="38B43279" w14:textId="77777777" w:rsidR="00166305" w:rsidRPr="009C0FA9" w:rsidRDefault="00166305" w:rsidP="005F2F4F">
      <w:pPr>
        <w:spacing w:after="120"/>
        <w:ind w:leftChars="176" w:left="389" w:hanging="2"/>
        <w:jc w:val="both"/>
        <w:rPr>
          <w:rFonts w:ascii="微軟正黑體" w:eastAsia="微軟正黑體" w:hAnsi="微軟正黑體"/>
          <w:lang w:eastAsia="zh-TW"/>
        </w:rPr>
      </w:pPr>
    </w:p>
    <w:p w14:paraId="7FB4E594" w14:textId="77777777" w:rsidR="00166305" w:rsidRPr="009C0FA9" w:rsidRDefault="00166305" w:rsidP="005F2F4F">
      <w:pPr>
        <w:spacing w:after="120"/>
        <w:ind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備註：</w:t>
      </w:r>
    </w:p>
    <w:p w14:paraId="34347BE6" w14:textId="458E56BC" w:rsidR="00166305" w:rsidRPr="009C0FA9" w:rsidRDefault="00166305" w:rsidP="005F2F4F">
      <w:pPr>
        <w:spacing w:after="120"/>
        <w:ind w:leftChars="-1" w:left="567" w:hanging="569"/>
        <w:jc w:val="both"/>
        <w:rPr>
          <w:rFonts w:ascii="微軟正黑體" w:eastAsia="微軟正黑體" w:hAnsi="微軟正黑體"/>
          <w:lang w:eastAsia="zh-TW"/>
        </w:rPr>
      </w:pPr>
      <w:r w:rsidRPr="009C0FA9">
        <w:rPr>
          <w:rFonts w:ascii="微軟正黑體" w:eastAsia="微軟正黑體" w:hAnsi="微軟正黑體" w:hint="eastAsia"/>
          <w:lang w:eastAsia="zh-TW"/>
        </w:rPr>
        <w:t>一、申請人如為合作聯盟，其各組成員應各自填寫切結書，並經本國法院或民間公證人公證。</w:t>
      </w:r>
    </w:p>
    <w:p w14:paraId="5A561D92" w14:textId="274BF8D3" w:rsidR="00166305" w:rsidRPr="009C0FA9" w:rsidRDefault="00166305" w:rsidP="005F2F4F">
      <w:pPr>
        <w:spacing w:after="120"/>
        <w:ind w:left="492" w:hanging="492"/>
        <w:jc w:val="both"/>
        <w:rPr>
          <w:rFonts w:ascii="微軟正黑體" w:eastAsia="微軟正黑體" w:hAnsi="微軟正黑體"/>
          <w:lang w:eastAsia="zh-TW"/>
        </w:rPr>
      </w:pPr>
      <w:r w:rsidRPr="009C0FA9">
        <w:rPr>
          <w:rFonts w:ascii="微軟正黑體" w:eastAsia="微軟正黑體" w:hAnsi="微軟正黑體" w:hint="eastAsia"/>
          <w:lang w:eastAsia="zh-TW"/>
        </w:rPr>
        <w:t>二、立切結書人若為於我國設有分公司之外國公司，應填具該公司及分公司名稱，並蓋用外國公司分公司變更登記表所登載之在中華民國境內負責人印鑑章。</w:t>
      </w:r>
    </w:p>
    <w:p w14:paraId="5FCA8708" w14:textId="77777777" w:rsidR="00166305" w:rsidRPr="009C0FA9" w:rsidRDefault="00166305" w:rsidP="005F2F4F">
      <w:pPr>
        <w:spacing w:after="120"/>
        <w:ind w:leftChars="-1" w:left="567" w:hanging="569"/>
        <w:jc w:val="both"/>
        <w:rPr>
          <w:rFonts w:ascii="微軟正黑體" w:eastAsia="微軟正黑體" w:hAnsi="微軟正黑體"/>
          <w:lang w:eastAsia="zh-TW"/>
        </w:rPr>
      </w:pPr>
    </w:p>
    <w:p w14:paraId="7E8354F6" w14:textId="77777777" w:rsidR="00166305" w:rsidRPr="009C0FA9" w:rsidRDefault="00166305" w:rsidP="005F2F4F">
      <w:pPr>
        <w:spacing w:after="120"/>
        <w:ind w:leftChars="-1" w:left="567" w:hanging="569"/>
        <w:jc w:val="both"/>
        <w:rPr>
          <w:rFonts w:ascii="微軟正黑體" w:eastAsia="微軟正黑體" w:hAnsi="微軟正黑體"/>
          <w:lang w:eastAsia="zh-TW"/>
        </w:rPr>
      </w:pPr>
    </w:p>
    <w:p w14:paraId="39B1ADB4" w14:textId="7099CDB1" w:rsidR="00166305" w:rsidRPr="009C0FA9" w:rsidRDefault="00166305" w:rsidP="005F2F4F">
      <w:pPr>
        <w:spacing w:after="120" w:line="240" w:lineRule="auto"/>
        <w:ind w:left="216" w:hangingChars="60" w:hanging="216"/>
        <w:jc w:val="distribute"/>
        <w:rPr>
          <w:rFonts w:ascii="微軟正黑體" w:eastAsia="微軟正黑體" w:hAnsi="微軟正黑體"/>
          <w:sz w:val="36"/>
          <w:szCs w:val="36"/>
          <w:lang w:eastAsia="zh-TW"/>
        </w:rPr>
      </w:pPr>
      <w:r w:rsidRPr="009C0FA9">
        <w:rPr>
          <w:rFonts w:ascii="微軟正黑體" w:eastAsia="微軟正黑體" w:hAnsi="微軟正黑體" w:hint="eastAsia"/>
          <w:sz w:val="36"/>
          <w:szCs w:val="36"/>
          <w:lang w:eastAsia="zh-TW"/>
        </w:rPr>
        <w:t>中華民國       年       月       日</w:t>
      </w:r>
    </w:p>
    <w:p w14:paraId="54FF45BF" w14:textId="60238AE6" w:rsidR="00166305" w:rsidRPr="009C0FA9" w:rsidRDefault="00166305">
      <w:pPr>
        <w:spacing w:after="0" w:line="240" w:lineRule="auto"/>
        <w:rPr>
          <w:rFonts w:ascii="微軟正黑體" w:eastAsia="微軟正黑體" w:hAnsi="微軟正黑體"/>
          <w:b/>
          <w:sz w:val="36"/>
          <w:szCs w:val="36"/>
          <w:lang w:eastAsia="zh-TW"/>
        </w:rPr>
      </w:pPr>
      <w:r w:rsidRPr="009C0FA9">
        <w:rPr>
          <w:rFonts w:ascii="微軟正黑體" w:eastAsia="微軟正黑體" w:hAnsi="微軟正黑體"/>
          <w:b/>
          <w:sz w:val="36"/>
          <w:szCs w:val="36"/>
          <w:lang w:eastAsia="zh-TW"/>
        </w:rPr>
        <w:br w:type="page"/>
      </w:r>
    </w:p>
    <w:p w14:paraId="4E9491F7" w14:textId="5E07D2CA" w:rsidR="00166305" w:rsidRPr="00D70522" w:rsidRDefault="00166305" w:rsidP="005F2F4F">
      <w:pPr>
        <w:tabs>
          <w:tab w:val="left" w:pos="993"/>
        </w:tabs>
        <w:spacing w:after="120" w:line="240" w:lineRule="auto"/>
        <w:rPr>
          <w:rFonts w:ascii="微軟正黑體" w:eastAsia="微軟正黑體" w:hAnsi="微軟正黑體"/>
          <w:b/>
          <w:bCs/>
          <w:sz w:val="20"/>
          <w:szCs w:val="20"/>
          <w:lang w:eastAsia="zh-TW"/>
        </w:rPr>
      </w:pPr>
      <w:bookmarkStart w:id="5" w:name="_Toc228345528"/>
      <w:r w:rsidRPr="00D70522">
        <w:rPr>
          <w:rFonts w:ascii="微軟正黑體" w:eastAsia="微軟正黑體" w:hAnsi="微軟正黑體" w:hint="eastAsia"/>
          <w:b/>
          <w:bCs/>
          <w:sz w:val="24"/>
          <w:szCs w:val="24"/>
          <w:lang w:eastAsia="zh-TW"/>
        </w:rPr>
        <w:lastRenderedPageBreak/>
        <w:t>附件一之五</w:t>
      </w:r>
      <w:r w:rsidRPr="00D70522">
        <w:rPr>
          <w:rFonts w:ascii="微軟正黑體" w:eastAsia="微軟正黑體" w:hAnsi="微軟正黑體"/>
          <w:b/>
          <w:bCs/>
          <w:sz w:val="24"/>
          <w:szCs w:val="24"/>
          <w:lang w:eastAsia="zh-TW"/>
        </w:rPr>
        <w:t xml:space="preserve"> </w:t>
      </w:r>
      <w:r w:rsidRPr="00D70522">
        <w:rPr>
          <w:rFonts w:ascii="微軟正黑體" w:eastAsia="微軟正黑體" w:hAnsi="微軟正黑體" w:hint="eastAsia"/>
          <w:b/>
          <w:bCs/>
          <w:sz w:val="24"/>
          <w:szCs w:val="24"/>
          <w:lang w:eastAsia="zh-TW"/>
        </w:rPr>
        <w:t>合作聯盟協議書</w:t>
      </w:r>
      <w:bookmarkEnd w:id="5"/>
      <w:r w:rsidRPr="00D70522">
        <w:rPr>
          <w:rFonts w:ascii="微軟正黑體" w:eastAsia="微軟正黑體" w:hAnsi="微軟正黑體" w:hint="eastAsia"/>
          <w:b/>
          <w:bCs/>
          <w:sz w:val="20"/>
          <w:szCs w:val="20"/>
          <w:lang w:eastAsia="zh-TW"/>
        </w:rPr>
        <w:t xml:space="preserve"> </w:t>
      </w:r>
    </w:p>
    <w:p w14:paraId="7F5E2C01" w14:textId="77777777" w:rsidR="00166305" w:rsidRPr="009C0FA9" w:rsidRDefault="00166305" w:rsidP="005F2F4F">
      <w:pPr>
        <w:spacing w:after="0" w:line="240" w:lineRule="exact"/>
        <w:rPr>
          <w:rFonts w:ascii="微軟正黑體" w:eastAsia="微軟正黑體" w:hAnsi="微軟正黑體"/>
          <w:sz w:val="16"/>
          <w:szCs w:val="16"/>
          <w:lang w:eastAsia="zh-TW"/>
        </w:rPr>
      </w:pPr>
      <w:r w:rsidRPr="009C0FA9">
        <w:rPr>
          <w:rFonts w:ascii="微軟正黑體" w:eastAsia="微軟正黑體" w:hAnsi="微軟正黑體" w:hint="eastAsia"/>
          <w:sz w:val="16"/>
          <w:szCs w:val="16"/>
          <w:lang w:eastAsia="zh-TW"/>
        </w:rPr>
        <w:t>(如有必要，請依下列格式另行繕打)</w:t>
      </w:r>
    </w:p>
    <w:p w14:paraId="7ECFC0A1" w14:textId="688D3287" w:rsidR="00166305" w:rsidRPr="009C0FA9" w:rsidRDefault="00166305" w:rsidP="005F2F4F">
      <w:pPr>
        <w:spacing w:after="120" w:line="240" w:lineRule="auto"/>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hint="eastAsia"/>
          <w:b/>
          <w:sz w:val="32"/>
          <w:szCs w:val="32"/>
          <w:lang w:eastAsia="zh-TW"/>
        </w:rPr>
        <w:t>合作聯盟協議書</w:t>
      </w:r>
    </w:p>
    <w:p w14:paraId="031DDADA" w14:textId="36EA488E"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立協議書人（合作聯盟申請人各組成員名稱）共同組成（合作聯盟申請人名稱）（以下簡稱「本合作聯盟」），為共同合作申請參與高雄市政府環境保護局（以下簡稱「</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機關」）「高雄市資源回收細分類廠有償BTO+BOT案」之甄審，茲願意於本合作聯盟獲選為</w:t>
      </w:r>
      <w:r w:rsidRPr="009C0FA9" w:rsidDel="004A0520">
        <w:rPr>
          <w:rFonts w:ascii="微軟正黑體" w:eastAsia="微軟正黑體" w:hAnsi="微軟正黑體" w:hint="eastAsia"/>
          <w:lang w:eastAsia="zh-TW"/>
        </w:rPr>
        <w:t>本</w:t>
      </w:r>
      <w:r w:rsidRPr="009C0FA9">
        <w:rPr>
          <w:rFonts w:ascii="微軟正黑體" w:eastAsia="微軟正黑體" w:hAnsi="微軟正黑體" w:hint="eastAsia"/>
          <w:lang w:eastAsia="zh-TW"/>
        </w:rPr>
        <w:t>案最優申請人後，籌組民間機構，辦理後續籌辦、興建、營運等相關工作。共同協議之內容如下︰</w:t>
      </w:r>
    </w:p>
    <w:p w14:paraId="64186F04" w14:textId="4A1953DE" w:rsidR="00166305" w:rsidRPr="008F3AD1" w:rsidRDefault="00166305" w:rsidP="005F2F4F">
      <w:pPr>
        <w:spacing w:after="120" w:line="240" w:lineRule="auto"/>
        <w:jc w:val="both"/>
        <w:rPr>
          <w:rFonts w:ascii="微軟正黑體" w:eastAsia="微軟正黑體" w:hAnsi="微軟正黑體"/>
          <w:lang w:eastAsia="zh-TW"/>
        </w:rPr>
      </w:pPr>
      <w:r w:rsidRPr="009C0FA9">
        <w:rPr>
          <w:rFonts w:ascii="微軟正黑體" w:eastAsia="微軟正黑體" w:hAnsi="微軟正黑體" w:hint="eastAsia"/>
          <w:lang w:eastAsia="zh-TW"/>
        </w:rPr>
        <w:t>一、</w:t>
      </w:r>
      <w:r w:rsidRPr="008F3AD1">
        <w:rPr>
          <w:rFonts w:ascii="微軟正黑體" w:eastAsia="微軟正黑體" w:hAnsi="微軟正黑體" w:hint="eastAsia"/>
          <w:lang w:eastAsia="zh-TW"/>
        </w:rPr>
        <w:t>立協議書人之工作分工︰</w:t>
      </w:r>
    </w:p>
    <w:p w14:paraId="5604DEC3" w14:textId="2AE759A5" w:rsidR="00166305" w:rsidRPr="008F3AD1" w:rsidRDefault="00166305" w:rsidP="005F2F4F">
      <w:pPr>
        <w:spacing w:after="120"/>
        <w:rPr>
          <w:rFonts w:ascii="微軟正黑體" w:eastAsia="微軟正黑體" w:hAnsi="微軟正黑體"/>
          <w:lang w:eastAsia="zh-TW"/>
        </w:rPr>
      </w:pPr>
      <w:r w:rsidRPr="009C0FA9">
        <w:rPr>
          <w:rFonts w:ascii="微軟正黑體" w:eastAsia="微軟正黑體" w:hAnsi="微軟正黑體" w:hint="eastAsia"/>
          <w:lang w:eastAsia="zh-TW"/>
        </w:rPr>
        <w:t>（請依實際協議內容填載）</w:t>
      </w:r>
    </w:p>
    <w:p w14:paraId="2B618223" w14:textId="006C204A"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二、各立協議書人之義務：</w:t>
      </w:r>
    </w:p>
    <w:p w14:paraId="56CA413F" w14:textId="48B33C59" w:rsidR="00166305" w:rsidRPr="009C0FA9" w:rsidRDefault="00166305" w:rsidP="005F2F4F">
      <w:pPr>
        <w:spacing w:after="120"/>
        <w:ind w:leftChars="177" w:left="389"/>
        <w:rPr>
          <w:rFonts w:ascii="微軟正黑體" w:eastAsia="微軟正黑體" w:hAnsi="微軟正黑體"/>
          <w:lang w:eastAsia="zh-TW"/>
        </w:rPr>
      </w:pPr>
      <w:r w:rsidRPr="009C0FA9">
        <w:rPr>
          <w:rFonts w:ascii="微軟正黑體" w:eastAsia="微軟正黑體" w:hAnsi="微軟正黑體" w:hint="eastAsia"/>
          <w:lang w:eastAsia="zh-TW"/>
        </w:rPr>
        <w:t>（請依實際協議內容填載，但須包括各立協議書人應認足之民間機構股份數）</w:t>
      </w:r>
    </w:p>
    <w:p w14:paraId="2835F823" w14:textId="1F1EEDDD"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三、各立協議書人之權利：</w:t>
      </w:r>
    </w:p>
    <w:p w14:paraId="397D1FEC" w14:textId="77777777" w:rsidR="00166305" w:rsidRPr="009C0FA9" w:rsidRDefault="00166305" w:rsidP="005F2F4F">
      <w:pPr>
        <w:spacing w:after="120"/>
        <w:ind w:leftChars="177" w:left="389"/>
        <w:rPr>
          <w:rFonts w:ascii="微軟正黑體" w:eastAsia="微軟正黑體" w:hAnsi="微軟正黑體"/>
          <w:lang w:eastAsia="zh-TW"/>
        </w:rPr>
      </w:pPr>
      <w:r w:rsidRPr="009C0FA9">
        <w:rPr>
          <w:rFonts w:ascii="微軟正黑體" w:eastAsia="微軟正黑體" w:hAnsi="微軟正黑體" w:hint="eastAsia"/>
          <w:lang w:eastAsia="zh-TW"/>
        </w:rPr>
        <w:t>（請依實際協議內容填載，惟倘無詳細協議內容者，可免填寫。）</w:t>
      </w:r>
    </w:p>
    <w:p w14:paraId="146A915D" w14:textId="68039A39"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四、本協議書內容之變更：</w:t>
      </w:r>
    </w:p>
    <w:p w14:paraId="575750B6" w14:textId="54EE4BBF" w:rsidR="00166305" w:rsidRPr="009C0FA9" w:rsidRDefault="00166305" w:rsidP="005F2F4F">
      <w:pPr>
        <w:spacing w:after="120"/>
        <w:ind w:leftChars="177" w:left="389"/>
        <w:rPr>
          <w:rFonts w:ascii="微軟正黑體" w:eastAsia="微軟正黑體" w:hAnsi="微軟正黑體"/>
          <w:lang w:eastAsia="zh-TW"/>
        </w:rPr>
      </w:pPr>
      <w:r w:rsidRPr="009C0FA9">
        <w:rPr>
          <w:rFonts w:ascii="微軟正黑體" w:eastAsia="微軟正黑體" w:hAnsi="微軟正黑體" w:hint="eastAsia"/>
          <w:lang w:eastAsia="zh-TW"/>
        </w:rPr>
        <w:t>立協議書人茲同意，本協議書之內容如有變更（包括但不限於本合作聯盟成員之變更、或本合作聯盟成員有破產或其他重要情事，致無法繼續共同參與</w:t>
      </w:r>
      <w:r w:rsidRPr="009C0FA9" w:rsidDel="004A0520">
        <w:rPr>
          <w:rFonts w:ascii="微軟正黑體" w:eastAsia="微軟正黑體" w:hAnsi="微軟正黑體" w:hint="eastAsia"/>
          <w:lang w:eastAsia="zh-TW"/>
        </w:rPr>
        <w:t>本</w:t>
      </w:r>
      <w:r w:rsidRPr="009C0FA9">
        <w:rPr>
          <w:rFonts w:ascii="微軟正黑體" w:eastAsia="微軟正黑體" w:hAnsi="微軟正黑體" w:hint="eastAsia"/>
          <w:lang w:eastAsia="zh-TW"/>
        </w:rPr>
        <w:t>案者，聯盟成員如為具有技術能力資格者，其替代者之技術能力不得低於原成員），須經</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機關同意，否則本企業聯盟即喪失投資申請人之資格。</w:t>
      </w:r>
    </w:p>
    <w:p w14:paraId="57641D12" w14:textId="54DCC842" w:rsidR="00166305" w:rsidRPr="009C0FA9" w:rsidRDefault="00166305" w:rsidP="005F2F4F">
      <w:pPr>
        <w:spacing w:after="120"/>
        <w:ind w:left="492" w:hanging="492"/>
        <w:jc w:val="both"/>
        <w:rPr>
          <w:rFonts w:ascii="微軟正黑體" w:eastAsia="微軟正黑體" w:hAnsi="微軟正黑體"/>
          <w:lang w:eastAsia="zh-TW"/>
        </w:rPr>
      </w:pPr>
      <w:r w:rsidRPr="009C0FA9">
        <w:rPr>
          <w:rFonts w:ascii="微軟正黑體" w:eastAsia="微軟正黑體" w:hAnsi="微軟正黑體" w:hint="eastAsia"/>
          <w:lang w:eastAsia="zh-TW"/>
        </w:rPr>
        <w:t>五、各立協議書人承諾與本企業聯盟其他成員關於本案對</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機關負連帶履約責任，如本協議書有任何終止、屆滿、失效等不存續之情事，各立協議書人對貴局負連帶履約責任之承諾仍具效力。</w:t>
      </w:r>
    </w:p>
    <w:p w14:paraId="4BC02B3C" w14:textId="0B3A3CA0"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六、本協議書之有效期間：</w:t>
      </w:r>
    </w:p>
    <w:p w14:paraId="7F3902B0" w14:textId="54346EA9" w:rsidR="00166305" w:rsidRPr="009C0FA9" w:rsidRDefault="00166305" w:rsidP="005F2F4F">
      <w:pPr>
        <w:spacing w:after="120"/>
        <w:ind w:leftChars="177" w:left="389"/>
        <w:rPr>
          <w:rFonts w:ascii="微軟正黑體" w:eastAsia="微軟正黑體" w:hAnsi="微軟正黑體"/>
          <w:lang w:eastAsia="zh-TW"/>
        </w:rPr>
      </w:pPr>
      <w:r w:rsidRPr="009C0FA9">
        <w:rPr>
          <w:rFonts w:ascii="微軟正黑體" w:eastAsia="微軟正黑體" w:hAnsi="微軟正黑體" w:hint="eastAsia"/>
          <w:lang w:eastAsia="zh-TW"/>
        </w:rPr>
        <w:t>本協議書自簽訂日起生效，並持續至下列任一情事發生時，為本協議書之終止日：</w:t>
      </w:r>
    </w:p>
    <w:p w14:paraId="517622DB" w14:textId="34FB7F11" w:rsidR="00166305" w:rsidRPr="009C0FA9" w:rsidRDefault="00166305" w:rsidP="005F2F4F">
      <w:pPr>
        <w:numPr>
          <w:ilvl w:val="0"/>
          <w:numId w:val="4"/>
        </w:numPr>
        <w:spacing w:after="120"/>
        <w:rPr>
          <w:rFonts w:ascii="微軟正黑體" w:eastAsia="微軟正黑體" w:hAnsi="微軟正黑體"/>
          <w:lang w:eastAsia="zh-TW"/>
        </w:rPr>
      </w:pPr>
      <w:r w:rsidRPr="009C0FA9">
        <w:rPr>
          <w:rFonts w:ascii="微軟正黑體" w:eastAsia="微軟正黑體" w:hAnsi="微軟正黑體" w:hint="eastAsia"/>
          <w:lang w:eastAsia="zh-TW"/>
        </w:rPr>
        <w:t xml:space="preserve"> </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機關通知本合作聯盟，本合作聯盟非最優申請人，亦非次優申請人之日。</w:t>
      </w:r>
    </w:p>
    <w:p w14:paraId="79D21671" w14:textId="2F468904" w:rsidR="00166305" w:rsidRPr="009C0FA9" w:rsidRDefault="00166305" w:rsidP="005F2F4F">
      <w:pPr>
        <w:numPr>
          <w:ilvl w:val="0"/>
          <w:numId w:val="4"/>
        </w:numPr>
        <w:spacing w:after="120"/>
        <w:rPr>
          <w:rFonts w:ascii="微軟正黑體" w:eastAsia="微軟正黑體" w:hAnsi="微軟正黑體"/>
          <w:lang w:eastAsia="zh-TW"/>
        </w:rPr>
      </w:pPr>
      <w:r w:rsidRPr="009C0FA9">
        <w:rPr>
          <w:rFonts w:ascii="微軟正黑體" w:eastAsia="微軟正黑體" w:hAnsi="微軟正黑體" w:hint="eastAsia"/>
          <w:lang w:eastAsia="zh-TW"/>
        </w:rPr>
        <w:t xml:space="preserve"> </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機關通知本合作聯盟為次優申請人後，俟貴局與民間機構完成簽訂投資契約之日。</w:t>
      </w:r>
    </w:p>
    <w:p w14:paraId="6B2D9A7E" w14:textId="34165E91" w:rsidR="00D70522" w:rsidRDefault="00166305" w:rsidP="00D70522">
      <w:pPr>
        <w:numPr>
          <w:ilvl w:val="0"/>
          <w:numId w:val="4"/>
        </w:numPr>
        <w:spacing w:after="120"/>
        <w:rPr>
          <w:rFonts w:ascii="微軟正黑體" w:eastAsia="微軟正黑體" w:hAnsi="微軟正黑體"/>
          <w:lang w:eastAsia="zh-TW"/>
        </w:rPr>
      </w:pPr>
      <w:r w:rsidRPr="009C0FA9">
        <w:rPr>
          <w:rFonts w:ascii="微軟正黑體" w:eastAsia="微軟正黑體" w:hAnsi="微軟正黑體" w:hint="eastAsia"/>
          <w:lang w:eastAsia="zh-TW"/>
        </w:rPr>
        <w:t xml:space="preserve"> </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機關通知本合作聯盟為最優申請人，本合作聯盟完成籌組民間機構與貴局完成簽訂投資契約之日。</w:t>
      </w:r>
    </w:p>
    <w:p w14:paraId="1F87DAB4" w14:textId="77777777" w:rsidR="00D70522" w:rsidRDefault="00D70522" w:rsidP="00D70522">
      <w:pPr>
        <w:spacing w:after="120"/>
        <w:rPr>
          <w:rFonts w:ascii="微軟正黑體" w:eastAsia="微軟正黑體" w:hAnsi="微軟正黑體"/>
          <w:lang w:eastAsia="zh-TW"/>
        </w:rPr>
      </w:pPr>
    </w:p>
    <w:p w14:paraId="103FF660" w14:textId="77777777" w:rsidR="00D70522" w:rsidRDefault="00D70522" w:rsidP="00D70522">
      <w:pPr>
        <w:spacing w:after="120"/>
        <w:rPr>
          <w:rFonts w:ascii="微軟正黑體" w:eastAsia="微軟正黑體" w:hAnsi="微軟正黑體"/>
          <w:lang w:eastAsia="zh-TW"/>
        </w:rPr>
      </w:pPr>
    </w:p>
    <w:p w14:paraId="7E506F43" w14:textId="77777777" w:rsidR="00D70522" w:rsidRPr="00D70522" w:rsidRDefault="00D70522" w:rsidP="00D70522">
      <w:pPr>
        <w:spacing w:after="120"/>
        <w:rPr>
          <w:rFonts w:ascii="微軟正黑體" w:eastAsia="微軟正黑體" w:hAnsi="微軟正黑體"/>
          <w:lang w:eastAsia="zh-TW"/>
        </w:rPr>
      </w:pPr>
    </w:p>
    <w:p w14:paraId="78E7C230" w14:textId="77777777" w:rsidR="00166305" w:rsidRPr="009C0FA9" w:rsidRDefault="00166305" w:rsidP="00D70522">
      <w:pPr>
        <w:spacing w:after="0"/>
        <w:ind w:leftChars="177" w:left="389"/>
        <w:rPr>
          <w:rFonts w:ascii="微軟正黑體" w:eastAsia="微軟正黑體" w:hAnsi="微軟正黑體"/>
          <w:lang w:eastAsia="zh-TW"/>
        </w:rPr>
      </w:pPr>
      <w:r w:rsidRPr="009C0FA9">
        <w:rPr>
          <w:rFonts w:ascii="微軟正黑體" w:eastAsia="微軟正黑體" w:hAnsi="微軟正黑體" w:hint="eastAsia"/>
          <w:lang w:eastAsia="zh-TW"/>
        </w:rPr>
        <w:lastRenderedPageBreak/>
        <w:t>立協議書人（合作聯盟申請人各組成員）</w:t>
      </w:r>
    </w:p>
    <w:p w14:paraId="7F9D5625" w14:textId="6E1FC760"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合作聯盟授權代表</w:t>
      </w:r>
    </w:p>
    <w:p w14:paraId="51FECDC4"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公司名稱：                                             (印鑑)</w:t>
      </w:r>
    </w:p>
    <w:p w14:paraId="3728A9A7"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2E013027"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r w:rsidRPr="009C0FA9">
        <w:rPr>
          <w:rFonts w:ascii="微軟正黑體" w:eastAsia="微軟正黑體" w:hAnsi="微軟正黑體"/>
          <w:lang w:eastAsia="zh-TW"/>
        </w:rPr>
        <w:t xml:space="preserve"> </w:t>
      </w:r>
    </w:p>
    <w:p w14:paraId="7EA122C1"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0DE68399" w14:textId="42C1FFA3"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公司傳真︰</w:t>
      </w:r>
    </w:p>
    <w:p w14:paraId="70B1DD59"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                                           (印鑑)</w:t>
      </w:r>
    </w:p>
    <w:p w14:paraId="728597AA" w14:textId="421A8F68"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身分證字號︰(負責人為外國人者填外國護照號碼)</w:t>
      </w:r>
    </w:p>
    <w:p w14:paraId="3501ED7E" w14:textId="0E79B09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戶籍地址︰(負責人為外國人者為在台居住地址)</w:t>
      </w:r>
    </w:p>
    <w:p w14:paraId="01E7B1B9" w14:textId="77777777" w:rsidR="00166305" w:rsidRPr="009C0FA9" w:rsidRDefault="00166305" w:rsidP="00D70522">
      <w:pPr>
        <w:spacing w:after="0"/>
        <w:ind w:leftChars="176" w:left="389" w:hanging="2"/>
        <w:jc w:val="both"/>
        <w:rPr>
          <w:rFonts w:ascii="微軟正黑體" w:eastAsia="微軟正黑體" w:hAnsi="微軟正黑體"/>
          <w:lang w:eastAsia="zh-TW"/>
        </w:rPr>
      </w:pPr>
    </w:p>
    <w:p w14:paraId="639A2FA3" w14:textId="4FBB4EDA"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合作聯盟一般成員</w:t>
      </w:r>
    </w:p>
    <w:p w14:paraId="2AA8F40A"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公司名稱：                                             (印鑑)</w:t>
      </w:r>
    </w:p>
    <w:p w14:paraId="2EA6E233"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53408BB4"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r w:rsidRPr="009C0FA9">
        <w:rPr>
          <w:rFonts w:ascii="微軟正黑體" w:eastAsia="微軟正黑體" w:hAnsi="微軟正黑體"/>
          <w:lang w:eastAsia="zh-TW"/>
        </w:rPr>
        <w:t xml:space="preserve"> </w:t>
      </w:r>
    </w:p>
    <w:p w14:paraId="6E3C55AD"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1BAFAD29"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公司傳真︰</w:t>
      </w:r>
    </w:p>
    <w:p w14:paraId="3D92B32B"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                                           (印鑑)</w:t>
      </w:r>
    </w:p>
    <w:p w14:paraId="3FF05814"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身分證字號︰(負責人為外國人者填外國護照號碼)</w:t>
      </w:r>
    </w:p>
    <w:p w14:paraId="026FE0D8"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戶籍地址︰(負責人為外國人者為在台居住地址)</w:t>
      </w:r>
    </w:p>
    <w:p w14:paraId="3F9B983A" w14:textId="77777777" w:rsidR="00166305" w:rsidRPr="009C0FA9" w:rsidRDefault="00166305" w:rsidP="00D70522">
      <w:pPr>
        <w:spacing w:after="0"/>
        <w:ind w:leftChars="176" w:left="389" w:hanging="2"/>
        <w:jc w:val="both"/>
        <w:rPr>
          <w:rFonts w:ascii="微軟正黑體" w:eastAsia="微軟正黑體" w:hAnsi="微軟正黑體"/>
          <w:lang w:eastAsia="zh-TW"/>
        </w:rPr>
      </w:pPr>
    </w:p>
    <w:p w14:paraId="30DF209E"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公司名稱：                                             (印鑑)</w:t>
      </w:r>
    </w:p>
    <w:p w14:paraId="7AF30E82"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59808B82"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r w:rsidRPr="009C0FA9">
        <w:rPr>
          <w:rFonts w:ascii="微軟正黑體" w:eastAsia="微軟正黑體" w:hAnsi="微軟正黑體"/>
          <w:lang w:eastAsia="zh-TW"/>
        </w:rPr>
        <w:t xml:space="preserve"> </w:t>
      </w:r>
    </w:p>
    <w:p w14:paraId="3374E4DA"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267C44E1"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公司傳真︰</w:t>
      </w:r>
    </w:p>
    <w:p w14:paraId="086B42BC"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                                           (印鑑)</w:t>
      </w:r>
    </w:p>
    <w:p w14:paraId="15EBD55B"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身分證字號︰(負責人為外國人者填外國護照號碼)</w:t>
      </w:r>
    </w:p>
    <w:p w14:paraId="1364BA3C"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戶籍地址︰(負責人為外國人者為在台居住地址)</w:t>
      </w:r>
    </w:p>
    <w:p w14:paraId="4325F42A" w14:textId="77777777" w:rsidR="00166305" w:rsidRDefault="00166305" w:rsidP="00D70522">
      <w:pPr>
        <w:spacing w:after="0"/>
        <w:ind w:leftChars="176" w:left="389" w:hanging="2"/>
        <w:jc w:val="both"/>
        <w:rPr>
          <w:rFonts w:ascii="微軟正黑體" w:eastAsia="微軟正黑體" w:hAnsi="微軟正黑體"/>
          <w:lang w:eastAsia="zh-TW"/>
        </w:rPr>
      </w:pPr>
    </w:p>
    <w:p w14:paraId="76FEFB6F" w14:textId="77777777" w:rsidR="00E465F5" w:rsidRDefault="00E465F5" w:rsidP="00D70522">
      <w:pPr>
        <w:spacing w:after="0"/>
        <w:ind w:leftChars="176" w:left="389" w:hanging="2"/>
        <w:jc w:val="both"/>
        <w:rPr>
          <w:rFonts w:ascii="微軟正黑體" w:eastAsia="微軟正黑體" w:hAnsi="微軟正黑體"/>
          <w:lang w:eastAsia="zh-TW"/>
        </w:rPr>
      </w:pPr>
    </w:p>
    <w:p w14:paraId="4E58EF71" w14:textId="77777777" w:rsidR="00E465F5" w:rsidRDefault="00E465F5" w:rsidP="00D70522">
      <w:pPr>
        <w:spacing w:after="0"/>
        <w:ind w:leftChars="176" w:left="389" w:hanging="2"/>
        <w:jc w:val="both"/>
        <w:rPr>
          <w:rFonts w:ascii="微軟正黑體" w:eastAsia="微軟正黑體" w:hAnsi="微軟正黑體"/>
          <w:lang w:eastAsia="zh-TW"/>
        </w:rPr>
      </w:pPr>
    </w:p>
    <w:p w14:paraId="61474559" w14:textId="77777777" w:rsidR="00E465F5" w:rsidRDefault="00E465F5" w:rsidP="00D70522">
      <w:pPr>
        <w:spacing w:after="0"/>
        <w:ind w:leftChars="176" w:left="389" w:hanging="2"/>
        <w:jc w:val="both"/>
        <w:rPr>
          <w:rFonts w:ascii="微軟正黑體" w:eastAsia="微軟正黑體" w:hAnsi="微軟正黑體"/>
          <w:lang w:eastAsia="zh-TW"/>
        </w:rPr>
      </w:pPr>
    </w:p>
    <w:p w14:paraId="15681574"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lastRenderedPageBreak/>
        <w:t>公司名稱：                                             (印鑑)</w:t>
      </w:r>
    </w:p>
    <w:p w14:paraId="550BBBDC"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3E32D405"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r w:rsidRPr="009C0FA9">
        <w:rPr>
          <w:rFonts w:ascii="微軟正黑體" w:eastAsia="微軟正黑體" w:hAnsi="微軟正黑體"/>
          <w:lang w:eastAsia="zh-TW"/>
        </w:rPr>
        <w:t xml:space="preserve"> </w:t>
      </w:r>
    </w:p>
    <w:p w14:paraId="3EFC8946"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792B2AE0"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公司傳真︰</w:t>
      </w:r>
    </w:p>
    <w:p w14:paraId="0818DB86"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                                           (印鑑)</w:t>
      </w:r>
    </w:p>
    <w:p w14:paraId="3CAA58CE"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身分證字號︰(負責人為外國人者填外國護照號碼)</w:t>
      </w:r>
    </w:p>
    <w:p w14:paraId="6E1DA85B"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戶籍地址︰(負責人為外國人者為在台居住地址)</w:t>
      </w:r>
    </w:p>
    <w:p w14:paraId="356D3811" w14:textId="77777777" w:rsidR="00166305" w:rsidRDefault="00166305" w:rsidP="00D70522">
      <w:pPr>
        <w:spacing w:after="0"/>
        <w:ind w:leftChars="176" w:left="389" w:hanging="2"/>
        <w:jc w:val="both"/>
        <w:rPr>
          <w:rFonts w:ascii="微軟正黑體" w:eastAsia="微軟正黑體" w:hAnsi="微軟正黑體"/>
          <w:lang w:eastAsia="zh-TW"/>
        </w:rPr>
      </w:pPr>
    </w:p>
    <w:p w14:paraId="6616A900"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公司名稱：                                             (印鑑)</w:t>
      </w:r>
    </w:p>
    <w:p w14:paraId="0E5E45BC"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51A603E1"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r w:rsidRPr="009C0FA9">
        <w:rPr>
          <w:rFonts w:ascii="微軟正黑體" w:eastAsia="微軟正黑體" w:hAnsi="微軟正黑體"/>
          <w:lang w:eastAsia="zh-TW"/>
        </w:rPr>
        <w:t xml:space="preserve"> </w:t>
      </w:r>
    </w:p>
    <w:p w14:paraId="68EFAC9F"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4DBE4074"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公司傳真︰</w:t>
      </w:r>
    </w:p>
    <w:p w14:paraId="16BB832D"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                                           (印鑑)</w:t>
      </w:r>
    </w:p>
    <w:p w14:paraId="32A41171" w14:textId="77777777" w:rsidR="00166305" w:rsidRPr="009C0FA9"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身分證字號︰(負責人為外國人者填外國護照號碼)</w:t>
      </w:r>
    </w:p>
    <w:p w14:paraId="5B3DE973" w14:textId="77777777" w:rsidR="00166305" w:rsidRDefault="00166305" w:rsidP="00D70522">
      <w:pPr>
        <w:spacing w:after="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戶籍地址︰(負責人為外國人者為在台居住地址)</w:t>
      </w:r>
    </w:p>
    <w:p w14:paraId="5254D2DE" w14:textId="77777777" w:rsidR="00E465F5" w:rsidRPr="009C0FA9" w:rsidRDefault="00E465F5" w:rsidP="00D70522">
      <w:pPr>
        <w:spacing w:after="0"/>
        <w:ind w:leftChars="176" w:left="389" w:hanging="2"/>
        <w:jc w:val="both"/>
        <w:rPr>
          <w:rFonts w:ascii="微軟正黑體" w:eastAsia="微軟正黑體" w:hAnsi="微軟正黑體"/>
          <w:lang w:eastAsia="zh-TW"/>
        </w:rPr>
      </w:pPr>
    </w:p>
    <w:p w14:paraId="1A469E35" w14:textId="77777777" w:rsidR="00166305" w:rsidRPr="009C0FA9" w:rsidRDefault="00166305" w:rsidP="005F2F4F">
      <w:pPr>
        <w:spacing w:after="0" w:line="300" w:lineRule="exact"/>
        <w:jc w:val="both"/>
        <w:rPr>
          <w:rFonts w:ascii="微軟正黑體" w:eastAsia="微軟正黑體" w:hAnsi="微軟正黑體"/>
          <w:sz w:val="20"/>
          <w:szCs w:val="20"/>
        </w:rPr>
      </w:pPr>
      <w:r w:rsidRPr="009C0FA9">
        <w:rPr>
          <w:rFonts w:ascii="微軟正黑體" w:eastAsia="微軟正黑體" w:hAnsi="微軟正黑體" w:hint="eastAsia"/>
          <w:sz w:val="20"/>
          <w:szCs w:val="20"/>
        </w:rPr>
        <w:t>備註：</w:t>
      </w:r>
    </w:p>
    <w:p w14:paraId="69E11909" w14:textId="1ADAB105" w:rsidR="00166305" w:rsidRPr="008F3AD1" w:rsidRDefault="00166305" w:rsidP="005F2F4F">
      <w:pPr>
        <w:numPr>
          <w:ilvl w:val="0"/>
          <w:numId w:val="5"/>
        </w:numPr>
        <w:spacing w:after="0" w:line="300" w:lineRule="exact"/>
        <w:ind w:left="403" w:hanging="403"/>
        <w:jc w:val="both"/>
        <w:rPr>
          <w:rFonts w:ascii="微軟正黑體" w:eastAsia="微軟正黑體" w:hAnsi="微軟正黑體"/>
          <w:sz w:val="20"/>
          <w:szCs w:val="20"/>
          <w:lang w:eastAsia="zh-TW"/>
        </w:rPr>
      </w:pPr>
      <w:r w:rsidRPr="008F3AD1">
        <w:rPr>
          <w:rFonts w:ascii="微軟正黑體" w:eastAsia="微軟正黑體" w:hAnsi="微軟正黑體" w:hint="eastAsia"/>
          <w:sz w:val="20"/>
          <w:szCs w:val="20"/>
          <w:lang w:eastAsia="zh-TW"/>
        </w:rPr>
        <w:t>本協議書應由合作聯盟全體成員共同簽訂。</w:t>
      </w:r>
    </w:p>
    <w:p w14:paraId="796F3427" w14:textId="5CEC4EAA" w:rsidR="00166305" w:rsidRPr="009C0FA9" w:rsidRDefault="00166305" w:rsidP="005F2F4F">
      <w:pPr>
        <w:numPr>
          <w:ilvl w:val="0"/>
          <w:numId w:val="5"/>
        </w:numPr>
        <w:spacing w:after="0" w:line="300" w:lineRule="exact"/>
        <w:ind w:left="403" w:hanging="403"/>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本協議書表內合作聯盟成員欄位如不敷使用，請自行製作填載。</w:t>
      </w:r>
    </w:p>
    <w:p w14:paraId="573E562E" w14:textId="52C5DC51" w:rsidR="00166305" w:rsidRPr="009C0FA9" w:rsidRDefault="00166305" w:rsidP="005F2F4F">
      <w:pPr>
        <w:numPr>
          <w:ilvl w:val="0"/>
          <w:numId w:val="5"/>
        </w:numPr>
        <w:spacing w:after="0" w:line="300" w:lineRule="exact"/>
        <w:ind w:left="403" w:hanging="403"/>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本協議書所列項目為本案招商文件所規定之必要記載項目，請依規定核實議定。</w:t>
      </w:r>
    </w:p>
    <w:p w14:paraId="72E6947F" w14:textId="7A8409ED" w:rsidR="00166305" w:rsidRPr="009C0FA9" w:rsidRDefault="00166305" w:rsidP="005F2F4F">
      <w:pPr>
        <w:numPr>
          <w:ilvl w:val="0"/>
          <w:numId w:val="5"/>
        </w:numPr>
        <w:spacing w:after="0" w:line="300" w:lineRule="exact"/>
        <w:ind w:left="403" w:hanging="403"/>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合作聯盟如有其他協議，請核實填載。</w:t>
      </w:r>
    </w:p>
    <w:p w14:paraId="066399B5" w14:textId="6F64C6C6" w:rsidR="00166305" w:rsidRPr="009C0FA9" w:rsidRDefault="00166305" w:rsidP="005F2F4F">
      <w:pPr>
        <w:numPr>
          <w:ilvl w:val="0"/>
          <w:numId w:val="5"/>
        </w:numPr>
        <w:spacing w:after="0" w:line="300" w:lineRule="exact"/>
        <w:ind w:left="403" w:hanging="403"/>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本協議書應經認證，簽立本合作聯盟協議書如為本國法人，應加蓋法人及負責人印章，如為外國公司，應由經該國公證機構及中華民國駐外單位認證之授權書上被授權人，以簽名代替印章。</w:t>
      </w:r>
    </w:p>
    <w:p w14:paraId="0613AB0B" w14:textId="7E8F8BBC" w:rsidR="00166305" w:rsidRDefault="00166305" w:rsidP="005F2F4F">
      <w:pPr>
        <w:numPr>
          <w:ilvl w:val="0"/>
          <w:numId w:val="5"/>
        </w:numPr>
        <w:spacing w:after="0" w:line="300" w:lineRule="exact"/>
        <w:ind w:left="403" w:hanging="403"/>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立協議書人於經濟部公司登記之代表人有同一之情形時，公司負責人應依民法第106條、公司法第59條、第</w:t>
      </w:r>
      <w:r w:rsidRPr="009C0FA9">
        <w:rPr>
          <w:rFonts w:ascii="微軟正黑體" w:eastAsia="微軟正黑體" w:hAnsi="微軟正黑體"/>
          <w:sz w:val="20"/>
          <w:szCs w:val="20"/>
          <w:lang w:eastAsia="zh-TW"/>
        </w:rPr>
        <w:t>1</w:t>
      </w:r>
      <w:r w:rsidRPr="009C0FA9">
        <w:rPr>
          <w:rFonts w:ascii="微軟正黑體" w:eastAsia="微軟正黑體" w:hAnsi="微軟正黑體" w:hint="eastAsia"/>
          <w:sz w:val="20"/>
          <w:szCs w:val="20"/>
          <w:lang w:eastAsia="zh-TW"/>
        </w:rPr>
        <w:t>08條、第115條、及第223條規定行之。</w:t>
      </w:r>
    </w:p>
    <w:p w14:paraId="4FF869DA" w14:textId="77777777" w:rsidR="00E465F5" w:rsidRDefault="00E465F5" w:rsidP="00E465F5">
      <w:pPr>
        <w:spacing w:after="0" w:line="300" w:lineRule="exact"/>
        <w:jc w:val="both"/>
        <w:rPr>
          <w:rFonts w:ascii="微軟正黑體" w:eastAsia="微軟正黑體" w:hAnsi="微軟正黑體"/>
          <w:sz w:val="20"/>
          <w:szCs w:val="20"/>
          <w:lang w:eastAsia="zh-TW"/>
        </w:rPr>
      </w:pPr>
    </w:p>
    <w:p w14:paraId="4682834C" w14:textId="77777777" w:rsidR="00E465F5" w:rsidRDefault="00E465F5" w:rsidP="00E465F5">
      <w:pPr>
        <w:spacing w:after="0" w:line="300" w:lineRule="exact"/>
        <w:jc w:val="both"/>
        <w:rPr>
          <w:rFonts w:ascii="微軟正黑體" w:eastAsia="微軟正黑體" w:hAnsi="微軟正黑體"/>
          <w:sz w:val="20"/>
          <w:szCs w:val="20"/>
          <w:lang w:eastAsia="zh-TW"/>
        </w:rPr>
      </w:pPr>
    </w:p>
    <w:p w14:paraId="02747712" w14:textId="77777777" w:rsidR="00E465F5" w:rsidRDefault="00E465F5" w:rsidP="00E465F5">
      <w:pPr>
        <w:spacing w:after="0" w:line="300" w:lineRule="exact"/>
        <w:jc w:val="both"/>
        <w:rPr>
          <w:rFonts w:ascii="微軟正黑體" w:eastAsia="微軟正黑體" w:hAnsi="微軟正黑體"/>
          <w:sz w:val="20"/>
          <w:szCs w:val="20"/>
          <w:lang w:eastAsia="zh-TW"/>
        </w:rPr>
      </w:pPr>
    </w:p>
    <w:p w14:paraId="6B832336" w14:textId="77777777" w:rsidR="00E465F5" w:rsidRDefault="00E465F5" w:rsidP="00E465F5">
      <w:pPr>
        <w:spacing w:after="0" w:line="300" w:lineRule="exact"/>
        <w:jc w:val="both"/>
        <w:rPr>
          <w:rFonts w:ascii="微軟正黑體" w:eastAsia="微軟正黑體" w:hAnsi="微軟正黑體"/>
          <w:sz w:val="20"/>
          <w:szCs w:val="20"/>
          <w:lang w:eastAsia="zh-TW"/>
        </w:rPr>
      </w:pPr>
    </w:p>
    <w:p w14:paraId="6835E0D4" w14:textId="77777777" w:rsidR="00E465F5" w:rsidRDefault="00E465F5" w:rsidP="00E465F5">
      <w:pPr>
        <w:spacing w:after="0" w:line="300" w:lineRule="exact"/>
        <w:jc w:val="both"/>
        <w:rPr>
          <w:rFonts w:ascii="微軟正黑體" w:eastAsia="微軟正黑體" w:hAnsi="微軟正黑體"/>
          <w:sz w:val="20"/>
          <w:szCs w:val="20"/>
          <w:lang w:eastAsia="zh-TW"/>
        </w:rPr>
      </w:pPr>
    </w:p>
    <w:p w14:paraId="558EE62F" w14:textId="77777777" w:rsidR="00E465F5" w:rsidRDefault="00E465F5" w:rsidP="00E465F5">
      <w:pPr>
        <w:spacing w:after="0" w:line="300" w:lineRule="exact"/>
        <w:jc w:val="both"/>
        <w:rPr>
          <w:rFonts w:ascii="微軟正黑體" w:eastAsia="微軟正黑體" w:hAnsi="微軟正黑體"/>
          <w:sz w:val="20"/>
          <w:szCs w:val="20"/>
          <w:lang w:eastAsia="zh-TW"/>
        </w:rPr>
      </w:pPr>
    </w:p>
    <w:p w14:paraId="2B9014B3" w14:textId="77777777" w:rsidR="00E465F5" w:rsidRDefault="00E465F5" w:rsidP="00E465F5">
      <w:pPr>
        <w:spacing w:after="0" w:line="300" w:lineRule="exact"/>
        <w:jc w:val="both"/>
        <w:rPr>
          <w:rFonts w:ascii="微軟正黑體" w:eastAsia="微軟正黑體" w:hAnsi="微軟正黑體"/>
          <w:sz w:val="20"/>
          <w:szCs w:val="20"/>
          <w:lang w:eastAsia="zh-TW"/>
        </w:rPr>
      </w:pPr>
    </w:p>
    <w:p w14:paraId="58FDDD99" w14:textId="77777777" w:rsidR="00E465F5" w:rsidRPr="009C0FA9" w:rsidRDefault="00E465F5" w:rsidP="00E465F5">
      <w:pPr>
        <w:spacing w:after="0" w:line="300" w:lineRule="exact"/>
        <w:jc w:val="both"/>
        <w:rPr>
          <w:rFonts w:ascii="微軟正黑體" w:eastAsia="微軟正黑體" w:hAnsi="微軟正黑體"/>
          <w:sz w:val="20"/>
          <w:szCs w:val="20"/>
          <w:lang w:eastAsia="zh-TW"/>
        </w:rPr>
      </w:pPr>
    </w:p>
    <w:p w14:paraId="08977F7D" w14:textId="3BE09060" w:rsidR="00166305" w:rsidRPr="009C0FA9" w:rsidRDefault="00166305" w:rsidP="005F2F4F">
      <w:pPr>
        <w:spacing w:after="120" w:line="240" w:lineRule="auto"/>
        <w:ind w:left="216" w:hangingChars="60" w:hanging="216"/>
        <w:jc w:val="distribute"/>
        <w:rPr>
          <w:rFonts w:ascii="微軟正黑體" w:eastAsia="微軟正黑體" w:hAnsi="微軟正黑體"/>
          <w:lang w:eastAsia="zh-TW"/>
        </w:rPr>
      </w:pPr>
      <w:r w:rsidRPr="009C0FA9">
        <w:rPr>
          <w:rFonts w:ascii="微軟正黑體" w:eastAsia="微軟正黑體" w:hAnsi="微軟正黑體" w:hint="eastAsia"/>
          <w:sz w:val="36"/>
          <w:szCs w:val="36"/>
          <w:lang w:eastAsia="zh-TW"/>
        </w:rPr>
        <w:t>中華民國       年       月       日</w:t>
      </w:r>
    </w:p>
    <w:p w14:paraId="038C7F7A" w14:textId="77777777" w:rsidR="00E465F5" w:rsidRDefault="00E465F5">
      <w:pPr>
        <w:rPr>
          <w:sz w:val="24"/>
          <w:szCs w:val="24"/>
          <w:lang w:eastAsia="zh-TW"/>
        </w:rPr>
      </w:pPr>
      <w:bookmarkStart w:id="6" w:name="_Toc228345529"/>
      <w:r>
        <w:rPr>
          <w:sz w:val="24"/>
          <w:szCs w:val="24"/>
          <w:lang w:eastAsia="zh-TW"/>
        </w:rPr>
        <w:br w:type="page"/>
      </w:r>
    </w:p>
    <w:p w14:paraId="7E309DD4" w14:textId="35C28C48" w:rsidR="00166305" w:rsidRPr="00E465F5" w:rsidRDefault="00166305" w:rsidP="005F2F4F">
      <w:pPr>
        <w:tabs>
          <w:tab w:val="left" w:pos="993"/>
        </w:tabs>
        <w:spacing w:after="120" w:line="240" w:lineRule="auto"/>
        <w:rPr>
          <w:rFonts w:ascii="微軟正黑體" w:eastAsia="微軟正黑體" w:hAnsi="微軟正黑體"/>
          <w:b/>
          <w:bCs/>
          <w:sz w:val="20"/>
          <w:szCs w:val="20"/>
          <w:lang w:eastAsia="zh-TW"/>
        </w:rPr>
      </w:pPr>
      <w:r w:rsidRPr="00E465F5">
        <w:rPr>
          <w:rFonts w:ascii="微軟正黑體" w:eastAsia="微軟正黑體" w:hAnsi="微軟正黑體" w:hint="eastAsia"/>
          <w:b/>
          <w:bCs/>
          <w:sz w:val="24"/>
          <w:szCs w:val="24"/>
          <w:lang w:eastAsia="zh-TW"/>
        </w:rPr>
        <w:lastRenderedPageBreak/>
        <w:t>附件一之六</w:t>
      </w:r>
      <w:r w:rsidRPr="00E465F5">
        <w:rPr>
          <w:rFonts w:ascii="微軟正黑體" w:eastAsia="微軟正黑體" w:hAnsi="微軟正黑體"/>
          <w:b/>
          <w:bCs/>
          <w:sz w:val="24"/>
          <w:szCs w:val="24"/>
          <w:lang w:eastAsia="zh-TW"/>
        </w:rPr>
        <w:t xml:space="preserve"> </w:t>
      </w:r>
      <w:r w:rsidRPr="00E465F5">
        <w:rPr>
          <w:rFonts w:ascii="微軟正黑體" w:eastAsia="微軟正黑體" w:hAnsi="微軟正黑體" w:hint="eastAsia"/>
          <w:b/>
          <w:bCs/>
          <w:sz w:val="24"/>
          <w:szCs w:val="24"/>
          <w:lang w:eastAsia="zh-TW"/>
        </w:rPr>
        <w:t>合作聯盟授權書</w:t>
      </w:r>
      <w:bookmarkEnd w:id="6"/>
    </w:p>
    <w:p w14:paraId="1AEF8986" w14:textId="3FB29A06" w:rsidR="00166305" w:rsidRPr="009C0FA9" w:rsidRDefault="00166305" w:rsidP="005F2F4F">
      <w:pPr>
        <w:spacing w:after="0" w:line="240" w:lineRule="exact"/>
        <w:rPr>
          <w:rFonts w:ascii="微軟正黑體" w:eastAsia="微軟正黑體" w:hAnsi="微軟正黑體"/>
          <w:sz w:val="16"/>
          <w:szCs w:val="16"/>
          <w:lang w:eastAsia="zh-TW"/>
        </w:rPr>
      </w:pPr>
      <w:r w:rsidRPr="009C0FA9">
        <w:rPr>
          <w:rFonts w:ascii="微軟正黑體" w:eastAsia="微軟正黑體" w:hAnsi="微軟正黑體" w:hint="eastAsia"/>
          <w:sz w:val="16"/>
          <w:szCs w:val="16"/>
          <w:lang w:eastAsia="zh-TW"/>
        </w:rPr>
        <w:t>(如有必要，請依下列格式另行繕打)</w:t>
      </w:r>
    </w:p>
    <w:p w14:paraId="38D9610B" w14:textId="39C720E8" w:rsidR="00166305" w:rsidRPr="009C0FA9" w:rsidRDefault="00166305" w:rsidP="005F2F4F">
      <w:pPr>
        <w:spacing w:after="120" w:line="240" w:lineRule="auto"/>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hint="eastAsia"/>
          <w:b/>
          <w:sz w:val="32"/>
          <w:szCs w:val="32"/>
          <w:lang w:eastAsia="zh-TW"/>
        </w:rPr>
        <w:t>合作聯盟授權書</w:t>
      </w:r>
    </w:p>
    <w:p w14:paraId="154535A0" w14:textId="0A2CD869" w:rsidR="00166305" w:rsidRPr="009C0FA9" w:rsidRDefault="00166305" w:rsidP="00E465F5">
      <w:pPr>
        <w:spacing w:after="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一、</w:t>
      </w:r>
      <w:r w:rsidR="00E465F5">
        <w:rPr>
          <w:rFonts w:ascii="微軟正黑體" w:eastAsia="微軟正黑體" w:hAnsi="微軟正黑體" w:hint="eastAsia"/>
          <w:lang w:eastAsia="zh-TW"/>
        </w:rPr>
        <w:t>(</w:t>
      </w:r>
      <w:r w:rsidRPr="009C0FA9">
        <w:rPr>
          <w:rFonts w:ascii="微軟正黑體" w:eastAsia="微軟正黑體" w:hAnsi="微軟正黑體"/>
          <w:lang w:eastAsia="zh-TW"/>
        </w:rPr>
        <w:t>合作聯盟申請人各成員</w:t>
      </w:r>
      <w:r w:rsidRPr="009C0FA9">
        <w:rPr>
          <w:rFonts w:ascii="微軟正黑體" w:eastAsia="微軟正黑體" w:hAnsi="微軟正黑體" w:hint="eastAsia"/>
          <w:lang w:eastAsia="zh-TW"/>
        </w:rPr>
        <w:t>之</w:t>
      </w:r>
      <w:r w:rsidRPr="009C0FA9">
        <w:rPr>
          <w:rFonts w:ascii="微軟正黑體" w:eastAsia="微軟正黑體" w:hAnsi="微軟正黑體"/>
          <w:lang w:eastAsia="zh-TW"/>
        </w:rPr>
        <w:t>名稱</w:t>
      </w:r>
      <w:r w:rsidR="00E465F5">
        <w:rPr>
          <w:rFonts w:ascii="微軟正黑體" w:eastAsia="微軟正黑體" w:hAnsi="微軟正黑體" w:hint="eastAsia"/>
          <w:lang w:eastAsia="zh-TW"/>
        </w:rPr>
        <w:t>)</w:t>
      </w:r>
      <w:r w:rsidRPr="009C0FA9">
        <w:rPr>
          <w:rFonts w:ascii="微軟正黑體" w:eastAsia="微軟正黑體" w:hAnsi="微軟正黑體"/>
          <w:lang w:eastAsia="zh-TW"/>
        </w:rPr>
        <w:t>，</w:t>
      </w:r>
      <w:r w:rsidRPr="009C0FA9">
        <w:rPr>
          <w:rFonts w:ascii="微軟正黑體" w:eastAsia="微軟正黑體" w:hAnsi="微軟正黑體" w:hint="eastAsia"/>
          <w:lang w:eastAsia="zh-TW"/>
        </w:rPr>
        <w:t>為</w:t>
      </w:r>
      <w:r w:rsidRPr="009C0FA9">
        <w:rPr>
          <w:rFonts w:ascii="微軟正黑體" w:eastAsia="微軟正黑體" w:hAnsi="微軟正黑體"/>
          <w:lang w:eastAsia="zh-TW"/>
        </w:rPr>
        <w:t>依中華民</w:t>
      </w:r>
      <w:r w:rsidRPr="009C0FA9">
        <w:rPr>
          <w:rFonts w:ascii="微軟正黑體" w:eastAsia="微軟正黑體" w:hAnsi="微軟正黑體" w:hint="eastAsia"/>
          <w:lang w:eastAsia="zh-TW"/>
        </w:rPr>
        <w:t>國或其他國家法律籌組設立且現仍合法存續之法人，設址於oo，為申請參與高雄市政府環境保護局</w:t>
      </w:r>
      <w:r w:rsidR="00E465F5">
        <w:rPr>
          <w:rFonts w:ascii="微軟正黑體" w:eastAsia="微軟正黑體" w:hAnsi="微軟正黑體" w:hint="eastAsia"/>
          <w:lang w:eastAsia="zh-TW"/>
        </w:rPr>
        <w:t>(</w:t>
      </w:r>
      <w:r w:rsidRPr="009C0FA9">
        <w:rPr>
          <w:rFonts w:ascii="微軟正黑體" w:eastAsia="微軟正黑體" w:hAnsi="微軟正黑體" w:hint="eastAsia"/>
          <w:lang w:eastAsia="zh-TW"/>
        </w:rPr>
        <w:t>以下簡稱「</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w:t>
      </w:r>
      <w:r w:rsidR="00E465F5">
        <w:rPr>
          <w:rFonts w:ascii="微軟正黑體" w:eastAsia="微軟正黑體" w:hAnsi="微軟正黑體" w:hint="eastAsia"/>
          <w:lang w:eastAsia="zh-TW"/>
        </w:rPr>
        <w:t>)</w:t>
      </w:r>
      <w:r w:rsidRPr="009C0FA9">
        <w:rPr>
          <w:rFonts w:ascii="微軟正黑體" w:eastAsia="微軟正黑體" w:hAnsi="微軟正黑體" w:hint="eastAsia"/>
          <w:lang w:eastAsia="zh-TW"/>
        </w:rPr>
        <w:t>「高雄市資源回收細分類廠有償BTO+BOT案」</w:t>
      </w:r>
      <w:r w:rsidR="00E465F5">
        <w:rPr>
          <w:rFonts w:ascii="微軟正黑體" w:eastAsia="微軟正黑體" w:hAnsi="微軟正黑體" w:hint="eastAsia"/>
          <w:lang w:eastAsia="zh-TW"/>
        </w:rPr>
        <w:t>(</w:t>
      </w:r>
      <w:r w:rsidRPr="009C0FA9">
        <w:rPr>
          <w:rFonts w:ascii="微軟正黑體" w:eastAsia="微軟正黑體" w:hAnsi="微軟正黑體" w:hint="eastAsia"/>
          <w:lang w:eastAsia="zh-TW"/>
        </w:rPr>
        <w:t>以下簡稱本案</w:t>
      </w:r>
      <w:r w:rsidR="00E465F5">
        <w:rPr>
          <w:rFonts w:ascii="微軟正黑體" w:eastAsia="微軟正黑體" w:hAnsi="微軟正黑體" w:hint="eastAsia"/>
          <w:lang w:eastAsia="zh-TW"/>
        </w:rPr>
        <w:t>)</w:t>
      </w:r>
      <w:r w:rsidRPr="009C0FA9">
        <w:rPr>
          <w:rFonts w:ascii="微軟正黑體" w:eastAsia="微軟正黑體" w:hAnsi="微軟正黑體" w:hint="eastAsia"/>
          <w:lang w:eastAsia="zh-TW"/>
        </w:rPr>
        <w:t>，特指定</w:t>
      </w:r>
      <w:r w:rsidR="00E465F5">
        <w:rPr>
          <w:rFonts w:ascii="微軟正黑體" w:eastAsia="微軟正黑體" w:hAnsi="微軟正黑體" w:hint="eastAsia"/>
          <w:lang w:eastAsia="zh-TW"/>
        </w:rPr>
        <w:t>(</w:t>
      </w:r>
      <w:r w:rsidRPr="009C0FA9">
        <w:rPr>
          <w:rFonts w:ascii="微軟正黑體" w:eastAsia="微軟正黑體" w:hAnsi="微軟正黑體" w:hint="eastAsia"/>
          <w:lang w:eastAsia="zh-TW"/>
        </w:rPr>
        <w:t>授權代表公司名稱</w:t>
      </w:r>
      <w:r w:rsidR="00E465F5">
        <w:rPr>
          <w:rFonts w:ascii="微軟正黑體" w:eastAsia="微軟正黑體" w:hAnsi="微軟正黑體" w:hint="eastAsia"/>
          <w:lang w:eastAsia="zh-TW"/>
        </w:rPr>
        <w:t>)</w:t>
      </w:r>
      <w:r w:rsidRPr="009C0FA9">
        <w:rPr>
          <w:rFonts w:ascii="微軟正黑體" w:eastAsia="微軟正黑體" w:hAnsi="微軟正黑體" w:hint="eastAsia"/>
          <w:lang w:eastAsia="zh-TW"/>
        </w:rPr>
        <w:t>為本案之全權代表，其就本計畫有代表</w:t>
      </w:r>
      <w:r w:rsidR="00E465F5">
        <w:rPr>
          <w:rFonts w:ascii="微軟正黑體" w:eastAsia="微軟正黑體" w:hAnsi="微軟正黑體" w:hint="eastAsia"/>
          <w:lang w:eastAsia="zh-TW"/>
        </w:rPr>
        <w:t>(</w:t>
      </w:r>
      <w:r w:rsidRPr="009C0FA9">
        <w:rPr>
          <w:rFonts w:ascii="微軟正黑體" w:eastAsia="微軟正黑體" w:hAnsi="微軟正黑體" w:hint="eastAsia"/>
          <w:lang w:eastAsia="zh-TW"/>
        </w:rPr>
        <w:t>合作聯盟申請人名稱</w:t>
      </w:r>
      <w:r w:rsidR="00E465F5">
        <w:rPr>
          <w:rFonts w:ascii="微軟正黑體" w:eastAsia="微軟正黑體" w:hAnsi="微軟正黑體" w:hint="eastAsia"/>
          <w:lang w:eastAsia="zh-TW"/>
        </w:rPr>
        <w:t>)(</w:t>
      </w:r>
      <w:r w:rsidRPr="009C0FA9">
        <w:rPr>
          <w:rFonts w:ascii="微軟正黑體" w:eastAsia="微軟正黑體" w:hAnsi="微軟正黑體" w:hint="eastAsia"/>
          <w:lang w:eastAsia="zh-TW"/>
        </w:rPr>
        <w:t>以下簡稱「本合作聯盟」</w:t>
      </w:r>
      <w:r w:rsidR="00E465F5">
        <w:rPr>
          <w:rFonts w:ascii="微軟正黑體" w:eastAsia="微軟正黑體" w:hAnsi="微軟正黑體" w:hint="eastAsia"/>
          <w:lang w:eastAsia="zh-TW"/>
        </w:rPr>
        <w:t>)</w:t>
      </w:r>
      <w:r w:rsidRPr="009C0FA9">
        <w:rPr>
          <w:rFonts w:ascii="微軟正黑體" w:eastAsia="微軟正黑體" w:hAnsi="微軟正黑體" w:hint="eastAsia"/>
          <w:lang w:eastAsia="zh-TW"/>
        </w:rPr>
        <w:t>處理本案各階段申請、甄審、議約及與本案有關之一切事宜。</w:t>
      </w:r>
    </w:p>
    <w:p w14:paraId="4031D4E4" w14:textId="1C8AC6F7" w:rsidR="00166305" w:rsidRPr="009C0FA9" w:rsidRDefault="00166305" w:rsidP="00E465F5">
      <w:pPr>
        <w:spacing w:after="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二、</w:t>
      </w:r>
      <w:r w:rsidRPr="009C0FA9">
        <w:rPr>
          <w:rFonts w:ascii="微軟正黑體" w:eastAsia="微軟正黑體" w:hAnsi="微軟正黑體"/>
          <w:lang w:eastAsia="zh-TW"/>
        </w:rPr>
        <w:t>本合作聯盟授權書之授權事項，非經事先書面通知</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w:t>
      </w:r>
      <w:r w:rsidRPr="009C0FA9">
        <w:rPr>
          <w:rFonts w:ascii="微軟正黑體" w:eastAsia="微軟正黑體" w:hAnsi="微軟正黑體"/>
          <w:lang w:eastAsia="zh-TW"/>
        </w:rPr>
        <w:t>者，不得以其變更</w:t>
      </w:r>
      <w:r w:rsidRPr="009C0FA9">
        <w:rPr>
          <w:rFonts w:ascii="微軟正黑體" w:eastAsia="微軟正黑體" w:hAnsi="微軟正黑體" w:hint="eastAsia"/>
          <w:lang w:eastAsia="zh-TW"/>
        </w:rPr>
        <w:t>事項或代理權之限制對抗</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w:t>
      </w:r>
    </w:p>
    <w:p w14:paraId="42654CFF" w14:textId="5C9D191C" w:rsidR="00166305" w:rsidRDefault="00166305" w:rsidP="00E465F5">
      <w:pPr>
        <w:spacing w:after="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三、</w:t>
      </w:r>
      <w:r w:rsidRPr="009C0FA9">
        <w:rPr>
          <w:rFonts w:ascii="微軟正黑體" w:eastAsia="微軟正黑體" w:hAnsi="微軟正黑體"/>
          <w:lang w:eastAsia="zh-TW"/>
        </w:rPr>
        <w:t>本</w:t>
      </w:r>
      <w:r w:rsidRPr="009C0FA9">
        <w:rPr>
          <w:rFonts w:ascii="微軟正黑體" w:eastAsia="微軟正黑體" w:hAnsi="微軟正黑體" w:hint="eastAsia"/>
          <w:lang w:eastAsia="zh-TW"/>
        </w:rPr>
        <w:t>合作聯盟</w:t>
      </w:r>
      <w:r w:rsidRPr="009C0FA9">
        <w:rPr>
          <w:rFonts w:ascii="微軟正黑體" w:eastAsia="微軟正黑體" w:hAnsi="微軟正黑體"/>
          <w:lang w:eastAsia="zh-TW"/>
        </w:rPr>
        <w:t>授權書自簽</w:t>
      </w:r>
      <w:r w:rsidRPr="009C0FA9">
        <w:rPr>
          <w:rFonts w:ascii="微軟正黑體" w:eastAsia="微軟正黑體" w:hAnsi="微軟正黑體" w:hint="eastAsia"/>
          <w:lang w:eastAsia="zh-TW"/>
        </w:rPr>
        <w:t>訂</w:t>
      </w:r>
      <w:r w:rsidRPr="009C0FA9">
        <w:rPr>
          <w:rFonts w:ascii="微軟正黑體" w:eastAsia="微軟正黑體" w:hAnsi="微軟正黑體"/>
          <w:lang w:eastAsia="zh-TW"/>
        </w:rPr>
        <w:t>之日生效。</w:t>
      </w:r>
    </w:p>
    <w:p w14:paraId="542A26DC" w14:textId="77777777" w:rsidR="00E465F5" w:rsidRPr="009C0FA9" w:rsidRDefault="00E465F5" w:rsidP="00E465F5">
      <w:pPr>
        <w:spacing w:after="0" w:line="240" w:lineRule="auto"/>
        <w:ind w:left="389" w:hangingChars="177" w:hanging="389"/>
        <w:jc w:val="both"/>
        <w:rPr>
          <w:rFonts w:ascii="微軟正黑體" w:eastAsia="微軟正黑體" w:hAnsi="微軟正黑體"/>
          <w:lang w:eastAsia="zh-TW"/>
        </w:rPr>
      </w:pPr>
    </w:p>
    <w:p w14:paraId="37CBEEB7" w14:textId="194C1362" w:rsidR="00166305" w:rsidRPr="009C0FA9" w:rsidRDefault="00166305" w:rsidP="00E465F5">
      <w:pPr>
        <w:spacing w:after="0" w:line="240" w:lineRule="auto"/>
        <w:rPr>
          <w:rFonts w:ascii="微軟正黑體" w:eastAsia="微軟正黑體" w:hAnsi="微軟正黑體"/>
          <w:lang w:eastAsia="zh-TW"/>
        </w:rPr>
      </w:pPr>
      <w:r w:rsidRPr="009C0FA9">
        <w:rPr>
          <w:rFonts w:ascii="微軟正黑體" w:eastAsia="微軟正黑體" w:hAnsi="微軟正黑體" w:hint="eastAsia"/>
          <w:lang w:eastAsia="zh-TW"/>
        </w:rPr>
        <w:t>授權人（合作聯盟各組成員）</w:t>
      </w:r>
    </w:p>
    <w:p w14:paraId="1877D60A"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公司名稱：                                             (印鑑)</w:t>
      </w:r>
    </w:p>
    <w:p w14:paraId="485AFBD3"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657B9E59"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r w:rsidRPr="009C0FA9">
        <w:rPr>
          <w:rFonts w:ascii="微軟正黑體" w:eastAsia="微軟正黑體" w:hAnsi="微軟正黑體"/>
          <w:lang w:eastAsia="zh-TW"/>
        </w:rPr>
        <w:t xml:space="preserve"> </w:t>
      </w:r>
    </w:p>
    <w:p w14:paraId="5276AE39"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2E069E25"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公司傳真︰</w:t>
      </w:r>
    </w:p>
    <w:p w14:paraId="4EEDB853"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                                           (印鑑)</w:t>
      </w:r>
    </w:p>
    <w:p w14:paraId="10C51B8D"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身分證字號︰(負責人為外國人者填外國護照號碼)</w:t>
      </w:r>
    </w:p>
    <w:p w14:paraId="74BEAA10"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戶籍地址︰(負責人為外國人者為在台居住地址)</w:t>
      </w:r>
    </w:p>
    <w:p w14:paraId="6741B956" w14:textId="460E0869" w:rsidR="00166305" w:rsidRPr="009C0FA9" w:rsidRDefault="00166305" w:rsidP="00E465F5">
      <w:pPr>
        <w:spacing w:after="0" w:line="240" w:lineRule="auto"/>
        <w:rPr>
          <w:rFonts w:ascii="微軟正黑體" w:eastAsia="微軟正黑體" w:hAnsi="微軟正黑體"/>
          <w:lang w:eastAsia="zh-TW"/>
        </w:rPr>
      </w:pPr>
      <w:r w:rsidRPr="009C0FA9">
        <w:rPr>
          <w:rFonts w:ascii="微軟正黑體" w:eastAsia="微軟正黑體" w:hAnsi="微軟正黑體" w:hint="eastAsia"/>
          <w:lang w:eastAsia="zh-TW"/>
        </w:rPr>
        <w:t>被授權人</w:t>
      </w:r>
    </w:p>
    <w:p w14:paraId="6642524E"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公司名稱：                                             (印鑑)</w:t>
      </w:r>
    </w:p>
    <w:p w14:paraId="195C7539"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0B09BAFE"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r w:rsidRPr="009C0FA9">
        <w:rPr>
          <w:rFonts w:ascii="微軟正黑體" w:eastAsia="微軟正黑體" w:hAnsi="微軟正黑體"/>
          <w:lang w:eastAsia="zh-TW"/>
        </w:rPr>
        <w:t xml:space="preserve"> </w:t>
      </w:r>
    </w:p>
    <w:p w14:paraId="0F5746FE"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224B31E7"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公司傳真︰</w:t>
      </w:r>
    </w:p>
    <w:p w14:paraId="39C6242A"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                                           (印鑑)</w:t>
      </w:r>
    </w:p>
    <w:p w14:paraId="01663069"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身分證字號︰(負責人為外國人者填外國護照號碼)</w:t>
      </w:r>
    </w:p>
    <w:p w14:paraId="485BD4C1"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戶籍地址︰(負責人為外國人者為在台居住地址)</w:t>
      </w:r>
    </w:p>
    <w:p w14:paraId="0D8C5A3F" w14:textId="77777777" w:rsidR="00166305" w:rsidRPr="009C0FA9" w:rsidRDefault="00166305" w:rsidP="00E465F5">
      <w:pPr>
        <w:spacing w:after="0" w:line="240" w:lineRule="auto"/>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備註：</w:t>
      </w:r>
    </w:p>
    <w:p w14:paraId="399AFEB5" w14:textId="7B574817" w:rsidR="00166305" w:rsidRPr="009C0FA9" w:rsidRDefault="00166305" w:rsidP="00E465F5">
      <w:pPr>
        <w:spacing w:after="0" w:line="240" w:lineRule="auto"/>
        <w:ind w:leftChars="-1" w:left="567" w:hanging="569"/>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一、</w:t>
      </w:r>
      <w:r w:rsidRPr="009C0FA9">
        <w:rPr>
          <w:rFonts w:ascii="微軟正黑體" w:eastAsia="微軟正黑體" w:hAnsi="微軟正黑體"/>
          <w:sz w:val="20"/>
          <w:szCs w:val="20"/>
          <w:lang w:eastAsia="zh-TW"/>
        </w:rPr>
        <w:t>合作聯盟之所有組成員應各自填寫授權書，並指定同一授權代表</w:t>
      </w:r>
      <w:r w:rsidRPr="009C0FA9">
        <w:rPr>
          <w:rFonts w:ascii="微軟正黑體" w:eastAsia="微軟正黑體" w:hAnsi="微軟正黑體" w:hint="eastAsia"/>
          <w:sz w:val="20"/>
          <w:szCs w:val="20"/>
          <w:lang w:eastAsia="zh-TW"/>
        </w:rPr>
        <w:t>公司</w:t>
      </w:r>
      <w:r w:rsidRPr="009C0FA9">
        <w:rPr>
          <w:rFonts w:ascii="微軟正黑體" w:eastAsia="微軟正黑體" w:hAnsi="微軟正黑體"/>
          <w:sz w:val="20"/>
          <w:szCs w:val="20"/>
          <w:lang w:eastAsia="zh-TW"/>
        </w:rPr>
        <w:t>。</w:t>
      </w:r>
    </w:p>
    <w:p w14:paraId="4AAD2864" w14:textId="68288F60" w:rsidR="00166305" w:rsidRPr="009C0FA9" w:rsidRDefault="00166305" w:rsidP="00E465F5">
      <w:pPr>
        <w:spacing w:after="0" w:line="240" w:lineRule="auto"/>
        <w:ind w:left="408" w:hanging="408"/>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二、簽立本合作聯盟授權書如為本國法人，應加蓋法人及負責人印章，如為外國公司，應由經該國公證機構及中華民國駐外單位認證之授權書上被授權人，以簽名代替印章。</w:t>
      </w:r>
    </w:p>
    <w:p w14:paraId="4B0462A2" w14:textId="45EB6AFF" w:rsidR="00166305" w:rsidRPr="00E465F5" w:rsidRDefault="00166305" w:rsidP="00E465F5">
      <w:pPr>
        <w:spacing w:after="0" w:line="240" w:lineRule="auto"/>
        <w:ind w:left="408" w:hanging="408"/>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三、於經濟部公司登記之代表人有同一之情形時，公司負責人應依民法第106條、公司法第59條、第</w:t>
      </w:r>
      <w:r w:rsidRPr="009C0FA9">
        <w:rPr>
          <w:rFonts w:ascii="微軟正黑體" w:eastAsia="微軟正黑體" w:hAnsi="微軟正黑體"/>
          <w:sz w:val="20"/>
          <w:szCs w:val="20"/>
          <w:lang w:eastAsia="zh-TW"/>
        </w:rPr>
        <w:t>1</w:t>
      </w:r>
      <w:r w:rsidRPr="009C0FA9">
        <w:rPr>
          <w:rFonts w:ascii="微軟正黑體" w:eastAsia="微軟正黑體" w:hAnsi="微軟正黑體" w:hint="eastAsia"/>
          <w:sz w:val="20"/>
          <w:szCs w:val="20"/>
          <w:lang w:eastAsia="zh-TW"/>
        </w:rPr>
        <w:t>08條、第115條、及第223條規定行之。</w:t>
      </w:r>
    </w:p>
    <w:p w14:paraId="46CB12F1" w14:textId="6DD472BC" w:rsidR="00166305" w:rsidRPr="009C0FA9" w:rsidRDefault="00166305" w:rsidP="00E465F5">
      <w:pPr>
        <w:spacing w:after="120" w:line="240" w:lineRule="auto"/>
        <w:ind w:left="216" w:hangingChars="60" w:hanging="216"/>
        <w:jc w:val="distribute"/>
        <w:rPr>
          <w:rFonts w:ascii="微軟正黑體" w:eastAsia="微軟正黑體" w:hAnsi="微軟正黑體"/>
          <w:sz w:val="36"/>
          <w:szCs w:val="36"/>
          <w:lang w:eastAsia="zh-TW"/>
        </w:rPr>
      </w:pPr>
      <w:r w:rsidRPr="009C0FA9">
        <w:rPr>
          <w:rFonts w:ascii="微軟正黑體" w:eastAsia="微軟正黑體" w:hAnsi="微軟正黑體" w:hint="eastAsia"/>
          <w:sz w:val="36"/>
          <w:szCs w:val="36"/>
          <w:lang w:eastAsia="zh-TW"/>
        </w:rPr>
        <w:t>中華民國       年       月       日</w:t>
      </w:r>
    </w:p>
    <w:p w14:paraId="4FF7D114" w14:textId="2ADB2EF1" w:rsidR="00166305" w:rsidRPr="00E465F5" w:rsidRDefault="00166305" w:rsidP="005F2F4F">
      <w:pPr>
        <w:tabs>
          <w:tab w:val="left" w:pos="993"/>
        </w:tabs>
        <w:spacing w:after="120" w:line="240" w:lineRule="auto"/>
        <w:rPr>
          <w:rFonts w:ascii="微軟正黑體" w:eastAsia="微軟正黑體" w:hAnsi="微軟正黑體"/>
          <w:b/>
          <w:bCs/>
          <w:sz w:val="20"/>
          <w:szCs w:val="20"/>
          <w:lang w:eastAsia="zh-TW"/>
        </w:rPr>
      </w:pPr>
      <w:bookmarkStart w:id="7" w:name="_Toc228345530"/>
      <w:r w:rsidRPr="00E465F5">
        <w:rPr>
          <w:rFonts w:ascii="微軟正黑體" w:eastAsia="微軟正黑體" w:hAnsi="微軟正黑體" w:hint="eastAsia"/>
          <w:b/>
          <w:bCs/>
          <w:sz w:val="24"/>
          <w:szCs w:val="24"/>
          <w:lang w:eastAsia="zh-TW"/>
        </w:rPr>
        <w:lastRenderedPageBreak/>
        <w:t>附件一之七</w:t>
      </w:r>
      <w:r w:rsidRPr="00E465F5">
        <w:rPr>
          <w:rFonts w:ascii="微軟正黑體" w:eastAsia="微軟正黑體" w:hAnsi="微軟正黑體"/>
          <w:b/>
          <w:bCs/>
          <w:sz w:val="24"/>
          <w:szCs w:val="24"/>
          <w:lang w:eastAsia="zh-TW"/>
        </w:rPr>
        <w:t xml:space="preserve"> </w:t>
      </w:r>
      <w:r w:rsidRPr="00E465F5">
        <w:rPr>
          <w:rFonts w:ascii="微軟正黑體" w:eastAsia="微軟正黑體" w:hAnsi="微軟正黑體" w:hint="eastAsia"/>
          <w:b/>
          <w:bCs/>
          <w:sz w:val="24"/>
          <w:szCs w:val="24"/>
          <w:lang w:eastAsia="zh-TW"/>
        </w:rPr>
        <w:t>代理人委任書</w:t>
      </w:r>
      <w:bookmarkEnd w:id="7"/>
      <w:r w:rsidRPr="00E465F5">
        <w:rPr>
          <w:rFonts w:ascii="微軟正黑體" w:eastAsia="微軟正黑體" w:hAnsi="微軟正黑體" w:hint="eastAsia"/>
          <w:b/>
          <w:bCs/>
          <w:sz w:val="20"/>
          <w:szCs w:val="20"/>
          <w:lang w:eastAsia="zh-TW"/>
        </w:rPr>
        <w:t xml:space="preserve"> </w:t>
      </w:r>
    </w:p>
    <w:p w14:paraId="20FC646F" w14:textId="77777777" w:rsidR="00166305" w:rsidRPr="009C0FA9" w:rsidRDefault="00166305" w:rsidP="005F2F4F">
      <w:pPr>
        <w:spacing w:after="0" w:line="240" w:lineRule="exact"/>
        <w:rPr>
          <w:rFonts w:ascii="微軟正黑體" w:eastAsia="微軟正黑體" w:hAnsi="微軟正黑體"/>
          <w:sz w:val="16"/>
          <w:szCs w:val="16"/>
          <w:lang w:eastAsia="zh-TW"/>
        </w:rPr>
      </w:pPr>
      <w:r w:rsidRPr="009C0FA9">
        <w:rPr>
          <w:rFonts w:ascii="微軟正黑體" w:eastAsia="微軟正黑體" w:hAnsi="微軟正黑體" w:hint="eastAsia"/>
          <w:sz w:val="16"/>
          <w:szCs w:val="16"/>
          <w:lang w:eastAsia="zh-TW"/>
        </w:rPr>
        <w:t>(如有必要，請依下列格式另行繕打)</w:t>
      </w:r>
    </w:p>
    <w:p w14:paraId="7A3610F7" w14:textId="695EECA3" w:rsidR="00166305" w:rsidRPr="009C0FA9" w:rsidRDefault="00166305" w:rsidP="005F2F4F">
      <w:pPr>
        <w:spacing w:after="120" w:line="240" w:lineRule="auto"/>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hint="eastAsia"/>
          <w:b/>
          <w:sz w:val="32"/>
          <w:szCs w:val="32"/>
          <w:lang w:eastAsia="zh-TW"/>
        </w:rPr>
        <w:t>代理人委任書</w:t>
      </w:r>
    </w:p>
    <w:p w14:paraId="7BD2146F" w14:textId="3C45B7D9" w:rsidR="00166305" w:rsidRPr="009C0FA9" w:rsidRDefault="00166305" w:rsidP="00E465F5">
      <w:pPr>
        <w:spacing w:after="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一、</w:t>
      </w:r>
      <w:r w:rsidR="00E465F5">
        <w:rPr>
          <w:rFonts w:ascii="微軟正黑體" w:eastAsia="微軟正黑體" w:hAnsi="微軟正黑體" w:hint="eastAsia"/>
          <w:lang w:eastAsia="zh-TW"/>
        </w:rPr>
        <w:t>(</w:t>
      </w:r>
      <w:r w:rsidRPr="009C0FA9">
        <w:rPr>
          <w:rFonts w:ascii="微軟正黑體" w:eastAsia="微軟正黑體" w:hAnsi="微軟正黑體" w:hint="eastAsia"/>
          <w:lang w:eastAsia="zh-TW"/>
        </w:rPr>
        <w:t>單一廠商申請人或合作聯盟申請人之授權領銜公司名稱</w:t>
      </w:r>
      <w:r w:rsidR="00E465F5">
        <w:rPr>
          <w:rFonts w:ascii="微軟正黑體" w:eastAsia="微軟正黑體" w:hAnsi="微軟正黑體" w:hint="eastAsia"/>
          <w:lang w:eastAsia="zh-TW"/>
        </w:rPr>
        <w:t>)(</w:t>
      </w:r>
      <w:r w:rsidRPr="009C0FA9">
        <w:rPr>
          <w:rFonts w:ascii="微軟正黑體" w:eastAsia="微軟正黑體" w:hAnsi="微軟正黑體" w:hint="eastAsia"/>
          <w:lang w:eastAsia="zh-TW"/>
        </w:rPr>
        <w:t>以下簡稱「本公司」</w:t>
      </w:r>
      <w:r w:rsidR="00E465F5">
        <w:rPr>
          <w:rFonts w:ascii="微軟正黑體" w:eastAsia="微軟正黑體" w:hAnsi="微軟正黑體" w:hint="eastAsia"/>
          <w:lang w:eastAsia="zh-TW"/>
        </w:rPr>
        <w:t>)</w:t>
      </w:r>
      <w:r w:rsidRPr="009C0FA9">
        <w:rPr>
          <w:rFonts w:ascii="微軟正黑體" w:eastAsia="微軟正黑體" w:hAnsi="微軟正黑體" w:hint="eastAsia"/>
          <w:lang w:eastAsia="zh-TW"/>
        </w:rPr>
        <w:t>，係依中華民國或其他國家法律籌組設立且現仍合法存續之公司，設址於ｏｏ，</w:t>
      </w:r>
      <w:r w:rsidRPr="009C0FA9">
        <w:rPr>
          <w:rFonts w:ascii="微軟正黑體" w:eastAsia="微軟正黑體" w:hAnsi="微軟正黑體"/>
          <w:lang w:eastAsia="zh-TW"/>
        </w:rPr>
        <w:t>為申請參與「</w:t>
      </w:r>
      <w:r w:rsidRPr="009C0FA9">
        <w:rPr>
          <w:rFonts w:ascii="微軟正黑體" w:eastAsia="微軟正黑體" w:hAnsi="微軟正黑體" w:hint="eastAsia"/>
          <w:lang w:eastAsia="zh-TW"/>
        </w:rPr>
        <w:t>高雄市資源回收細分類廠有償BTO+BOT案</w:t>
      </w:r>
      <w:r w:rsidRPr="009C0FA9">
        <w:rPr>
          <w:rFonts w:ascii="微軟正黑體" w:eastAsia="微軟正黑體" w:hAnsi="微軟正黑體"/>
          <w:lang w:eastAsia="zh-TW"/>
        </w:rPr>
        <w:t>」</w:t>
      </w:r>
      <w:r w:rsidR="00E465F5">
        <w:rPr>
          <w:rFonts w:ascii="微軟正黑體" w:eastAsia="微軟正黑體" w:hAnsi="微軟正黑體" w:hint="eastAsia"/>
          <w:lang w:eastAsia="zh-TW"/>
        </w:rPr>
        <w:t>(</w:t>
      </w:r>
      <w:r w:rsidRPr="009C0FA9">
        <w:rPr>
          <w:rFonts w:ascii="微軟正黑體" w:eastAsia="微軟正黑體" w:hAnsi="微軟正黑體" w:hint="eastAsia"/>
          <w:lang w:eastAsia="zh-TW"/>
        </w:rPr>
        <w:t>以下簡稱「本案」</w:t>
      </w:r>
      <w:r w:rsidR="00E465F5">
        <w:rPr>
          <w:rFonts w:ascii="微軟正黑體" w:eastAsia="微軟正黑體" w:hAnsi="微軟正黑體" w:hint="eastAsia"/>
          <w:lang w:eastAsia="zh-TW"/>
        </w:rPr>
        <w:t>)</w:t>
      </w:r>
      <w:r w:rsidRPr="009C0FA9">
        <w:rPr>
          <w:rFonts w:ascii="微軟正黑體" w:eastAsia="微軟正黑體" w:hAnsi="微軟正黑體"/>
          <w:lang w:eastAsia="zh-TW"/>
        </w:rPr>
        <w:t>之甄審，</w:t>
      </w:r>
      <w:r w:rsidRPr="009C0FA9">
        <w:rPr>
          <w:rFonts w:ascii="微軟正黑體" w:eastAsia="微軟正黑體" w:hAnsi="微軟正黑體" w:hint="eastAsia"/>
          <w:lang w:eastAsia="zh-TW"/>
        </w:rPr>
        <w:t>僅此授權ｏｏ為本案之全權代理人，有權為本公司向高雄市政府環境保護局</w:t>
      </w:r>
      <w:r w:rsidR="00E465F5">
        <w:rPr>
          <w:rFonts w:ascii="微軟正黑體" w:eastAsia="微軟正黑體" w:hAnsi="微軟正黑體" w:hint="eastAsia"/>
          <w:lang w:eastAsia="zh-TW"/>
        </w:rPr>
        <w:t>(</w:t>
      </w:r>
      <w:r w:rsidRPr="009C0FA9">
        <w:rPr>
          <w:rFonts w:ascii="微軟正黑體" w:eastAsia="微軟正黑體" w:hAnsi="微軟正黑體" w:hint="eastAsia"/>
          <w:lang w:eastAsia="zh-TW"/>
        </w:rPr>
        <w:t>以下簡稱「</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w:t>
      </w:r>
      <w:r w:rsidR="00E465F5">
        <w:rPr>
          <w:rFonts w:ascii="微軟正黑體" w:eastAsia="微軟正黑體" w:hAnsi="微軟正黑體" w:hint="eastAsia"/>
          <w:lang w:eastAsia="zh-TW"/>
        </w:rPr>
        <w:t>)</w:t>
      </w:r>
      <w:r w:rsidRPr="009C0FA9">
        <w:rPr>
          <w:rFonts w:ascii="微軟正黑體" w:eastAsia="微軟正黑體" w:hAnsi="微軟正黑體" w:hint="eastAsia"/>
          <w:lang w:eastAsia="zh-TW"/>
        </w:rPr>
        <w:t>提出申請文件參與本案甄審及處理本案甄審、議約、簽約及其他相關一切事宜。</w:t>
      </w:r>
    </w:p>
    <w:p w14:paraId="0791EC01" w14:textId="78208981" w:rsidR="00166305" w:rsidRPr="009C0FA9" w:rsidRDefault="00166305" w:rsidP="00E465F5">
      <w:pPr>
        <w:spacing w:after="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二、上開申請文件包括但不限於</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機關公告之申請須知中規定之申請文件暨其他相關文件、投資計畫書等及其他相關文件，代理人並有權於甄審委員會為審查評估本案時，代理本公司出(列)席審查會議為說明。</w:t>
      </w:r>
    </w:p>
    <w:p w14:paraId="04398FD3" w14:textId="134810A1" w:rsidR="00166305" w:rsidRPr="009C0FA9" w:rsidRDefault="00166305" w:rsidP="00E465F5">
      <w:pPr>
        <w:spacing w:after="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三、代理人就本案之相關事宜享有任免複代理人之全權，並有全權代理本公司收受簽發相關各項通知文件、簽署及增刪修訂申請文件、收受送達文件、代理收受</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機關發還之申請保證金，及辦理任何與本案申請有關之手續或任何其他必要有關事項。</w:t>
      </w:r>
    </w:p>
    <w:p w14:paraId="466EF1BA" w14:textId="35B952DF" w:rsidR="00166305" w:rsidRPr="009C0FA9" w:rsidRDefault="00166305" w:rsidP="00E465F5">
      <w:pPr>
        <w:spacing w:after="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四、本委任書之委任事項，非經事先以書面通知</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機關者，不得以其變更事項或代理權之限制對抗</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w:t>
      </w:r>
    </w:p>
    <w:p w14:paraId="1D5D76D1" w14:textId="21ACF647" w:rsidR="00166305" w:rsidRPr="009C0FA9" w:rsidRDefault="00166305" w:rsidP="00E465F5">
      <w:pPr>
        <w:spacing w:after="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五、代理人欲終止代理權者，非經事先以書面通知</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機關者，不生終止效力。</w:t>
      </w:r>
    </w:p>
    <w:p w14:paraId="227CA826" w14:textId="47A842D7" w:rsidR="00166305" w:rsidRPr="009C0FA9" w:rsidRDefault="00166305" w:rsidP="00E465F5">
      <w:pPr>
        <w:spacing w:after="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六、</w:t>
      </w:r>
      <w:r w:rsidRPr="009C0FA9">
        <w:rPr>
          <w:rFonts w:ascii="微軟正黑體" w:eastAsia="微軟正黑體" w:hAnsi="微軟正黑體"/>
          <w:lang w:eastAsia="zh-TW"/>
        </w:rPr>
        <w:t>本委任書自簽發之日生效。</w:t>
      </w:r>
    </w:p>
    <w:p w14:paraId="031871A4" w14:textId="77777777"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p>
    <w:p w14:paraId="222A581F" w14:textId="379E48D3" w:rsidR="00166305" w:rsidRPr="009C0FA9" w:rsidRDefault="00166305" w:rsidP="00E465F5">
      <w:pPr>
        <w:spacing w:after="0" w:line="240" w:lineRule="auto"/>
        <w:rPr>
          <w:rFonts w:ascii="微軟正黑體" w:eastAsia="微軟正黑體" w:hAnsi="微軟正黑體"/>
          <w:lang w:eastAsia="zh-TW"/>
        </w:rPr>
      </w:pPr>
      <w:r w:rsidRPr="009C0FA9">
        <w:rPr>
          <w:rFonts w:ascii="微軟正黑體" w:eastAsia="微軟正黑體" w:hAnsi="微軟正黑體" w:hint="eastAsia"/>
          <w:lang w:eastAsia="zh-TW"/>
        </w:rPr>
        <w:t>委任人（單一廠商申請人或合作聯盟申請人之授權領銜公司名稱）</w:t>
      </w:r>
    </w:p>
    <w:p w14:paraId="4D835622"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公司名稱：                                             (印鑑)</w:t>
      </w:r>
    </w:p>
    <w:p w14:paraId="428C2B05" w14:textId="4950DD0C"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165B4266" w14:textId="6A8D49B0"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r w:rsidRPr="009C0FA9">
        <w:rPr>
          <w:rFonts w:ascii="微軟正黑體" w:eastAsia="微軟正黑體" w:hAnsi="微軟正黑體"/>
          <w:lang w:eastAsia="zh-TW"/>
        </w:rPr>
        <w:t xml:space="preserve"> </w:t>
      </w:r>
    </w:p>
    <w:p w14:paraId="460F05E4"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4971513E" w14:textId="77777777"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                                           (印鑑)</w:t>
      </w:r>
    </w:p>
    <w:p w14:paraId="1B4685D3" w14:textId="1490404E"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w:t>
      </w:r>
    </w:p>
    <w:p w14:paraId="4F34EB5E" w14:textId="77777777" w:rsidR="00166305" w:rsidRPr="009C0FA9" w:rsidRDefault="00166305" w:rsidP="00E465F5">
      <w:pPr>
        <w:spacing w:after="0" w:line="240" w:lineRule="auto"/>
        <w:jc w:val="both"/>
        <w:rPr>
          <w:rFonts w:ascii="微軟正黑體" w:eastAsia="微軟正黑體" w:hAnsi="微軟正黑體"/>
          <w:lang w:eastAsia="zh-TW"/>
        </w:rPr>
      </w:pPr>
    </w:p>
    <w:p w14:paraId="2FDD7B44" w14:textId="1D190355" w:rsidR="00166305" w:rsidRPr="009C0FA9" w:rsidRDefault="00166305" w:rsidP="00E465F5">
      <w:pPr>
        <w:spacing w:after="0" w:line="240" w:lineRule="auto"/>
        <w:rPr>
          <w:rFonts w:ascii="微軟正黑體" w:eastAsia="微軟正黑體" w:hAnsi="微軟正黑體"/>
          <w:lang w:eastAsia="zh-TW"/>
        </w:rPr>
      </w:pPr>
      <w:r w:rsidRPr="009C0FA9">
        <w:rPr>
          <w:rFonts w:ascii="微軟正黑體" w:eastAsia="微軟正黑體" w:hAnsi="微軟正黑體" w:hint="eastAsia"/>
          <w:lang w:eastAsia="zh-TW"/>
        </w:rPr>
        <w:t>受委任人</w:t>
      </w:r>
    </w:p>
    <w:p w14:paraId="5ECEB7AB" w14:textId="63A18375"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姓名：                                         　　　　 (印鑑)</w:t>
      </w:r>
    </w:p>
    <w:p w14:paraId="08F452F6" w14:textId="79F666E3"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w:t>
      </w:r>
    </w:p>
    <w:p w14:paraId="52A96350" w14:textId="675D311E"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戶籍地址︰</w:t>
      </w:r>
    </w:p>
    <w:p w14:paraId="0BBE3A4F" w14:textId="45EA2D80"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電話︰</w:t>
      </w:r>
    </w:p>
    <w:p w14:paraId="57CD3C2A" w14:textId="374BCFED" w:rsidR="00166305" w:rsidRPr="009C0FA9" w:rsidRDefault="00166305" w:rsidP="00E465F5">
      <w:pPr>
        <w:spacing w:after="0" w:line="240" w:lineRule="auto"/>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傳真︰</w:t>
      </w:r>
    </w:p>
    <w:p w14:paraId="073438D7" w14:textId="77777777" w:rsidR="00166305" w:rsidRPr="009C0FA9" w:rsidRDefault="00166305" w:rsidP="005F2F4F">
      <w:pPr>
        <w:spacing w:after="0"/>
        <w:ind w:leftChars="176" w:left="389" w:hanging="2"/>
        <w:jc w:val="both"/>
        <w:rPr>
          <w:rFonts w:ascii="微軟正黑體" w:eastAsia="微軟正黑體" w:hAnsi="微軟正黑體"/>
          <w:lang w:eastAsia="zh-TW"/>
        </w:rPr>
      </w:pPr>
    </w:p>
    <w:p w14:paraId="22B72F24" w14:textId="68B75221" w:rsidR="00166305" w:rsidRPr="00E465F5" w:rsidRDefault="00166305" w:rsidP="00E465F5">
      <w:pPr>
        <w:spacing w:after="0"/>
        <w:ind w:left="602" w:hangingChars="301" w:hanging="602"/>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備註：立聲明書人若為於我國設有分公司之外國公司，應填具該公司及分公司名稱，並蓋用外國公司分公司變更登記表所登載之在中華民國境內負責人印鑑章。</w:t>
      </w:r>
    </w:p>
    <w:p w14:paraId="4244A018" w14:textId="6196E0DC" w:rsidR="00166305" w:rsidRPr="00E465F5" w:rsidRDefault="00166305" w:rsidP="00E465F5">
      <w:pPr>
        <w:spacing w:after="120" w:line="240" w:lineRule="auto"/>
        <w:ind w:left="216" w:hangingChars="60" w:hanging="216"/>
        <w:jc w:val="distribute"/>
        <w:rPr>
          <w:rFonts w:ascii="微軟正黑體" w:eastAsia="微軟正黑體" w:hAnsi="微軟正黑體"/>
          <w:sz w:val="36"/>
          <w:szCs w:val="36"/>
          <w:lang w:eastAsia="zh-TW"/>
        </w:rPr>
      </w:pPr>
      <w:r w:rsidRPr="009C0FA9">
        <w:rPr>
          <w:rFonts w:ascii="微軟正黑體" w:eastAsia="微軟正黑體" w:hAnsi="微軟正黑體" w:hint="eastAsia"/>
          <w:sz w:val="36"/>
          <w:szCs w:val="36"/>
          <w:lang w:eastAsia="zh-TW"/>
        </w:rPr>
        <w:t>中華民國       年       月       日</w:t>
      </w:r>
    </w:p>
    <w:p w14:paraId="0883E2B6" w14:textId="18CA5825" w:rsidR="00166305" w:rsidRPr="00E465F5" w:rsidRDefault="00166305" w:rsidP="005F2F4F">
      <w:pPr>
        <w:tabs>
          <w:tab w:val="left" w:pos="993"/>
        </w:tabs>
        <w:spacing w:after="120" w:line="240" w:lineRule="auto"/>
        <w:rPr>
          <w:rFonts w:ascii="微軟正黑體" w:eastAsia="微軟正黑體" w:hAnsi="微軟正黑體"/>
          <w:b/>
          <w:bCs/>
          <w:sz w:val="24"/>
          <w:szCs w:val="24"/>
          <w:lang w:eastAsia="zh-TW"/>
        </w:rPr>
      </w:pPr>
      <w:bookmarkStart w:id="8" w:name="_Toc228345531"/>
      <w:r w:rsidRPr="00E465F5">
        <w:rPr>
          <w:rFonts w:ascii="微軟正黑體" w:eastAsia="微軟正黑體" w:hAnsi="微軟正黑體" w:hint="eastAsia"/>
          <w:b/>
          <w:bCs/>
          <w:sz w:val="24"/>
          <w:szCs w:val="24"/>
          <w:lang w:eastAsia="zh-TW"/>
        </w:rPr>
        <w:lastRenderedPageBreak/>
        <w:t>附件一之八</w:t>
      </w:r>
      <w:r w:rsidRPr="00E465F5">
        <w:rPr>
          <w:rFonts w:ascii="微軟正黑體" w:eastAsia="微軟正黑體" w:hAnsi="微軟正黑體"/>
          <w:b/>
          <w:bCs/>
          <w:sz w:val="24"/>
          <w:szCs w:val="24"/>
          <w:lang w:eastAsia="zh-TW"/>
        </w:rPr>
        <w:t xml:space="preserve"> </w:t>
      </w:r>
      <w:r w:rsidRPr="00E465F5">
        <w:rPr>
          <w:rFonts w:ascii="微軟正黑體" w:eastAsia="微軟正黑體" w:hAnsi="微軟正黑體" w:hint="eastAsia"/>
          <w:b/>
          <w:bCs/>
          <w:sz w:val="24"/>
          <w:szCs w:val="24"/>
          <w:lang w:eastAsia="zh-TW"/>
        </w:rPr>
        <w:t>協力廠商合作意願書</w:t>
      </w:r>
      <w:bookmarkEnd w:id="8"/>
      <w:r w:rsidRPr="00E465F5">
        <w:rPr>
          <w:rFonts w:ascii="微軟正黑體" w:eastAsia="微軟正黑體" w:hAnsi="微軟正黑體" w:hint="eastAsia"/>
          <w:b/>
          <w:bCs/>
          <w:sz w:val="24"/>
          <w:szCs w:val="24"/>
          <w:lang w:eastAsia="zh-TW"/>
        </w:rPr>
        <w:t xml:space="preserve"> </w:t>
      </w:r>
    </w:p>
    <w:p w14:paraId="112E2340" w14:textId="4160594E" w:rsidR="00166305" w:rsidRPr="009C0FA9" w:rsidRDefault="00166305" w:rsidP="005F2F4F">
      <w:pPr>
        <w:spacing w:after="0" w:line="240" w:lineRule="exact"/>
        <w:rPr>
          <w:rFonts w:ascii="微軟正黑體" w:eastAsia="微軟正黑體" w:hAnsi="微軟正黑體"/>
          <w:sz w:val="16"/>
          <w:szCs w:val="16"/>
          <w:lang w:eastAsia="zh-TW"/>
        </w:rPr>
      </w:pPr>
      <w:r w:rsidRPr="009C0FA9">
        <w:rPr>
          <w:rFonts w:ascii="微軟正黑體" w:eastAsia="微軟正黑體" w:hAnsi="微軟正黑體" w:hint="eastAsia"/>
          <w:sz w:val="16"/>
          <w:szCs w:val="16"/>
          <w:lang w:eastAsia="zh-TW"/>
        </w:rPr>
        <w:t>(如有必要，請依下列格式另行繕打)</w:t>
      </w:r>
    </w:p>
    <w:p w14:paraId="1F51FCBD" w14:textId="555B9996" w:rsidR="00166305" w:rsidRPr="009C0FA9" w:rsidRDefault="00166305" w:rsidP="005F2F4F">
      <w:pPr>
        <w:spacing w:after="120" w:line="240" w:lineRule="auto"/>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hint="eastAsia"/>
          <w:b/>
          <w:sz w:val="32"/>
          <w:szCs w:val="32"/>
          <w:lang w:eastAsia="zh-TW"/>
        </w:rPr>
        <w:t>協力廠商合作意願書</w:t>
      </w:r>
    </w:p>
    <w:p w14:paraId="337BAC8D" w14:textId="171A7BE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立意願書人願意於（單一廠商申請人或合作聯盟申請人）（以下簡稱「貴單位」）獲選為最優申請人，並與高雄市政府環境保護局簽訂投資契約後，願成為實際協助執行</w:t>
      </w:r>
      <w:r w:rsidRPr="009C0FA9" w:rsidDel="004A0520">
        <w:rPr>
          <w:rFonts w:ascii="微軟正黑體" w:eastAsia="微軟正黑體" w:hAnsi="微軟正黑體" w:hint="eastAsia"/>
          <w:lang w:eastAsia="zh-TW"/>
        </w:rPr>
        <w:t>本</w:t>
      </w:r>
      <w:r w:rsidRPr="009C0FA9">
        <w:rPr>
          <w:rFonts w:ascii="微軟正黑體" w:eastAsia="微軟正黑體" w:hAnsi="微軟正黑體" w:hint="eastAsia"/>
          <w:lang w:eastAsia="zh-TW"/>
        </w:rPr>
        <w:t>案（工作項目）之協力廠商，並承諾就</w:t>
      </w:r>
      <w:r w:rsidRPr="009C0FA9" w:rsidDel="004A0520">
        <w:rPr>
          <w:rFonts w:ascii="微軟正黑體" w:eastAsia="微軟正黑體" w:hAnsi="微軟正黑體" w:hint="eastAsia"/>
          <w:lang w:eastAsia="zh-TW"/>
        </w:rPr>
        <w:t>本</w:t>
      </w:r>
      <w:r w:rsidRPr="009C0FA9">
        <w:rPr>
          <w:rFonts w:ascii="微軟正黑體" w:eastAsia="微軟正黑體" w:hAnsi="微軟正黑體" w:hint="eastAsia"/>
          <w:lang w:eastAsia="zh-TW"/>
        </w:rPr>
        <w:t>案所協助提出予 貴單位之各項投資企劃及計畫構想之智慧財產權，授權貴單位在參與本案申請、甄審、投資契約執行之使用目的與範圍內利用（包括無償授權</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機關，使</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機關有權因本案業務需要使用或轉授權他人使用該等資料內容及構想），特立此書。</w:t>
      </w:r>
    </w:p>
    <w:p w14:paraId="6399FD04" w14:textId="567BADDE"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此致</w:t>
      </w:r>
    </w:p>
    <w:p w14:paraId="4791CD50" w14:textId="707AB663"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（單一廠商申請人或合作聯盟申請人之授權代表名稱）</w:t>
      </w:r>
    </w:p>
    <w:p w14:paraId="2671A172"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p>
    <w:p w14:paraId="2D5AB6C2" w14:textId="33B41A21" w:rsidR="00166305" w:rsidRPr="009C0FA9" w:rsidRDefault="00166305" w:rsidP="005F2F4F">
      <w:pPr>
        <w:spacing w:after="120"/>
        <w:rPr>
          <w:rFonts w:ascii="微軟正黑體" w:eastAsia="微軟正黑體" w:hAnsi="微軟正黑體"/>
          <w:lang w:eastAsia="zh-TW"/>
        </w:rPr>
      </w:pPr>
      <w:r w:rsidRPr="009C0FA9">
        <w:rPr>
          <w:rFonts w:ascii="微軟正黑體" w:eastAsia="微軟正黑體" w:hAnsi="微軟正黑體" w:hint="eastAsia"/>
          <w:lang w:eastAsia="zh-TW"/>
        </w:rPr>
        <w:t>立意願書人</w:t>
      </w:r>
    </w:p>
    <w:p w14:paraId="3CE3CEFA" w14:textId="380DF7FC"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立意願書人︰</w:t>
      </w:r>
    </w:p>
    <w:p w14:paraId="0C21EA66" w14:textId="1F5B37FC"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立意願書人名稱：                                             (印鑑)</w:t>
      </w:r>
    </w:p>
    <w:p w14:paraId="0C2A0E32" w14:textId="7C1799C9"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立意願書人統一編號（或證明文件編號）︰</w:t>
      </w:r>
    </w:p>
    <w:p w14:paraId="446F3E0D" w14:textId="097F89C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立意願書人地址：</w:t>
      </w:r>
      <w:r w:rsidRPr="009C0FA9">
        <w:rPr>
          <w:rFonts w:ascii="微軟正黑體" w:eastAsia="微軟正黑體" w:hAnsi="微軟正黑體"/>
          <w:lang w:eastAsia="zh-TW"/>
        </w:rPr>
        <w:t xml:space="preserve"> </w:t>
      </w:r>
    </w:p>
    <w:p w14:paraId="7AAC40CD" w14:textId="7CD558DA"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立意願書人電話︰</w:t>
      </w:r>
    </w:p>
    <w:p w14:paraId="614684CD" w14:textId="4059D6ED"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立意願書人傳真︰</w:t>
      </w:r>
    </w:p>
    <w:p w14:paraId="3255A7ED" w14:textId="6F307624"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立意願書人代表人：                                           (請印章)</w:t>
      </w:r>
    </w:p>
    <w:p w14:paraId="1B17F83B" w14:textId="7B11A2AA"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代表人身分證字號（非本國人者為護照號碼）︰</w:t>
      </w:r>
    </w:p>
    <w:p w14:paraId="09C36A66" w14:textId="77777777" w:rsidR="00166305" w:rsidRDefault="00166305" w:rsidP="005F2F4F">
      <w:pPr>
        <w:spacing w:after="120"/>
        <w:rPr>
          <w:rFonts w:ascii="微軟正黑體" w:eastAsia="微軟正黑體" w:hAnsi="微軟正黑體"/>
          <w:sz w:val="20"/>
          <w:szCs w:val="20"/>
          <w:lang w:eastAsia="zh-TW"/>
        </w:rPr>
      </w:pPr>
      <w:r w:rsidRPr="009C0FA9">
        <w:rPr>
          <w:rFonts w:ascii="微軟正黑體" w:eastAsia="微軟正黑體" w:hAnsi="微軟正黑體" w:hint="eastAsia"/>
          <w:lang w:eastAsia="zh-TW"/>
        </w:rPr>
        <w:t>代表人戶籍地址（非本國人者為在臺居住地址）︰</w:t>
      </w:r>
    </w:p>
    <w:p w14:paraId="2B7E5329" w14:textId="5A4AFC71" w:rsidR="00166305" w:rsidRPr="009C0FA9" w:rsidRDefault="00166305" w:rsidP="005F2F4F">
      <w:pPr>
        <w:spacing w:after="120"/>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備註：</w:t>
      </w:r>
    </w:p>
    <w:p w14:paraId="3B0552CF" w14:textId="77777777" w:rsidR="00166305" w:rsidRPr="009C0FA9" w:rsidRDefault="00166305" w:rsidP="005F2F4F">
      <w:pPr>
        <w:spacing w:after="120"/>
        <w:ind w:leftChars="-1" w:left="567" w:hanging="569"/>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一、請將協力廠商之公司設立證明文件及其他專業資格證明文件隨附於後。</w:t>
      </w:r>
    </w:p>
    <w:p w14:paraId="198CCB39" w14:textId="31313F4F" w:rsidR="00166305" w:rsidRPr="009C0FA9" w:rsidRDefault="00166305" w:rsidP="005F2F4F">
      <w:pPr>
        <w:spacing w:after="120"/>
        <w:ind w:left="408" w:hanging="408"/>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二、立意願書人若為於我國設有分公司之外國公司，應填具該公司及分公司名稱，並蓋用外國公司分公司變更登記表所登載之在中華民國境內負責人印鑑章。</w:t>
      </w:r>
    </w:p>
    <w:p w14:paraId="2D450C99" w14:textId="77777777" w:rsidR="00E465F5" w:rsidRDefault="00E465F5" w:rsidP="005F2F4F">
      <w:pPr>
        <w:spacing w:after="120" w:line="240" w:lineRule="auto"/>
        <w:ind w:left="216" w:hangingChars="60" w:hanging="216"/>
        <w:jc w:val="distribute"/>
        <w:rPr>
          <w:rFonts w:ascii="微軟正黑體" w:eastAsia="微軟正黑體" w:hAnsi="微軟正黑體"/>
          <w:sz w:val="36"/>
          <w:szCs w:val="36"/>
          <w:lang w:eastAsia="zh-TW"/>
        </w:rPr>
      </w:pPr>
    </w:p>
    <w:p w14:paraId="3479A4E1" w14:textId="657AA627" w:rsidR="00166305" w:rsidRPr="009C0FA9" w:rsidRDefault="00166305" w:rsidP="005F2F4F">
      <w:pPr>
        <w:spacing w:after="120" w:line="240" w:lineRule="auto"/>
        <w:ind w:left="216" w:hangingChars="60" w:hanging="216"/>
        <w:jc w:val="distribute"/>
        <w:rPr>
          <w:rFonts w:ascii="微軟正黑體" w:eastAsia="微軟正黑體" w:hAnsi="微軟正黑體" w:cstheme="majorBidi"/>
          <w:lang w:eastAsia="zh-TW"/>
        </w:rPr>
      </w:pPr>
      <w:r w:rsidRPr="009C0FA9">
        <w:rPr>
          <w:rFonts w:ascii="微軟正黑體" w:eastAsia="微軟正黑體" w:hAnsi="微軟正黑體" w:hint="eastAsia"/>
          <w:sz w:val="36"/>
          <w:szCs w:val="36"/>
          <w:lang w:eastAsia="zh-TW"/>
        </w:rPr>
        <w:t>中華民國       年       月       日</w:t>
      </w:r>
    </w:p>
    <w:p w14:paraId="6FFD5A35" w14:textId="77777777" w:rsidR="00E465F5" w:rsidRDefault="00E465F5">
      <w:pPr>
        <w:rPr>
          <w:sz w:val="24"/>
          <w:szCs w:val="24"/>
          <w:lang w:eastAsia="zh-TW"/>
        </w:rPr>
      </w:pPr>
      <w:bookmarkStart w:id="9" w:name="_Toc228345532"/>
      <w:r>
        <w:rPr>
          <w:sz w:val="24"/>
          <w:szCs w:val="24"/>
          <w:lang w:eastAsia="zh-TW"/>
        </w:rPr>
        <w:br w:type="page"/>
      </w:r>
    </w:p>
    <w:p w14:paraId="4861F64E" w14:textId="743D5546" w:rsidR="00166305" w:rsidRPr="00E465F5" w:rsidRDefault="00166305" w:rsidP="005F2F4F">
      <w:pPr>
        <w:tabs>
          <w:tab w:val="left" w:pos="993"/>
        </w:tabs>
        <w:spacing w:after="120" w:line="240" w:lineRule="auto"/>
        <w:rPr>
          <w:rFonts w:ascii="微軟正黑體" w:eastAsia="微軟正黑體" w:hAnsi="微軟正黑體"/>
          <w:b/>
          <w:bCs/>
          <w:sz w:val="20"/>
          <w:szCs w:val="20"/>
          <w:lang w:eastAsia="zh-TW"/>
        </w:rPr>
      </w:pPr>
      <w:r w:rsidRPr="00E465F5">
        <w:rPr>
          <w:rFonts w:ascii="微軟正黑體" w:eastAsia="微軟正黑體" w:hAnsi="微軟正黑體" w:hint="eastAsia"/>
          <w:b/>
          <w:bCs/>
          <w:sz w:val="24"/>
          <w:szCs w:val="24"/>
          <w:lang w:eastAsia="zh-TW"/>
        </w:rPr>
        <w:lastRenderedPageBreak/>
        <w:t>附件一之九 公職人員及關係人身分關係聲明書</w:t>
      </w:r>
      <w:bookmarkEnd w:id="9"/>
    </w:p>
    <w:p w14:paraId="7132DF41" w14:textId="77777777" w:rsidR="00166305" w:rsidRPr="009C0FA9" w:rsidRDefault="00166305" w:rsidP="005F2F4F">
      <w:pPr>
        <w:spacing w:after="120" w:line="240" w:lineRule="auto"/>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hint="eastAsia"/>
          <w:b/>
          <w:sz w:val="32"/>
          <w:szCs w:val="32"/>
          <w:lang w:eastAsia="zh-TW"/>
        </w:rPr>
        <w:t>公職人員及關係人身分關係聲明書</w:t>
      </w:r>
    </w:p>
    <w:p w14:paraId="47ABC769" w14:textId="6E101359"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立聲明書人，為參與高雄市政府環境保護局（以下簡稱</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機關）主辦之「高雄市資源回收細分類廠有償</w:t>
      </w:r>
      <w:r w:rsidRPr="009C0FA9">
        <w:rPr>
          <w:rFonts w:ascii="微軟正黑體" w:eastAsia="微軟正黑體" w:hAnsi="微軟正黑體"/>
          <w:lang w:eastAsia="zh-TW"/>
        </w:rPr>
        <w:t>BTO+BOT案」（以下簡稱「本案」）之申請，茲聲明就本</w:t>
      </w:r>
      <w:r w:rsidRPr="009C0FA9">
        <w:rPr>
          <w:rFonts w:ascii="微軟正黑體" w:eastAsia="微軟正黑體" w:hAnsi="微軟正黑體" w:hint="eastAsia"/>
          <w:lang w:eastAsia="zh-TW"/>
        </w:rPr>
        <w:t>案</w:t>
      </w:r>
      <w:r w:rsidRPr="009C0FA9">
        <w:rPr>
          <w:rFonts w:ascii="微軟正黑體" w:eastAsia="微軟正黑體" w:hAnsi="微軟正黑體"/>
          <w:lang w:eastAsia="zh-TW"/>
        </w:rPr>
        <w:t xml:space="preserve"> </w:t>
      </w:r>
    </w:p>
    <w:p w14:paraId="240DD84B" w14:textId="276072F3"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□屬公職人員利益衝突迴避法第</w:t>
      </w:r>
      <w:r w:rsidRPr="009C0FA9">
        <w:rPr>
          <w:rFonts w:ascii="微軟正黑體" w:eastAsia="微軟正黑體" w:hAnsi="微軟正黑體"/>
          <w:lang w:eastAsia="zh-TW"/>
        </w:rPr>
        <w:t xml:space="preserve"> 2 條及第 3 條所稱公職人員或其關係人。 </w:t>
      </w:r>
    </w:p>
    <w:p w14:paraId="422F8439" w14:textId="74FEB41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（請續填附件一之九</w:t>
      </w:r>
      <w:r w:rsidRPr="009C0FA9">
        <w:rPr>
          <w:rFonts w:ascii="微軟正黑體" w:eastAsia="微軟正黑體" w:hAnsi="微軟正黑體"/>
          <w:lang w:eastAsia="zh-TW"/>
        </w:rPr>
        <w:t>-1 公職人員利益衝突迴避法第 14 條第 2 項公職人員及關係人身分</w:t>
      </w:r>
      <w:r w:rsidRPr="009C0FA9">
        <w:rPr>
          <w:rFonts w:ascii="微軟正黑體" w:eastAsia="微軟正黑體" w:hAnsi="微軟正黑體" w:hint="eastAsia"/>
          <w:lang w:eastAsia="zh-TW"/>
        </w:rPr>
        <w:t>關係揭露表</w:t>
      </w:r>
      <w:r w:rsidRPr="009C0FA9">
        <w:rPr>
          <w:rFonts w:ascii="微軟正黑體" w:eastAsia="微軟正黑體" w:hAnsi="微軟正黑體"/>
          <w:lang w:eastAsia="zh-TW"/>
        </w:rPr>
        <w:t xml:space="preserve"> A.事前揭露） </w:t>
      </w:r>
    </w:p>
    <w:p w14:paraId="33F0436B"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□非屬公職人員利益衝突迴避法第</w:t>
      </w:r>
      <w:r w:rsidRPr="009C0FA9">
        <w:rPr>
          <w:rFonts w:ascii="微軟正黑體" w:eastAsia="微軟正黑體" w:hAnsi="微軟正黑體"/>
          <w:lang w:eastAsia="zh-TW"/>
        </w:rPr>
        <w:t xml:space="preserve"> 2 條及第 3 條所稱公職人員或其關係人。 </w:t>
      </w:r>
    </w:p>
    <w:p w14:paraId="23572901"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如有不為揭露或為不實揭露而違反公職人員利益衝突迴避法第</w:t>
      </w:r>
      <w:r w:rsidRPr="009C0FA9">
        <w:rPr>
          <w:rFonts w:ascii="微軟正黑體" w:eastAsia="微軟正黑體" w:hAnsi="微軟正黑體"/>
          <w:lang w:eastAsia="zh-TW"/>
        </w:rPr>
        <w:t xml:space="preserve"> 14 條第 2 項之情形</w:t>
      </w:r>
      <w:r w:rsidRPr="009C0FA9">
        <w:rPr>
          <w:rFonts w:ascii="微軟正黑體" w:eastAsia="微軟正黑體" w:hAnsi="微軟正黑體" w:hint="eastAsia"/>
          <w:lang w:eastAsia="zh-TW"/>
        </w:rPr>
        <w:t>時，願由裁處機關依同法第</w:t>
      </w:r>
      <w:r w:rsidRPr="009C0FA9">
        <w:rPr>
          <w:rFonts w:ascii="微軟正黑體" w:eastAsia="微軟正黑體" w:hAnsi="微軟正黑體"/>
          <w:lang w:eastAsia="zh-TW"/>
        </w:rPr>
        <w:t xml:space="preserve"> 18 條第 3 項處罰。</w:t>
      </w:r>
    </w:p>
    <w:p w14:paraId="61CCC9A1"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p>
    <w:p w14:paraId="085FFD28" w14:textId="77777777"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立聲明書人：                                             (印鑑)</w:t>
      </w:r>
    </w:p>
    <w:p w14:paraId="657FAEF0" w14:textId="77777777"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負責人姓名：                                             (印鑑)</w:t>
      </w:r>
    </w:p>
    <w:p w14:paraId="6E670AFF" w14:textId="77777777"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地址：</w:t>
      </w:r>
    </w:p>
    <w:p w14:paraId="021DC25D"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p>
    <w:p w14:paraId="4AB628A6"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p>
    <w:p w14:paraId="4942515B"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p>
    <w:p w14:paraId="1037F3DE" w14:textId="77777777" w:rsidR="00166305" w:rsidRDefault="00166305" w:rsidP="005F2F4F">
      <w:pPr>
        <w:spacing w:after="120" w:line="240" w:lineRule="auto"/>
        <w:ind w:firstLineChars="236" w:firstLine="519"/>
        <w:jc w:val="both"/>
        <w:rPr>
          <w:rFonts w:ascii="微軟正黑體" w:eastAsia="微軟正黑體" w:hAnsi="微軟正黑體"/>
          <w:lang w:eastAsia="zh-TW"/>
        </w:rPr>
      </w:pPr>
    </w:p>
    <w:p w14:paraId="3BB68613" w14:textId="77777777" w:rsidR="00E465F5" w:rsidRPr="009C0FA9" w:rsidRDefault="00E465F5" w:rsidP="005F2F4F">
      <w:pPr>
        <w:spacing w:after="120" w:line="240" w:lineRule="auto"/>
        <w:ind w:firstLineChars="236" w:firstLine="519"/>
        <w:jc w:val="both"/>
        <w:rPr>
          <w:rFonts w:ascii="微軟正黑體" w:eastAsia="微軟正黑體" w:hAnsi="微軟正黑體"/>
          <w:lang w:eastAsia="zh-TW"/>
        </w:rPr>
      </w:pPr>
    </w:p>
    <w:p w14:paraId="4D933D07" w14:textId="77777777" w:rsidR="00166305" w:rsidRPr="009C0FA9" w:rsidRDefault="00166305" w:rsidP="005F2F4F">
      <w:pPr>
        <w:spacing w:after="120" w:line="240" w:lineRule="auto"/>
        <w:ind w:left="216" w:hangingChars="60" w:hanging="216"/>
        <w:jc w:val="distribute"/>
        <w:rPr>
          <w:rFonts w:ascii="微軟正黑體" w:eastAsia="微軟正黑體" w:hAnsi="微軟正黑體"/>
          <w:sz w:val="36"/>
          <w:szCs w:val="36"/>
          <w:lang w:eastAsia="zh-TW"/>
        </w:rPr>
      </w:pPr>
      <w:r w:rsidRPr="009C0FA9">
        <w:rPr>
          <w:rFonts w:ascii="微軟正黑體" w:eastAsia="微軟正黑體" w:hAnsi="微軟正黑體" w:hint="eastAsia"/>
          <w:sz w:val="36"/>
          <w:szCs w:val="36"/>
          <w:lang w:eastAsia="zh-TW"/>
        </w:rPr>
        <w:t>中華民國       年       月       日</w:t>
      </w:r>
    </w:p>
    <w:p w14:paraId="249903EC"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p>
    <w:p w14:paraId="1D382810" w14:textId="77777777" w:rsidR="00166305" w:rsidRPr="009C0FA9" w:rsidRDefault="00166305" w:rsidP="005F2F4F">
      <w:pPr>
        <w:spacing w:after="0" w:line="240" w:lineRule="auto"/>
        <w:rPr>
          <w:rFonts w:ascii="微軟正黑體" w:eastAsia="微軟正黑體" w:hAnsi="微軟正黑體"/>
          <w:b/>
          <w:sz w:val="36"/>
          <w:szCs w:val="36"/>
          <w:lang w:eastAsia="zh-TW"/>
        </w:rPr>
      </w:pPr>
      <w:r w:rsidRPr="009C0FA9">
        <w:rPr>
          <w:rFonts w:ascii="微軟正黑體" w:eastAsia="微軟正黑體" w:hAnsi="微軟正黑體"/>
          <w:b/>
          <w:sz w:val="36"/>
          <w:szCs w:val="36"/>
          <w:lang w:eastAsia="zh-TW"/>
        </w:rPr>
        <w:br w:type="page"/>
      </w:r>
    </w:p>
    <w:p w14:paraId="0DA3E32D" w14:textId="26A14F3F" w:rsidR="00166305" w:rsidRPr="00E465F5" w:rsidRDefault="00166305" w:rsidP="005F2F4F">
      <w:pPr>
        <w:tabs>
          <w:tab w:val="left" w:pos="993"/>
        </w:tabs>
        <w:spacing w:after="120" w:line="240" w:lineRule="auto"/>
        <w:rPr>
          <w:rFonts w:ascii="微軟正黑體" w:eastAsia="微軟正黑體" w:hAnsi="微軟正黑體"/>
          <w:b/>
          <w:bCs/>
          <w:sz w:val="24"/>
          <w:szCs w:val="24"/>
          <w:lang w:eastAsia="zh-TW"/>
        </w:rPr>
      </w:pPr>
      <w:bookmarkStart w:id="10" w:name="_Toc228345533"/>
      <w:r w:rsidRPr="00E465F5">
        <w:rPr>
          <w:rFonts w:ascii="微軟正黑體" w:eastAsia="微軟正黑體" w:hAnsi="微軟正黑體" w:hint="eastAsia"/>
          <w:b/>
          <w:bCs/>
          <w:sz w:val="24"/>
          <w:szCs w:val="24"/>
          <w:lang w:eastAsia="zh-TW"/>
        </w:rPr>
        <w:lastRenderedPageBreak/>
        <w:t>附件一之九</w:t>
      </w:r>
      <w:r w:rsidRPr="00E465F5">
        <w:rPr>
          <w:rFonts w:ascii="微軟正黑體" w:eastAsia="微軟正黑體" w:hAnsi="微軟正黑體"/>
          <w:b/>
          <w:bCs/>
          <w:sz w:val="24"/>
          <w:szCs w:val="24"/>
          <w:lang w:eastAsia="zh-TW"/>
        </w:rPr>
        <w:t>-1</w:t>
      </w:r>
      <w:bookmarkEnd w:id="10"/>
    </w:p>
    <w:p w14:paraId="0E65B18D" w14:textId="04034CBF" w:rsidR="00166305" w:rsidRPr="009C0FA9" w:rsidRDefault="00166305" w:rsidP="005F2F4F">
      <w:pPr>
        <w:spacing w:after="0" w:line="240" w:lineRule="auto"/>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b/>
          <w:sz w:val="32"/>
          <w:szCs w:val="32"/>
          <w:lang w:eastAsia="zh-TW"/>
        </w:rPr>
        <w:t xml:space="preserve">公職人員利益衝突迴避法第 14 條第 2 項 </w:t>
      </w:r>
    </w:p>
    <w:p w14:paraId="6E59297D" w14:textId="77777777" w:rsidR="00166305" w:rsidRPr="009C0FA9" w:rsidRDefault="00166305" w:rsidP="005F2F4F">
      <w:pPr>
        <w:spacing w:after="0" w:line="240" w:lineRule="auto"/>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hint="eastAsia"/>
          <w:b/>
          <w:sz w:val="32"/>
          <w:szCs w:val="32"/>
          <w:lang w:eastAsia="zh-TW"/>
        </w:rPr>
        <w:t>公職人員及關係人身分關係揭露表</w:t>
      </w:r>
      <w:r w:rsidRPr="009C0FA9">
        <w:rPr>
          <w:rFonts w:ascii="微軟正黑體" w:eastAsia="微軟正黑體" w:hAnsi="微軟正黑體"/>
          <w:b/>
          <w:sz w:val="32"/>
          <w:szCs w:val="32"/>
          <w:lang w:eastAsia="zh-TW"/>
        </w:rPr>
        <w:t xml:space="preserve"> </w:t>
      </w:r>
    </w:p>
    <w:p w14:paraId="6D99943F" w14:textId="77777777" w:rsidR="00166305" w:rsidRPr="009C0FA9" w:rsidRDefault="00166305" w:rsidP="005F2F4F">
      <w:pPr>
        <w:spacing w:after="120" w:line="240" w:lineRule="auto"/>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hint="eastAsia"/>
          <w:b/>
          <w:sz w:val="32"/>
          <w:szCs w:val="32"/>
          <w:lang w:eastAsia="zh-TW"/>
        </w:rPr>
        <w:t>【</w:t>
      </w:r>
      <w:r w:rsidRPr="009C0FA9">
        <w:rPr>
          <w:rFonts w:ascii="微軟正黑體" w:eastAsia="微軟正黑體" w:hAnsi="微軟正黑體"/>
          <w:b/>
          <w:sz w:val="32"/>
          <w:szCs w:val="32"/>
          <w:lang w:eastAsia="zh-TW"/>
        </w:rPr>
        <w:t>A.事前揭露】：本表由公職人員或關係人填寫</w:t>
      </w:r>
    </w:p>
    <w:p w14:paraId="37D92E32"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（公職人員或其關係人與公職人員服務之機關團體或受其監督之機關團體為補助或交易行為前，應主動於申請或投標文件內據實表明其身分關係）</w:t>
      </w:r>
    </w:p>
    <w:p w14:paraId="21CE1101" w14:textId="77777777" w:rsidR="00166305" w:rsidRPr="009C0FA9" w:rsidRDefault="00166305" w:rsidP="005F2F4F">
      <w:pPr>
        <w:spacing w:after="120" w:line="240" w:lineRule="auto"/>
        <w:jc w:val="both"/>
        <w:rPr>
          <w:rFonts w:ascii="微軟正黑體" w:eastAsia="微軟正黑體" w:hAnsi="微軟正黑體"/>
          <w:b/>
          <w:lang w:eastAsia="zh-TW"/>
        </w:rPr>
      </w:pPr>
      <w:r w:rsidRPr="009C0FA9">
        <w:rPr>
          <w:rFonts w:ascii="微軟正黑體" w:eastAsia="微軟正黑體" w:hAnsi="微軟正黑體" w:hint="eastAsia"/>
          <w:b/>
          <w:highlight w:val="lightGray"/>
          <w:lang w:eastAsia="zh-TW"/>
        </w:rPr>
        <w:t>※交易或補助對象屬公職人員或關係人者，請填寫此表。非屬公職人員或關係人者，免填此表。</w:t>
      </w:r>
    </w:p>
    <w:p w14:paraId="796F08DC"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CN"/>
        </w:rPr>
      </w:pPr>
      <w:r w:rsidRPr="009C0FA9">
        <w:rPr>
          <w:rFonts w:ascii="微軟正黑體" w:eastAsia="微軟正黑體" w:hAnsi="微軟正黑體" w:hint="eastAsia"/>
        </w:rPr>
        <w:t>表1：</w:t>
      </w: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971"/>
        <w:gridCol w:w="4971"/>
      </w:tblGrid>
      <w:tr w:rsidR="005F2F4F" w:rsidRPr="009C0FA9" w14:paraId="02F4AB26" w14:textId="77777777" w:rsidTr="005F2F4F">
        <w:tc>
          <w:tcPr>
            <w:tcW w:w="4971" w:type="dxa"/>
            <w:shd w:val="clear" w:color="auto" w:fill="F2F2F2" w:themeFill="background1" w:themeFillShade="F2"/>
          </w:tcPr>
          <w:p w14:paraId="33B3D449"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參與交易或補助案件名稱：</w:t>
            </w:r>
          </w:p>
        </w:tc>
        <w:tc>
          <w:tcPr>
            <w:tcW w:w="4971" w:type="dxa"/>
            <w:shd w:val="clear" w:color="auto" w:fill="F2F2F2" w:themeFill="background1" w:themeFillShade="F2"/>
          </w:tcPr>
          <w:p w14:paraId="14E3D1CF" w14:textId="77777777" w:rsidR="00166305" w:rsidRPr="009C0FA9" w:rsidRDefault="00166305" w:rsidP="005F2F4F">
            <w:pPr>
              <w:spacing w:after="0" w:line="300" w:lineRule="exact"/>
              <w:jc w:val="both"/>
              <w:rPr>
                <w:rFonts w:ascii="微軟正黑體" w:eastAsia="微軟正黑體" w:hAnsi="微軟正黑體"/>
                <w:lang w:eastAsia="zh-CN"/>
              </w:rPr>
            </w:pPr>
            <w:r w:rsidRPr="009C0FA9">
              <w:rPr>
                <w:rFonts w:ascii="微軟正黑體" w:eastAsia="微軟正黑體" w:hAnsi="微軟正黑體" w:hint="eastAsia"/>
                <w:lang w:eastAsia="zh-CN"/>
              </w:rPr>
              <w:t>案號：                    (無案號者免填)</w:t>
            </w:r>
          </w:p>
        </w:tc>
      </w:tr>
      <w:tr w:rsidR="005F2F4F" w:rsidRPr="009C0FA9" w14:paraId="35628CBA" w14:textId="77777777" w:rsidTr="005F2F4F">
        <w:tc>
          <w:tcPr>
            <w:tcW w:w="9942" w:type="dxa"/>
            <w:gridSpan w:val="2"/>
            <w:shd w:val="clear" w:color="auto" w:fill="F2F2F2" w:themeFill="background1" w:themeFillShade="F2"/>
          </w:tcPr>
          <w:p w14:paraId="7F568613"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本案補助或交易對象係公職人員或其關係人：</w:t>
            </w:r>
          </w:p>
        </w:tc>
      </w:tr>
      <w:tr w:rsidR="005F2F4F" w:rsidRPr="009C0FA9" w14:paraId="1DFADCA9" w14:textId="77777777" w:rsidTr="005F2F4F">
        <w:tc>
          <w:tcPr>
            <w:tcW w:w="9942" w:type="dxa"/>
            <w:gridSpan w:val="2"/>
          </w:tcPr>
          <w:p w14:paraId="20BD95DC"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□公職人員</w:t>
            </w:r>
            <w:r w:rsidRPr="009C0FA9">
              <w:rPr>
                <w:rFonts w:ascii="微軟正黑體" w:eastAsia="微軟正黑體" w:hAnsi="微軟正黑體" w:hint="eastAsia"/>
                <w:sz w:val="20"/>
                <w:szCs w:val="20"/>
                <w:lang w:eastAsia="zh-TW"/>
              </w:rPr>
              <w:t>（勾選此項者，無需填寫表</w:t>
            </w:r>
            <w:r w:rsidRPr="009C0FA9">
              <w:rPr>
                <w:rFonts w:ascii="微軟正黑體" w:eastAsia="微軟正黑體" w:hAnsi="微軟正黑體"/>
                <w:sz w:val="20"/>
                <w:szCs w:val="20"/>
                <w:lang w:eastAsia="zh-TW"/>
              </w:rPr>
              <w:t xml:space="preserve"> 2）</w:t>
            </w:r>
            <w:r w:rsidRPr="009C0FA9">
              <w:rPr>
                <w:rFonts w:ascii="微軟正黑體" w:eastAsia="微軟正黑體" w:hAnsi="微軟正黑體"/>
                <w:lang w:eastAsia="zh-TW"/>
              </w:rPr>
              <w:t xml:space="preserve"> </w:t>
            </w:r>
          </w:p>
          <w:p w14:paraId="242AEE0B"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lang w:eastAsia="zh-TW"/>
              </w:rPr>
              <w:t xml:space="preserve"> 姓名：</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lang w:eastAsia="zh-TW"/>
              </w:rPr>
              <w:t>服務機關團體：</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lang w:eastAsia="zh-TW"/>
              </w:rPr>
              <w:t>職稱：</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u w:val="single"/>
                <w:lang w:eastAsia="zh-TW"/>
              </w:rPr>
              <w:t xml:space="preserve">  </w:t>
            </w:r>
          </w:p>
        </w:tc>
      </w:tr>
      <w:tr w:rsidR="005F2F4F" w:rsidRPr="009C0FA9" w14:paraId="039D94A3" w14:textId="77777777" w:rsidTr="005F2F4F">
        <w:tc>
          <w:tcPr>
            <w:tcW w:w="9942" w:type="dxa"/>
            <w:gridSpan w:val="2"/>
          </w:tcPr>
          <w:p w14:paraId="3BF00FDE"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□公職人員之關係人</w:t>
            </w:r>
            <w:r w:rsidRPr="009C0FA9">
              <w:rPr>
                <w:rFonts w:ascii="微軟正黑體" w:eastAsia="微軟正黑體" w:hAnsi="微軟正黑體" w:hint="eastAsia"/>
                <w:sz w:val="20"/>
                <w:szCs w:val="20"/>
                <w:lang w:eastAsia="zh-TW"/>
              </w:rPr>
              <w:t>（勾選此項者，請繼續填寫表</w:t>
            </w:r>
            <w:r w:rsidRPr="009C0FA9">
              <w:rPr>
                <w:rFonts w:ascii="微軟正黑體" w:eastAsia="微軟正黑體" w:hAnsi="微軟正黑體"/>
                <w:sz w:val="20"/>
                <w:szCs w:val="20"/>
                <w:lang w:eastAsia="zh-TW"/>
              </w:rPr>
              <w:t xml:space="preserve"> 2）</w:t>
            </w:r>
          </w:p>
        </w:tc>
      </w:tr>
    </w:tbl>
    <w:p w14:paraId="4F5BF4A6" w14:textId="77777777" w:rsidR="00166305" w:rsidRPr="009C0FA9" w:rsidRDefault="00166305" w:rsidP="005F2F4F">
      <w:pPr>
        <w:spacing w:after="0" w:line="320" w:lineRule="exact"/>
        <w:ind w:firstLineChars="236" w:firstLine="519"/>
        <w:jc w:val="both"/>
        <w:rPr>
          <w:rFonts w:ascii="微軟正黑體" w:eastAsia="微軟正黑體" w:hAnsi="微軟正黑體"/>
          <w:lang w:eastAsia="zh-TW"/>
        </w:rPr>
      </w:pPr>
    </w:p>
    <w:p w14:paraId="15C5706E" w14:textId="77777777" w:rsidR="00166305" w:rsidRPr="009C0FA9" w:rsidRDefault="00166305" w:rsidP="005F2F4F">
      <w:pPr>
        <w:spacing w:after="120" w:line="240" w:lineRule="auto"/>
        <w:ind w:firstLineChars="236" w:firstLine="519"/>
        <w:jc w:val="both"/>
        <w:rPr>
          <w:rFonts w:ascii="微軟正黑體" w:eastAsia="微軟正黑體" w:hAnsi="微軟正黑體"/>
        </w:rPr>
      </w:pPr>
      <w:r w:rsidRPr="009C0FA9">
        <w:rPr>
          <w:rFonts w:ascii="微軟正黑體" w:eastAsia="微軟正黑體" w:hAnsi="微軟正黑體" w:hint="eastAsia"/>
        </w:rPr>
        <w:t>表2：</w:t>
      </w: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2"/>
        <w:gridCol w:w="686"/>
        <w:gridCol w:w="2694"/>
        <w:gridCol w:w="2727"/>
      </w:tblGrid>
      <w:tr w:rsidR="005F2F4F" w:rsidRPr="009C0FA9" w14:paraId="6DD06BCC" w14:textId="77777777" w:rsidTr="005F2F4F">
        <w:tc>
          <w:tcPr>
            <w:tcW w:w="9942" w:type="dxa"/>
            <w:gridSpan w:val="6"/>
            <w:shd w:val="clear" w:color="auto" w:fill="F2F2F2" w:themeFill="background1" w:themeFillShade="F2"/>
          </w:tcPr>
          <w:p w14:paraId="5276E38F"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公職人員</w:t>
            </w:r>
            <w:r w:rsidRPr="009C0FA9">
              <w:rPr>
                <w:rFonts w:ascii="微軟正黑體" w:eastAsia="微軟正黑體" w:hAnsi="微軟正黑體" w:hint="eastAsia"/>
                <w:sz w:val="20"/>
                <w:szCs w:val="20"/>
                <w:lang w:eastAsia="zh-TW"/>
              </w:rPr>
              <w:t>（勾選此項者，無需填寫表</w:t>
            </w:r>
            <w:r w:rsidRPr="009C0FA9">
              <w:rPr>
                <w:rFonts w:ascii="微軟正黑體" w:eastAsia="微軟正黑體" w:hAnsi="微軟正黑體"/>
                <w:sz w:val="20"/>
                <w:szCs w:val="20"/>
                <w:lang w:eastAsia="zh-TW"/>
              </w:rPr>
              <w:t xml:space="preserve"> 2）</w:t>
            </w:r>
            <w:r w:rsidRPr="009C0FA9">
              <w:rPr>
                <w:rFonts w:ascii="微軟正黑體" w:eastAsia="微軟正黑體" w:hAnsi="微軟正黑體"/>
                <w:lang w:eastAsia="zh-TW"/>
              </w:rPr>
              <w:t xml:space="preserve"> </w:t>
            </w:r>
          </w:p>
          <w:p w14:paraId="3604B63F"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lang w:eastAsia="zh-TW"/>
              </w:rPr>
              <w:t>姓名：</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lang w:eastAsia="zh-TW"/>
              </w:rPr>
              <w:t>服務機關團體：</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lang w:eastAsia="zh-TW"/>
              </w:rPr>
              <w:t>職稱：</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u w:val="single"/>
                <w:lang w:eastAsia="zh-TW"/>
              </w:rPr>
              <w:t xml:space="preserve">  </w:t>
            </w:r>
          </w:p>
        </w:tc>
      </w:tr>
      <w:tr w:rsidR="005F2F4F" w:rsidRPr="009C0FA9" w14:paraId="03E86C72" w14:textId="77777777" w:rsidTr="005F2F4F">
        <w:tc>
          <w:tcPr>
            <w:tcW w:w="9942" w:type="dxa"/>
            <w:gridSpan w:val="6"/>
            <w:shd w:val="clear" w:color="auto" w:fill="F2F2F2" w:themeFill="background1" w:themeFillShade="F2"/>
          </w:tcPr>
          <w:p w14:paraId="6FC453F0"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關係人（屬自然人者）：姓名</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p>
          <w:p w14:paraId="59D50E81"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關係人（屬營利事業、非營利之法人或非法人團體）：</w:t>
            </w:r>
            <w:r w:rsidRPr="009C0FA9">
              <w:rPr>
                <w:rFonts w:ascii="微軟正黑體" w:eastAsia="微軟正黑體" w:hAnsi="微軟正黑體"/>
                <w:lang w:eastAsia="zh-TW"/>
              </w:rPr>
              <w:t xml:space="preserve"> </w:t>
            </w:r>
          </w:p>
          <w:p w14:paraId="5D9A4F7E"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 xml:space="preserve">       </w:t>
            </w:r>
            <w:r w:rsidRPr="009C0FA9">
              <w:rPr>
                <w:rFonts w:ascii="微軟正黑體" w:eastAsia="微軟正黑體" w:hAnsi="微軟正黑體"/>
                <w:lang w:eastAsia="zh-TW"/>
              </w:rPr>
              <w:t>名稱</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lang w:eastAsia="zh-TW"/>
              </w:rPr>
              <w:t>統一編號</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lang w:eastAsia="zh-TW"/>
              </w:rPr>
              <w:t>代表人或管理人姓名</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p>
        </w:tc>
      </w:tr>
      <w:tr w:rsidR="005F2F4F" w:rsidRPr="009C0FA9" w14:paraId="27E3F6CA" w14:textId="77777777" w:rsidTr="005F2F4F">
        <w:tc>
          <w:tcPr>
            <w:tcW w:w="1403" w:type="dxa"/>
          </w:tcPr>
          <w:p w14:paraId="0694F276" w14:textId="77777777" w:rsidR="00166305" w:rsidRPr="009C0FA9" w:rsidRDefault="00166305" w:rsidP="005F2F4F">
            <w:pPr>
              <w:spacing w:after="0" w:line="300" w:lineRule="exact"/>
              <w:jc w:val="both"/>
              <w:rPr>
                <w:rFonts w:ascii="微軟正黑體" w:eastAsia="微軟正黑體" w:hAnsi="微軟正黑體"/>
                <w:lang w:eastAsia="zh-TW"/>
              </w:rPr>
            </w:pPr>
          </w:p>
        </w:tc>
        <w:tc>
          <w:tcPr>
            <w:tcW w:w="8539" w:type="dxa"/>
            <w:gridSpan w:val="5"/>
          </w:tcPr>
          <w:p w14:paraId="1B265051" w14:textId="77777777" w:rsidR="00166305" w:rsidRPr="009C0FA9" w:rsidRDefault="00166305" w:rsidP="005F2F4F">
            <w:pPr>
              <w:spacing w:after="0" w:line="300" w:lineRule="exact"/>
              <w:jc w:val="center"/>
              <w:rPr>
                <w:rFonts w:ascii="微軟正黑體" w:eastAsia="微軟正黑體" w:hAnsi="微軟正黑體"/>
                <w:b/>
                <w:lang w:eastAsia="zh-TW"/>
              </w:rPr>
            </w:pPr>
            <w:r w:rsidRPr="009C0FA9">
              <w:rPr>
                <w:rFonts w:ascii="微軟正黑體" w:eastAsia="微軟正黑體" w:hAnsi="微軟正黑體" w:hint="eastAsia"/>
                <w:b/>
                <w:lang w:eastAsia="zh-TW"/>
              </w:rPr>
              <w:t>關係人與公職人員間係第</w:t>
            </w:r>
            <w:r w:rsidRPr="009C0FA9">
              <w:rPr>
                <w:rFonts w:ascii="微軟正黑體" w:eastAsia="微軟正黑體" w:hAnsi="微軟正黑體"/>
                <w:b/>
                <w:lang w:eastAsia="zh-TW"/>
              </w:rPr>
              <w:t xml:space="preserve"> 3 條第 1 項各款之關係</w:t>
            </w:r>
          </w:p>
        </w:tc>
      </w:tr>
      <w:tr w:rsidR="005F2F4F" w:rsidRPr="009C0FA9" w14:paraId="099CA12D" w14:textId="77777777" w:rsidTr="005F2F4F">
        <w:tc>
          <w:tcPr>
            <w:tcW w:w="1403" w:type="dxa"/>
          </w:tcPr>
          <w:p w14:paraId="6F7F622C" w14:textId="77777777" w:rsidR="00166305" w:rsidRPr="009C0FA9" w:rsidRDefault="00166305" w:rsidP="005F2F4F">
            <w:pPr>
              <w:spacing w:after="0" w:line="300" w:lineRule="exact"/>
              <w:jc w:val="both"/>
              <w:rPr>
                <w:rFonts w:ascii="微軟正黑體" w:eastAsia="微軟正黑體" w:hAnsi="微軟正黑體"/>
              </w:rPr>
            </w:pPr>
            <w:r w:rsidRPr="009C0FA9">
              <w:rPr>
                <w:rFonts w:ascii="微軟正黑體" w:eastAsia="微軟正黑體" w:hAnsi="微軟正黑體" w:hint="eastAsia"/>
              </w:rPr>
              <w:t>□第</w:t>
            </w:r>
            <w:r w:rsidRPr="009C0FA9">
              <w:rPr>
                <w:rFonts w:ascii="微軟正黑體" w:eastAsia="微軟正黑體" w:hAnsi="微軟正黑體"/>
              </w:rPr>
              <w:t xml:space="preserve"> 1 款</w:t>
            </w:r>
          </w:p>
        </w:tc>
        <w:tc>
          <w:tcPr>
            <w:tcW w:w="8539" w:type="dxa"/>
            <w:gridSpan w:val="5"/>
          </w:tcPr>
          <w:p w14:paraId="04E61412"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公職人員之配偶或共同生活之家屬</w:t>
            </w:r>
          </w:p>
        </w:tc>
      </w:tr>
      <w:tr w:rsidR="005F2F4F" w:rsidRPr="009C0FA9" w14:paraId="15FF726D" w14:textId="77777777" w:rsidTr="005F2F4F">
        <w:tc>
          <w:tcPr>
            <w:tcW w:w="1403" w:type="dxa"/>
          </w:tcPr>
          <w:p w14:paraId="58DFFC62" w14:textId="77777777" w:rsidR="00166305" w:rsidRPr="009C0FA9" w:rsidRDefault="00166305" w:rsidP="005F2F4F">
            <w:pPr>
              <w:spacing w:after="0" w:line="300" w:lineRule="exact"/>
              <w:jc w:val="both"/>
              <w:rPr>
                <w:rFonts w:ascii="微軟正黑體" w:eastAsia="微軟正黑體" w:hAnsi="微軟正黑體"/>
              </w:rPr>
            </w:pPr>
            <w:r w:rsidRPr="009C0FA9">
              <w:rPr>
                <w:rFonts w:ascii="微軟正黑體" w:eastAsia="微軟正黑體" w:hAnsi="微軟正黑體" w:hint="eastAsia"/>
              </w:rPr>
              <w:t>□第</w:t>
            </w:r>
            <w:r w:rsidRPr="009C0FA9">
              <w:rPr>
                <w:rFonts w:ascii="微軟正黑體" w:eastAsia="微軟正黑體" w:hAnsi="微軟正黑體"/>
              </w:rPr>
              <w:t xml:space="preserve"> 2 款</w:t>
            </w:r>
          </w:p>
        </w:tc>
        <w:tc>
          <w:tcPr>
            <w:tcW w:w="3118" w:type="dxa"/>
            <w:gridSpan w:val="3"/>
          </w:tcPr>
          <w:p w14:paraId="23E22EEB"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公職人員之二親等以內親屬</w:t>
            </w:r>
          </w:p>
        </w:tc>
        <w:tc>
          <w:tcPr>
            <w:tcW w:w="5421" w:type="dxa"/>
            <w:gridSpan w:val="2"/>
          </w:tcPr>
          <w:p w14:paraId="372EB5C1" w14:textId="77777777" w:rsidR="00166305" w:rsidRPr="009C0FA9" w:rsidRDefault="00166305" w:rsidP="005F2F4F">
            <w:pPr>
              <w:spacing w:after="0" w:line="300" w:lineRule="exact"/>
              <w:jc w:val="both"/>
              <w:rPr>
                <w:rFonts w:ascii="微軟正黑體" w:eastAsia="微軟正黑體" w:hAnsi="微軟正黑體"/>
              </w:rPr>
            </w:pPr>
            <w:r w:rsidRPr="009C0FA9">
              <w:rPr>
                <w:rFonts w:ascii="微軟正黑體" w:eastAsia="微軟正黑體" w:hAnsi="微軟正黑體"/>
              </w:rPr>
              <w:t>稱謂：</w:t>
            </w:r>
          </w:p>
        </w:tc>
      </w:tr>
      <w:tr w:rsidR="005F2F4F" w:rsidRPr="009C0FA9" w14:paraId="059724CD" w14:textId="77777777" w:rsidTr="005F2F4F">
        <w:tc>
          <w:tcPr>
            <w:tcW w:w="1403" w:type="dxa"/>
          </w:tcPr>
          <w:p w14:paraId="03D573C0" w14:textId="77777777" w:rsidR="00166305" w:rsidRPr="009C0FA9" w:rsidRDefault="00166305" w:rsidP="005F2F4F">
            <w:pPr>
              <w:spacing w:after="0" w:line="300" w:lineRule="exact"/>
              <w:jc w:val="both"/>
              <w:rPr>
                <w:rFonts w:ascii="微軟正黑體" w:eastAsia="微軟正黑體" w:hAnsi="微軟正黑體"/>
              </w:rPr>
            </w:pPr>
            <w:r w:rsidRPr="009C0FA9">
              <w:rPr>
                <w:rFonts w:ascii="微軟正黑體" w:eastAsia="微軟正黑體" w:hAnsi="微軟正黑體" w:hint="eastAsia"/>
              </w:rPr>
              <w:t>□第</w:t>
            </w:r>
            <w:r w:rsidRPr="009C0FA9">
              <w:rPr>
                <w:rFonts w:ascii="微軟正黑體" w:eastAsia="微軟正黑體" w:hAnsi="微軟正黑體"/>
              </w:rPr>
              <w:t xml:space="preserve"> 3 款</w:t>
            </w:r>
          </w:p>
        </w:tc>
        <w:tc>
          <w:tcPr>
            <w:tcW w:w="3118" w:type="dxa"/>
            <w:gridSpan w:val="3"/>
          </w:tcPr>
          <w:p w14:paraId="2EC65069"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公職人員或其配偶信託財產之受託人</w:t>
            </w:r>
          </w:p>
        </w:tc>
        <w:tc>
          <w:tcPr>
            <w:tcW w:w="5421" w:type="dxa"/>
            <w:gridSpan w:val="2"/>
          </w:tcPr>
          <w:p w14:paraId="0907A6D0" w14:textId="77777777" w:rsidR="00166305" w:rsidRPr="009C0FA9" w:rsidRDefault="00166305" w:rsidP="005F2F4F">
            <w:pPr>
              <w:spacing w:after="0" w:line="300" w:lineRule="exact"/>
              <w:jc w:val="both"/>
              <w:rPr>
                <w:rFonts w:ascii="微軟正黑體" w:eastAsia="微軟正黑體" w:hAnsi="微軟正黑體"/>
              </w:rPr>
            </w:pPr>
            <w:r w:rsidRPr="009C0FA9">
              <w:rPr>
                <w:rFonts w:ascii="微軟正黑體" w:eastAsia="微軟正黑體" w:hAnsi="微軟正黑體" w:hint="eastAsia"/>
              </w:rPr>
              <w:t>受託人名稱：</w:t>
            </w:r>
          </w:p>
        </w:tc>
      </w:tr>
      <w:tr w:rsidR="005F2F4F" w:rsidRPr="009C0FA9" w14:paraId="6A168D19" w14:textId="77777777" w:rsidTr="005F2F4F">
        <w:tc>
          <w:tcPr>
            <w:tcW w:w="1403" w:type="dxa"/>
          </w:tcPr>
          <w:p w14:paraId="126B7889"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□第</w:t>
            </w:r>
            <w:r w:rsidRPr="009C0FA9">
              <w:rPr>
                <w:rFonts w:ascii="微軟正黑體" w:eastAsia="微軟正黑體" w:hAnsi="微軟正黑體"/>
                <w:lang w:eastAsia="zh-TW"/>
              </w:rPr>
              <w:t xml:space="preserve"> 4 款 </w:t>
            </w:r>
          </w:p>
          <w:p w14:paraId="3FFBCBC1"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（請填寫</w:t>
            </w:r>
            <w:r w:rsidRPr="009C0FA9">
              <w:rPr>
                <w:rFonts w:ascii="微軟正黑體" w:eastAsia="微軟正黑體" w:hAnsi="微軟正黑體"/>
                <w:lang w:eastAsia="zh-TW"/>
              </w:rPr>
              <w:t>abc 欄位</w:t>
            </w:r>
            <w:r w:rsidRPr="009C0FA9">
              <w:rPr>
                <w:rFonts w:ascii="微軟正黑體" w:eastAsia="微軟正黑體" w:hAnsi="微軟正黑體" w:hint="eastAsia"/>
                <w:lang w:eastAsia="zh-TW"/>
              </w:rPr>
              <w:t>）</w:t>
            </w:r>
          </w:p>
        </w:tc>
        <w:tc>
          <w:tcPr>
            <w:tcW w:w="2410" w:type="dxa"/>
          </w:tcPr>
          <w:p w14:paraId="39C4767E"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lang w:eastAsia="zh-TW"/>
              </w:rPr>
              <w:t xml:space="preserve">a.請勾選關係人係屬 </w:t>
            </w:r>
          </w:p>
          <w:p w14:paraId="41028F46"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下列何者：</w:t>
            </w:r>
            <w:r w:rsidRPr="009C0FA9">
              <w:rPr>
                <w:rFonts w:ascii="微軟正黑體" w:eastAsia="微軟正黑體" w:hAnsi="微軟正黑體"/>
                <w:lang w:eastAsia="zh-TW"/>
              </w:rPr>
              <w:t xml:space="preserve"> </w:t>
            </w:r>
          </w:p>
          <w:p w14:paraId="1A3F3F8E"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□營利事業</w:t>
            </w:r>
            <w:r w:rsidRPr="009C0FA9">
              <w:rPr>
                <w:rFonts w:ascii="微軟正黑體" w:eastAsia="微軟正黑體" w:hAnsi="微軟正黑體"/>
                <w:lang w:eastAsia="zh-TW"/>
              </w:rPr>
              <w:t xml:space="preserve"> </w:t>
            </w:r>
          </w:p>
          <w:p w14:paraId="0775FD3C"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□非營利法人</w:t>
            </w:r>
            <w:r w:rsidRPr="009C0FA9">
              <w:rPr>
                <w:rFonts w:ascii="微軟正黑體" w:eastAsia="微軟正黑體" w:hAnsi="微軟正黑體"/>
                <w:lang w:eastAsia="zh-TW"/>
              </w:rPr>
              <w:t xml:space="preserve"> </w:t>
            </w:r>
          </w:p>
          <w:p w14:paraId="5480A7AF" w14:textId="77777777" w:rsidR="00166305" w:rsidRPr="009C0FA9" w:rsidRDefault="00166305" w:rsidP="005F2F4F">
            <w:pPr>
              <w:spacing w:after="0" w:line="300" w:lineRule="exact"/>
              <w:jc w:val="both"/>
              <w:rPr>
                <w:rFonts w:ascii="微軟正黑體" w:eastAsia="微軟正黑體" w:hAnsi="微軟正黑體"/>
              </w:rPr>
            </w:pPr>
            <w:r w:rsidRPr="009C0FA9">
              <w:rPr>
                <w:rFonts w:ascii="微軟正黑體" w:eastAsia="微軟正黑體" w:hAnsi="微軟正黑體" w:hint="eastAsia"/>
              </w:rPr>
              <w:t>□非法人團體</w:t>
            </w:r>
          </w:p>
        </w:tc>
        <w:tc>
          <w:tcPr>
            <w:tcW w:w="3402" w:type="dxa"/>
            <w:gridSpan w:val="3"/>
          </w:tcPr>
          <w:p w14:paraId="66ADC9F3"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lang w:eastAsia="zh-TW"/>
              </w:rPr>
              <w:t xml:space="preserve">b.請勾選係以下何者擔任職務： </w:t>
            </w:r>
          </w:p>
          <w:p w14:paraId="34296644"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□公職人員本人</w:t>
            </w:r>
            <w:r w:rsidRPr="009C0FA9">
              <w:rPr>
                <w:rFonts w:ascii="微軟正黑體" w:eastAsia="微軟正黑體" w:hAnsi="微軟正黑體"/>
                <w:lang w:eastAsia="zh-TW"/>
              </w:rPr>
              <w:t xml:space="preserve"> </w:t>
            </w:r>
          </w:p>
          <w:p w14:paraId="33450343"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□公職人員之配偶或共同生活</w:t>
            </w:r>
          </w:p>
          <w:p w14:paraId="799B02E5"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之家屬。姓名：</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p>
          <w:p w14:paraId="4ACAF810"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□公職人員二親等以內親屬。</w:t>
            </w:r>
            <w:r w:rsidRPr="009C0FA9">
              <w:rPr>
                <w:rFonts w:ascii="微軟正黑體" w:eastAsia="微軟正黑體" w:hAnsi="微軟正黑體"/>
                <w:lang w:eastAsia="zh-TW"/>
              </w:rPr>
              <w:t xml:space="preserve"> </w:t>
            </w:r>
          </w:p>
          <w:p w14:paraId="679B54CD" w14:textId="77777777" w:rsidR="00166305" w:rsidRPr="009C0FA9" w:rsidRDefault="00166305" w:rsidP="005F2F4F">
            <w:pPr>
              <w:spacing w:after="0" w:line="300" w:lineRule="exact"/>
              <w:ind w:leftChars="75" w:left="165"/>
              <w:jc w:val="both"/>
              <w:rPr>
                <w:rFonts w:ascii="微軟正黑體" w:eastAsia="微軟正黑體" w:hAnsi="微軟正黑體"/>
                <w:lang w:eastAsia="zh-TW"/>
              </w:rPr>
            </w:pPr>
            <w:r w:rsidRPr="009C0FA9">
              <w:rPr>
                <w:rFonts w:ascii="微軟正黑體" w:eastAsia="微軟正黑體" w:hAnsi="微軟正黑體"/>
                <w:lang w:eastAsia="zh-TW"/>
              </w:rPr>
              <w:t xml:space="preserve"> 親屬稱謂：</w:t>
            </w:r>
            <w:r w:rsidRPr="009C0FA9">
              <w:rPr>
                <w:rFonts w:ascii="微軟正黑體" w:eastAsia="微軟正黑體" w:hAnsi="微軟正黑體" w:hint="eastAsia"/>
                <w:lang w:eastAsia="zh-TW"/>
              </w:rPr>
              <w:t xml:space="preserve">       </w:t>
            </w:r>
            <w:r w:rsidRPr="009C0FA9">
              <w:rPr>
                <w:rFonts w:ascii="微軟正黑體" w:eastAsia="微軟正黑體" w:hAnsi="微軟正黑體"/>
                <w:lang w:eastAsia="zh-TW"/>
              </w:rPr>
              <w:t xml:space="preserve"> (填寫</w:t>
            </w:r>
            <w:r w:rsidRPr="009C0FA9">
              <w:rPr>
                <w:rFonts w:ascii="微軟正黑體" w:eastAsia="微軟正黑體" w:hAnsi="微軟正黑體" w:hint="eastAsia"/>
                <w:lang w:eastAsia="zh-TW"/>
              </w:rPr>
              <w:t>屬稱謂例如：兒媳、女婿、兄嫂、弟媳、連襟、妯娌</w:t>
            </w:r>
            <w:r w:rsidRPr="009C0FA9">
              <w:rPr>
                <w:rFonts w:ascii="微軟正黑體" w:eastAsia="微軟正黑體" w:hAnsi="微軟正黑體"/>
                <w:lang w:eastAsia="zh-TW"/>
              </w:rPr>
              <w:t xml:space="preserve">) </w:t>
            </w:r>
          </w:p>
          <w:p w14:paraId="4D113841" w14:textId="77777777" w:rsidR="00166305" w:rsidRPr="009C0FA9" w:rsidRDefault="00166305" w:rsidP="005F2F4F">
            <w:pPr>
              <w:spacing w:after="0" w:line="300" w:lineRule="exact"/>
              <w:jc w:val="both"/>
              <w:rPr>
                <w:rFonts w:ascii="微軟正黑體" w:eastAsia="微軟正黑體" w:hAnsi="微軟正黑體"/>
              </w:rPr>
            </w:pP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 xml:space="preserve"> </w:t>
            </w:r>
            <w:r w:rsidRPr="009C0FA9">
              <w:rPr>
                <w:rFonts w:ascii="微軟正黑體" w:eastAsia="微軟正黑體" w:hAnsi="微軟正黑體"/>
              </w:rPr>
              <w:t>姓名：</w:t>
            </w:r>
            <w:r w:rsidRPr="009C0FA9">
              <w:rPr>
                <w:rFonts w:ascii="微軟正黑體" w:eastAsia="微軟正黑體" w:hAnsi="微軟正黑體" w:hint="eastAsia"/>
                <w:u w:val="single"/>
              </w:rPr>
              <w:t xml:space="preserve">          </w:t>
            </w:r>
            <w:r w:rsidRPr="009C0FA9">
              <w:rPr>
                <w:rFonts w:ascii="微軟正黑體" w:eastAsia="微軟正黑體" w:hAnsi="微軟正黑體"/>
                <w:u w:val="single"/>
              </w:rPr>
              <w:t xml:space="preserve"> </w:t>
            </w:r>
          </w:p>
        </w:tc>
        <w:tc>
          <w:tcPr>
            <w:tcW w:w="2727" w:type="dxa"/>
          </w:tcPr>
          <w:p w14:paraId="28A7F227"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lang w:eastAsia="zh-TW"/>
              </w:rPr>
              <w:t xml:space="preserve">c.請勾選擔任職務名 </w:t>
            </w:r>
          </w:p>
          <w:p w14:paraId="4E018228"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稱：</w:t>
            </w:r>
            <w:r w:rsidRPr="009C0FA9">
              <w:rPr>
                <w:rFonts w:ascii="微軟正黑體" w:eastAsia="微軟正黑體" w:hAnsi="微軟正黑體"/>
                <w:lang w:eastAsia="zh-TW"/>
              </w:rPr>
              <w:t xml:space="preserve"> </w:t>
            </w:r>
          </w:p>
          <w:p w14:paraId="2AEB1704"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□負責人</w:t>
            </w:r>
            <w:r w:rsidRPr="009C0FA9">
              <w:rPr>
                <w:rFonts w:ascii="微軟正黑體" w:eastAsia="微軟正黑體" w:hAnsi="微軟正黑體"/>
                <w:lang w:eastAsia="zh-TW"/>
              </w:rPr>
              <w:t xml:space="preserve"> </w:t>
            </w:r>
          </w:p>
          <w:p w14:paraId="17DED02B"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□董事</w:t>
            </w:r>
            <w:r w:rsidRPr="009C0FA9">
              <w:rPr>
                <w:rFonts w:ascii="微軟正黑體" w:eastAsia="微軟正黑體" w:hAnsi="微軟正黑體"/>
                <w:lang w:eastAsia="zh-TW"/>
              </w:rPr>
              <w:t xml:space="preserve"> </w:t>
            </w:r>
          </w:p>
          <w:p w14:paraId="59E4C1AF"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□獨立董事</w:t>
            </w:r>
            <w:r w:rsidRPr="009C0FA9">
              <w:rPr>
                <w:rFonts w:ascii="微軟正黑體" w:eastAsia="微軟正黑體" w:hAnsi="微軟正黑體"/>
                <w:lang w:eastAsia="zh-TW"/>
              </w:rPr>
              <w:t xml:space="preserve"> </w:t>
            </w:r>
          </w:p>
          <w:p w14:paraId="37E73C07"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□監察人</w:t>
            </w:r>
            <w:r w:rsidRPr="009C0FA9">
              <w:rPr>
                <w:rFonts w:ascii="微軟正黑體" w:eastAsia="微軟正黑體" w:hAnsi="微軟正黑體"/>
                <w:lang w:eastAsia="zh-TW"/>
              </w:rPr>
              <w:t xml:space="preserve"> </w:t>
            </w:r>
          </w:p>
          <w:p w14:paraId="3CF6B022"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□經理人</w:t>
            </w:r>
            <w:r w:rsidRPr="009C0FA9">
              <w:rPr>
                <w:rFonts w:ascii="微軟正黑體" w:eastAsia="微軟正黑體" w:hAnsi="微軟正黑體"/>
                <w:lang w:eastAsia="zh-TW"/>
              </w:rPr>
              <w:t xml:space="preserve"> </w:t>
            </w:r>
          </w:p>
          <w:p w14:paraId="5ECFEF27"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□相類似職務：</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p>
        </w:tc>
      </w:tr>
      <w:tr w:rsidR="005F2F4F" w:rsidRPr="009C0FA9" w14:paraId="69586F0D" w14:textId="77777777" w:rsidTr="005F2F4F">
        <w:tc>
          <w:tcPr>
            <w:tcW w:w="1403" w:type="dxa"/>
          </w:tcPr>
          <w:p w14:paraId="7E2FE16E" w14:textId="77777777" w:rsidR="00166305" w:rsidRPr="009C0FA9" w:rsidRDefault="00166305" w:rsidP="005F2F4F">
            <w:pPr>
              <w:spacing w:after="0" w:line="300" w:lineRule="exact"/>
              <w:jc w:val="both"/>
              <w:rPr>
                <w:rFonts w:ascii="微軟正黑體" w:eastAsia="微軟正黑體" w:hAnsi="微軟正黑體"/>
              </w:rPr>
            </w:pPr>
            <w:r w:rsidRPr="009C0FA9">
              <w:rPr>
                <w:rFonts w:ascii="微軟正黑體" w:eastAsia="微軟正黑體" w:hAnsi="微軟正黑體" w:hint="eastAsia"/>
              </w:rPr>
              <w:t>□第</w:t>
            </w:r>
            <w:r w:rsidRPr="009C0FA9">
              <w:rPr>
                <w:rFonts w:ascii="微軟正黑體" w:eastAsia="微軟正黑體" w:hAnsi="微軟正黑體"/>
              </w:rPr>
              <w:t xml:space="preserve"> 5 款</w:t>
            </w:r>
          </w:p>
        </w:tc>
        <w:tc>
          <w:tcPr>
            <w:tcW w:w="2432" w:type="dxa"/>
            <w:gridSpan w:val="2"/>
          </w:tcPr>
          <w:p w14:paraId="0DE821A4"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經公職人員進用之機要人員</w:t>
            </w:r>
          </w:p>
        </w:tc>
        <w:tc>
          <w:tcPr>
            <w:tcW w:w="6107" w:type="dxa"/>
            <w:gridSpan w:val="3"/>
          </w:tcPr>
          <w:p w14:paraId="1D5F3A9E"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機要人員之服務機關：</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lang w:eastAsia="zh-TW"/>
              </w:rPr>
              <w:t>職稱：</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p>
        </w:tc>
      </w:tr>
      <w:tr w:rsidR="005F2F4F" w:rsidRPr="009C0FA9" w14:paraId="31B75B5E" w14:textId="77777777" w:rsidTr="005F2F4F">
        <w:tc>
          <w:tcPr>
            <w:tcW w:w="1403" w:type="dxa"/>
          </w:tcPr>
          <w:p w14:paraId="00A933A6" w14:textId="77777777" w:rsidR="00166305" w:rsidRPr="009C0FA9" w:rsidRDefault="00166305" w:rsidP="005F2F4F">
            <w:pPr>
              <w:spacing w:after="0" w:line="300" w:lineRule="exact"/>
              <w:jc w:val="both"/>
              <w:rPr>
                <w:rFonts w:ascii="微軟正黑體" w:eastAsia="微軟正黑體" w:hAnsi="微軟正黑體"/>
              </w:rPr>
            </w:pPr>
            <w:r w:rsidRPr="009C0FA9">
              <w:rPr>
                <w:rFonts w:ascii="微軟正黑體" w:eastAsia="微軟正黑體" w:hAnsi="微軟正黑體" w:hint="eastAsia"/>
              </w:rPr>
              <w:t>□第</w:t>
            </w:r>
            <w:r w:rsidRPr="009C0FA9">
              <w:rPr>
                <w:rFonts w:ascii="微軟正黑體" w:eastAsia="微軟正黑體" w:hAnsi="微軟正黑體"/>
              </w:rPr>
              <w:t xml:space="preserve"> 6 款</w:t>
            </w:r>
          </w:p>
        </w:tc>
        <w:tc>
          <w:tcPr>
            <w:tcW w:w="2432" w:type="dxa"/>
            <w:gridSpan w:val="2"/>
          </w:tcPr>
          <w:p w14:paraId="762F0652" w14:textId="77777777" w:rsidR="00166305" w:rsidRPr="009C0FA9" w:rsidRDefault="00166305" w:rsidP="005F2F4F">
            <w:pPr>
              <w:spacing w:after="0" w:line="300" w:lineRule="exact"/>
              <w:jc w:val="both"/>
              <w:rPr>
                <w:rFonts w:ascii="微軟正黑體" w:eastAsia="微軟正黑體" w:hAnsi="微軟正黑體"/>
              </w:rPr>
            </w:pPr>
            <w:r w:rsidRPr="009C0FA9">
              <w:rPr>
                <w:rFonts w:ascii="微軟正黑體" w:eastAsia="微軟正黑體" w:hAnsi="微軟正黑體" w:hint="eastAsia"/>
              </w:rPr>
              <w:t>各級民意代表之助理</w:t>
            </w:r>
          </w:p>
        </w:tc>
        <w:tc>
          <w:tcPr>
            <w:tcW w:w="6107" w:type="dxa"/>
            <w:gridSpan w:val="3"/>
          </w:tcPr>
          <w:p w14:paraId="05127FA4" w14:textId="77777777" w:rsidR="00166305" w:rsidRPr="009C0FA9" w:rsidRDefault="00166305" w:rsidP="005F2F4F">
            <w:pPr>
              <w:spacing w:after="0" w:line="300" w:lineRule="exact"/>
              <w:jc w:val="both"/>
              <w:rPr>
                <w:rFonts w:ascii="微軟正黑體" w:eastAsia="微軟正黑體" w:hAnsi="微軟正黑體"/>
                <w:lang w:eastAsia="zh-TW"/>
              </w:rPr>
            </w:pPr>
            <w:r w:rsidRPr="009C0FA9">
              <w:rPr>
                <w:rFonts w:ascii="微軟正黑體" w:eastAsia="微軟正黑體" w:hAnsi="微軟正黑體" w:hint="eastAsia"/>
                <w:lang w:eastAsia="zh-TW"/>
              </w:rPr>
              <w:t>助理之服務機關：</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lang w:eastAsia="zh-TW"/>
              </w:rPr>
              <w:t>職稱：</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p>
        </w:tc>
      </w:tr>
    </w:tbl>
    <w:p w14:paraId="24B9D622" w14:textId="4BB3074B" w:rsidR="00166305" w:rsidRPr="009C0FA9" w:rsidRDefault="00166305" w:rsidP="00E465F5">
      <w:pPr>
        <w:spacing w:after="120" w:line="240" w:lineRule="auto"/>
        <w:jc w:val="both"/>
        <w:rPr>
          <w:rFonts w:ascii="微軟正黑體" w:eastAsia="微軟正黑體" w:hAnsi="微軟正黑體"/>
          <w:lang w:eastAsia="zh-TW"/>
        </w:rPr>
      </w:pPr>
      <w:r w:rsidRPr="009C0FA9">
        <w:rPr>
          <w:rFonts w:ascii="微軟正黑體" w:eastAsia="微軟正黑體" w:hAnsi="微軟正黑體" w:hint="eastAsia"/>
          <w:lang w:eastAsia="zh-TW"/>
        </w:rPr>
        <w:t>填表人簽名或蓋章：</w:t>
      </w:r>
    </w:p>
    <w:p w14:paraId="0858A1CF"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（填表人屬營利事業、非營利之法人或非法人團體者，請一併由該「事業法人團體」及「負責人」蓋章）</w:t>
      </w:r>
    </w:p>
    <w:p w14:paraId="4B44324E"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lastRenderedPageBreak/>
        <w:t>備註：</w:t>
      </w:r>
      <w:r w:rsidRPr="009C0FA9">
        <w:rPr>
          <w:rFonts w:ascii="微軟正黑體" w:eastAsia="微軟正黑體" w:hAnsi="微軟正黑體"/>
          <w:lang w:eastAsia="zh-TW"/>
        </w:rPr>
        <w:t xml:space="preserve"> </w:t>
      </w:r>
    </w:p>
    <w:p w14:paraId="124AA558"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填表日期：</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 xml:space="preserve">     </w:t>
      </w:r>
      <w:r w:rsidRPr="009C0FA9">
        <w:rPr>
          <w:rFonts w:ascii="微軟正黑體" w:eastAsia="微軟正黑體" w:hAnsi="微軟正黑體"/>
          <w:lang w:eastAsia="zh-TW"/>
        </w:rPr>
        <w:t xml:space="preserve">年  </w:t>
      </w:r>
      <w:r w:rsidRPr="009C0FA9">
        <w:rPr>
          <w:rFonts w:ascii="微軟正黑體" w:eastAsia="微軟正黑體" w:hAnsi="微軟正黑體" w:hint="eastAsia"/>
          <w:lang w:eastAsia="zh-TW"/>
        </w:rPr>
        <w:t xml:space="preserve">     </w:t>
      </w:r>
      <w:r w:rsidRPr="009C0FA9">
        <w:rPr>
          <w:rFonts w:ascii="微軟正黑體" w:eastAsia="微軟正黑體" w:hAnsi="微軟正黑體"/>
          <w:lang w:eastAsia="zh-TW"/>
        </w:rPr>
        <w:t xml:space="preserve">月  </w:t>
      </w:r>
      <w:r w:rsidRPr="009C0FA9">
        <w:rPr>
          <w:rFonts w:ascii="微軟正黑體" w:eastAsia="微軟正黑體" w:hAnsi="微軟正黑體" w:hint="eastAsia"/>
          <w:lang w:eastAsia="zh-TW"/>
        </w:rPr>
        <w:t xml:space="preserve">     </w:t>
      </w:r>
      <w:r w:rsidRPr="009C0FA9">
        <w:rPr>
          <w:rFonts w:ascii="微軟正黑體" w:eastAsia="微軟正黑體" w:hAnsi="微軟正黑體"/>
          <w:lang w:eastAsia="zh-TW"/>
        </w:rPr>
        <w:t xml:space="preserve">日 </w:t>
      </w:r>
    </w:p>
    <w:p w14:paraId="54B5CDA0"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此致機關：</w:t>
      </w:r>
    </w:p>
    <w:p w14:paraId="5D9E56DA" w14:textId="77777777" w:rsidR="00166305" w:rsidRPr="009C0FA9" w:rsidRDefault="00166305" w:rsidP="005F2F4F">
      <w:pPr>
        <w:spacing w:after="0" w:line="320" w:lineRule="exact"/>
        <w:ind w:firstLineChars="236" w:firstLine="519"/>
        <w:jc w:val="both"/>
        <w:rPr>
          <w:rFonts w:ascii="微軟正黑體" w:eastAsia="微軟正黑體" w:hAnsi="微軟正黑體"/>
          <w:lang w:eastAsia="zh-TW"/>
        </w:rPr>
      </w:pPr>
    </w:p>
    <w:p w14:paraId="1E76E055" w14:textId="77777777" w:rsidR="00166305" w:rsidRPr="009C0FA9" w:rsidRDefault="00166305" w:rsidP="005F2F4F">
      <w:pPr>
        <w:spacing w:after="120" w:line="240" w:lineRule="auto"/>
        <w:jc w:val="both"/>
        <w:rPr>
          <w:rFonts w:ascii="微軟正黑體" w:eastAsia="微軟正黑體" w:hAnsi="微軟正黑體"/>
          <w:b/>
          <w:lang w:eastAsia="zh-TW"/>
        </w:rPr>
      </w:pPr>
      <w:r w:rsidRPr="009C0FA9">
        <w:rPr>
          <w:rFonts w:ascii="微軟正黑體" w:eastAsia="微軟正黑體" w:hAnsi="微軟正黑體" w:hint="eastAsia"/>
          <w:b/>
          <w:highlight w:val="lightGray"/>
          <w:lang w:eastAsia="zh-TW"/>
        </w:rPr>
        <w:t>※填表說明：</w:t>
      </w:r>
    </w:p>
    <w:p w14:paraId="5188EF60" w14:textId="77777777" w:rsidR="00166305" w:rsidRPr="009C0FA9" w:rsidRDefault="00166305" w:rsidP="005F2F4F">
      <w:pPr>
        <w:spacing w:after="120" w:line="240" w:lineRule="auto"/>
        <w:ind w:leftChars="236" w:left="693" w:hangingChars="79" w:hanging="174"/>
        <w:jc w:val="both"/>
        <w:rPr>
          <w:rFonts w:ascii="微軟正黑體" w:eastAsia="微軟正黑體" w:hAnsi="微軟正黑體"/>
          <w:lang w:eastAsia="zh-TW"/>
        </w:rPr>
      </w:pPr>
      <w:r w:rsidRPr="009C0FA9">
        <w:rPr>
          <w:rFonts w:ascii="微軟正黑體" w:eastAsia="微軟正黑體" w:hAnsi="微軟正黑體"/>
          <w:lang w:eastAsia="zh-TW"/>
        </w:rPr>
        <w:t xml:space="preserve">1.請先填寫表 1，選擇補助或交易對象係公職人員或關係人。 </w:t>
      </w:r>
    </w:p>
    <w:p w14:paraId="0D540F31" w14:textId="77777777" w:rsidR="00166305" w:rsidRPr="009C0FA9" w:rsidRDefault="00166305" w:rsidP="005F2F4F">
      <w:pPr>
        <w:spacing w:after="120" w:line="240" w:lineRule="auto"/>
        <w:ind w:leftChars="236" w:left="693" w:hangingChars="79" w:hanging="174"/>
        <w:jc w:val="both"/>
        <w:rPr>
          <w:rFonts w:ascii="微軟正黑體" w:eastAsia="微軟正黑體" w:hAnsi="微軟正黑體"/>
          <w:lang w:eastAsia="zh-TW"/>
        </w:rPr>
      </w:pPr>
      <w:r w:rsidRPr="009C0FA9">
        <w:rPr>
          <w:rFonts w:ascii="微軟正黑體" w:eastAsia="微軟正黑體" w:hAnsi="微軟正黑體"/>
          <w:lang w:eastAsia="zh-TW"/>
        </w:rPr>
        <w:t xml:space="preserve">2.補助或交易對象係公職人員者，無須填表 2；補助或交易對象為公職人員之關係人者，則須填寫表 2。 </w:t>
      </w:r>
    </w:p>
    <w:p w14:paraId="6CD7920E" w14:textId="77777777" w:rsidR="00166305" w:rsidRPr="009C0FA9" w:rsidRDefault="00166305" w:rsidP="005F2F4F">
      <w:pPr>
        <w:spacing w:after="120" w:line="240" w:lineRule="auto"/>
        <w:ind w:leftChars="236" w:left="693" w:hangingChars="79" w:hanging="174"/>
        <w:jc w:val="both"/>
        <w:rPr>
          <w:rFonts w:ascii="微軟正黑體" w:eastAsia="微軟正黑體" w:hAnsi="微軟正黑體"/>
          <w:lang w:eastAsia="zh-TW"/>
        </w:rPr>
      </w:pPr>
      <w:r w:rsidRPr="009C0FA9">
        <w:rPr>
          <w:rFonts w:ascii="微軟正黑體" w:eastAsia="微軟正黑體" w:hAnsi="微軟正黑體"/>
          <w:lang w:eastAsia="zh-TW"/>
        </w:rPr>
        <w:t xml:space="preserve">3.表 2 請填寫公職人員及關係人之基本資料，並選擇填寫關係人與公職人員間屬第 3 條第 1 項各款之關係。 </w:t>
      </w:r>
    </w:p>
    <w:p w14:paraId="250B1953" w14:textId="77777777" w:rsidR="00166305" w:rsidRPr="009C0FA9" w:rsidRDefault="00166305" w:rsidP="005F2F4F">
      <w:pPr>
        <w:spacing w:after="120" w:line="240" w:lineRule="auto"/>
        <w:ind w:leftChars="236" w:left="693" w:hangingChars="79" w:hanging="174"/>
        <w:jc w:val="both"/>
        <w:rPr>
          <w:rFonts w:ascii="微軟正黑體" w:eastAsia="微軟正黑體" w:hAnsi="微軟正黑體"/>
          <w:lang w:eastAsia="zh-TW"/>
        </w:rPr>
      </w:pPr>
      <w:r w:rsidRPr="009C0FA9">
        <w:rPr>
          <w:rFonts w:ascii="微軟正黑體" w:eastAsia="微軟正黑體" w:hAnsi="微軟正黑體"/>
          <w:lang w:eastAsia="zh-TW"/>
        </w:rPr>
        <w:t xml:space="preserve">4.有其他記載事項請填於備註。 </w:t>
      </w:r>
    </w:p>
    <w:p w14:paraId="35D750E8" w14:textId="77777777" w:rsidR="00166305" w:rsidRPr="009C0FA9" w:rsidRDefault="00166305" w:rsidP="005F2F4F">
      <w:pPr>
        <w:spacing w:after="120" w:line="240" w:lineRule="auto"/>
        <w:ind w:leftChars="236" w:left="693" w:hangingChars="79" w:hanging="174"/>
        <w:jc w:val="both"/>
        <w:rPr>
          <w:rFonts w:ascii="微軟正黑體" w:eastAsia="微軟正黑體" w:hAnsi="微軟正黑體"/>
          <w:lang w:eastAsia="zh-TW"/>
        </w:rPr>
      </w:pPr>
      <w:r w:rsidRPr="009C0FA9">
        <w:rPr>
          <w:rFonts w:ascii="微軟正黑體" w:eastAsia="微軟正黑體" w:hAnsi="微軟正黑體"/>
          <w:lang w:eastAsia="zh-TW"/>
        </w:rPr>
        <w:t>5.請填寫參與交易或補助案件</w:t>
      </w:r>
      <w:r w:rsidRPr="009C0FA9">
        <w:rPr>
          <w:rFonts w:ascii="微軟正黑體" w:eastAsia="微軟正黑體" w:hAnsi="微軟正黑體" w:hint="eastAsia"/>
          <w:lang w:eastAsia="zh-TW"/>
        </w:rPr>
        <w:t>名稱，填表人即公職人員或關係人請於簽名欄位簽名或蓋章，並填寫填表日期。</w:t>
      </w:r>
    </w:p>
    <w:p w14:paraId="2047A043" w14:textId="77777777" w:rsidR="00166305" w:rsidRPr="009C0FA9" w:rsidRDefault="00166305" w:rsidP="005F2F4F">
      <w:pPr>
        <w:spacing w:after="120" w:line="240" w:lineRule="auto"/>
        <w:jc w:val="both"/>
        <w:rPr>
          <w:rFonts w:ascii="微軟正黑體" w:eastAsia="微軟正黑體" w:hAnsi="微軟正黑體"/>
          <w:b/>
          <w:highlight w:val="lightGray"/>
          <w:lang w:eastAsia="zh-TW"/>
        </w:rPr>
      </w:pPr>
      <w:r w:rsidRPr="009C0FA9">
        <w:rPr>
          <w:rFonts w:ascii="微軟正黑體" w:eastAsia="微軟正黑體" w:hAnsi="微軟正黑體" w:hint="eastAsia"/>
          <w:b/>
          <w:highlight w:val="lightGray"/>
          <w:lang w:eastAsia="zh-TW"/>
        </w:rPr>
        <w:t>※相關法條：</w:t>
      </w:r>
    </w:p>
    <w:p w14:paraId="76DBE4DB" w14:textId="77777777" w:rsidR="00166305" w:rsidRPr="009C0FA9" w:rsidRDefault="00166305" w:rsidP="005F2F4F">
      <w:pPr>
        <w:spacing w:after="0" w:line="240" w:lineRule="auto"/>
        <w:ind w:leftChars="236" w:left="693" w:hangingChars="79" w:hanging="174"/>
        <w:jc w:val="both"/>
        <w:rPr>
          <w:rFonts w:ascii="微軟正黑體" w:eastAsia="微軟正黑體" w:hAnsi="微軟正黑體"/>
          <w:lang w:eastAsia="zh-TW"/>
        </w:rPr>
      </w:pPr>
      <w:r w:rsidRPr="009C0FA9">
        <w:rPr>
          <w:rFonts w:ascii="微軟正黑體" w:eastAsia="微軟正黑體" w:hAnsi="微軟正黑體" w:hint="eastAsia"/>
          <w:lang w:eastAsia="zh-TW"/>
        </w:rPr>
        <w:t>公職人員利益衝突迴避法</w:t>
      </w:r>
    </w:p>
    <w:p w14:paraId="6CE7A070" w14:textId="77777777" w:rsidR="00166305" w:rsidRPr="009C0FA9" w:rsidRDefault="00166305" w:rsidP="005F2F4F">
      <w:pPr>
        <w:spacing w:after="0" w:line="240" w:lineRule="auto"/>
        <w:ind w:leftChars="236" w:left="693" w:hangingChars="79" w:hanging="174"/>
        <w:jc w:val="both"/>
        <w:rPr>
          <w:rFonts w:ascii="微軟正黑體" w:eastAsia="微軟正黑體" w:hAnsi="微軟正黑體"/>
          <w:lang w:eastAsia="zh-TW"/>
        </w:rPr>
      </w:pPr>
      <w:r w:rsidRPr="009C0FA9">
        <w:rPr>
          <w:rFonts w:ascii="微軟正黑體" w:eastAsia="微軟正黑體" w:hAnsi="微軟正黑體" w:hint="eastAsia"/>
          <w:lang w:eastAsia="zh-TW"/>
        </w:rPr>
        <w:t>第</w:t>
      </w:r>
      <w:r w:rsidRPr="009C0FA9">
        <w:rPr>
          <w:rFonts w:ascii="微軟正黑體" w:eastAsia="微軟正黑體" w:hAnsi="微軟正黑體"/>
          <w:lang w:eastAsia="zh-TW"/>
        </w:rPr>
        <w:t xml:space="preserve"> 2 條 </w:t>
      </w:r>
    </w:p>
    <w:p w14:paraId="0D02E4B2" w14:textId="77777777" w:rsidR="00166305" w:rsidRPr="009C0FA9" w:rsidRDefault="00166305" w:rsidP="005F2F4F">
      <w:pPr>
        <w:spacing w:after="0" w:line="240" w:lineRule="auto"/>
        <w:ind w:leftChars="236" w:left="693" w:hangingChars="79" w:hanging="174"/>
        <w:jc w:val="both"/>
        <w:rPr>
          <w:rFonts w:ascii="微軟正黑體" w:eastAsia="微軟正黑體" w:hAnsi="微軟正黑體"/>
          <w:lang w:eastAsia="zh-TW"/>
        </w:rPr>
      </w:pPr>
      <w:r w:rsidRPr="009C0FA9">
        <w:rPr>
          <w:rFonts w:ascii="微軟正黑體" w:eastAsia="微軟正黑體" w:hAnsi="微軟正黑體" w:hint="eastAsia"/>
          <w:lang w:eastAsia="zh-TW"/>
        </w:rPr>
        <w:t>本法所稱公職人員，其範圍如下：</w:t>
      </w:r>
    </w:p>
    <w:p w14:paraId="430C4BD1"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一、總統、副總統。</w:t>
      </w:r>
      <w:r w:rsidRPr="009C0FA9">
        <w:rPr>
          <w:rFonts w:ascii="微軟正黑體" w:eastAsia="微軟正黑體" w:hAnsi="微軟正黑體"/>
          <w:lang w:eastAsia="zh-TW"/>
        </w:rPr>
        <w:t xml:space="preserve"> </w:t>
      </w:r>
    </w:p>
    <w:p w14:paraId="49C571E2"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二、各級政府機關（構）、公營事業總、分支機構之首長、副首長、幕僚長、副幕僚長與該等職務之人。</w:t>
      </w:r>
      <w:r w:rsidRPr="009C0FA9">
        <w:rPr>
          <w:rFonts w:ascii="微軟正黑體" w:eastAsia="微軟正黑體" w:hAnsi="微軟正黑體"/>
          <w:lang w:eastAsia="zh-TW"/>
        </w:rPr>
        <w:t xml:space="preserve"> </w:t>
      </w:r>
    </w:p>
    <w:p w14:paraId="36AEC697"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三、政務人員。</w:t>
      </w:r>
      <w:r w:rsidRPr="009C0FA9">
        <w:rPr>
          <w:rFonts w:ascii="微軟正黑體" w:eastAsia="微軟正黑體" w:hAnsi="微軟正黑體"/>
          <w:lang w:eastAsia="zh-TW"/>
        </w:rPr>
        <w:t xml:space="preserve"> </w:t>
      </w:r>
    </w:p>
    <w:p w14:paraId="6A056060"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四、各級公立學校、軍警院校、矯正學校校長、副校長；其設有附屬機構者，該機構之首長、副首長。</w:t>
      </w:r>
      <w:r w:rsidRPr="009C0FA9">
        <w:rPr>
          <w:rFonts w:ascii="微軟正黑體" w:eastAsia="微軟正黑體" w:hAnsi="微軟正黑體"/>
          <w:lang w:eastAsia="zh-TW"/>
        </w:rPr>
        <w:t xml:space="preserve"> </w:t>
      </w:r>
    </w:p>
    <w:p w14:paraId="6B4F34B0"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五、各級民意機關之民意代表。</w:t>
      </w:r>
      <w:r w:rsidRPr="009C0FA9">
        <w:rPr>
          <w:rFonts w:ascii="微軟正黑體" w:eastAsia="微軟正黑體" w:hAnsi="微軟正黑體"/>
          <w:lang w:eastAsia="zh-TW"/>
        </w:rPr>
        <w:t xml:space="preserve"> </w:t>
      </w:r>
    </w:p>
    <w:p w14:paraId="58A540C4"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六、代表政府或公股出任其出資、捐助之私法人之董事、監察人與該等職務之人。</w:t>
      </w:r>
      <w:r w:rsidRPr="009C0FA9">
        <w:rPr>
          <w:rFonts w:ascii="微軟正黑體" w:eastAsia="微軟正黑體" w:hAnsi="微軟正黑體"/>
          <w:lang w:eastAsia="zh-TW"/>
        </w:rPr>
        <w:t xml:space="preserve"> </w:t>
      </w:r>
    </w:p>
    <w:p w14:paraId="56B290B8"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七、公法人之董事、監察人、首長、執行長與該等職務之人。</w:t>
      </w:r>
      <w:r w:rsidRPr="009C0FA9">
        <w:rPr>
          <w:rFonts w:ascii="微軟正黑體" w:eastAsia="微軟正黑體" w:hAnsi="微軟正黑體"/>
          <w:lang w:eastAsia="zh-TW"/>
        </w:rPr>
        <w:t xml:space="preserve"> </w:t>
      </w:r>
    </w:p>
    <w:p w14:paraId="1B66C3CE"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八、政府捐助之財團法人之董事長、執行長、秘書長與該等職務之人。</w:t>
      </w:r>
      <w:r w:rsidRPr="009C0FA9">
        <w:rPr>
          <w:rFonts w:ascii="微軟正黑體" w:eastAsia="微軟正黑體" w:hAnsi="微軟正黑體"/>
          <w:lang w:eastAsia="zh-TW"/>
        </w:rPr>
        <w:t xml:space="preserve"> </w:t>
      </w:r>
    </w:p>
    <w:p w14:paraId="50726AF6"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九、法官、檢察官、戰時軍法官、行政執行官、司法事務官及檢察事務官。</w:t>
      </w:r>
      <w:r w:rsidRPr="009C0FA9">
        <w:rPr>
          <w:rFonts w:ascii="微軟正黑體" w:eastAsia="微軟正黑體" w:hAnsi="微軟正黑體"/>
          <w:lang w:eastAsia="zh-TW"/>
        </w:rPr>
        <w:t xml:space="preserve"> </w:t>
      </w:r>
    </w:p>
    <w:p w14:paraId="507E30E3"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十、各級軍事機關（構）及部隊上校編階以上之主官、副主官。</w:t>
      </w:r>
      <w:r w:rsidRPr="009C0FA9">
        <w:rPr>
          <w:rFonts w:ascii="微軟正黑體" w:eastAsia="微軟正黑體" w:hAnsi="微軟正黑體"/>
          <w:lang w:eastAsia="zh-TW"/>
        </w:rPr>
        <w:t xml:space="preserve"> </w:t>
      </w:r>
    </w:p>
    <w:p w14:paraId="14266649" w14:textId="77777777" w:rsidR="00166305" w:rsidRPr="009C0FA9" w:rsidRDefault="00166305" w:rsidP="005F2F4F">
      <w:pPr>
        <w:spacing w:after="0" w:line="240" w:lineRule="auto"/>
        <w:ind w:leftChars="236" w:left="1192" w:hangingChars="306" w:hanging="673"/>
        <w:jc w:val="both"/>
        <w:rPr>
          <w:rFonts w:ascii="微軟正黑體" w:eastAsia="微軟正黑體" w:hAnsi="微軟正黑體"/>
          <w:lang w:eastAsia="zh-TW"/>
        </w:rPr>
      </w:pPr>
      <w:r w:rsidRPr="009C0FA9">
        <w:rPr>
          <w:rFonts w:ascii="微軟正黑體" w:eastAsia="微軟正黑體" w:hAnsi="微軟正黑體" w:hint="eastAsia"/>
          <w:lang w:eastAsia="zh-TW"/>
        </w:rPr>
        <w:t>十一、其他各級政府機關（構）、公營事業機構、各級公立學校、軍警院校、矯正學校及附屬機構</w:t>
      </w:r>
      <w:r w:rsidRPr="009C0FA9">
        <w:rPr>
          <w:rFonts w:ascii="微軟正黑體" w:eastAsia="微軟正黑體" w:hAnsi="微軟正黑體"/>
          <w:lang w:eastAsia="zh-TW"/>
        </w:rPr>
        <w:t xml:space="preserve"> </w:t>
      </w:r>
    </w:p>
    <w:p w14:paraId="202EAEA0" w14:textId="77777777" w:rsidR="00166305" w:rsidRPr="009C0FA9" w:rsidRDefault="00166305" w:rsidP="005F2F4F">
      <w:pPr>
        <w:spacing w:after="0" w:line="240" w:lineRule="auto"/>
        <w:ind w:leftChars="236" w:left="1192" w:hangingChars="306" w:hanging="673"/>
        <w:jc w:val="both"/>
        <w:rPr>
          <w:rFonts w:ascii="微軟正黑體" w:eastAsia="微軟正黑體" w:hAnsi="微軟正黑體"/>
          <w:lang w:eastAsia="zh-TW"/>
        </w:rPr>
      </w:pPr>
      <w:r w:rsidRPr="009C0FA9">
        <w:rPr>
          <w:rFonts w:ascii="微軟正黑體" w:eastAsia="微軟正黑體" w:hAnsi="微軟正黑體" w:hint="eastAsia"/>
          <w:lang w:eastAsia="zh-TW"/>
        </w:rPr>
        <w:t>辦理工務、建築管理、城鄉計畫、政風、會計、審計、採購業務之主管人員。</w:t>
      </w:r>
      <w:r w:rsidRPr="009C0FA9">
        <w:rPr>
          <w:rFonts w:ascii="微軟正黑體" w:eastAsia="微軟正黑體" w:hAnsi="微軟正黑體"/>
          <w:lang w:eastAsia="zh-TW"/>
        </w:rPr>
        <w:t xml:space="preserve"> </w:t>
      </w:r>
    </w:p>
    <w:p w14:paraId="39EDFB21" w14:textId="77777777" w:rsidR="00166305" w:rsidRPr="009C0FA9" w:rsidRDefault="00166305" w:rsidP="005F2F4F">
      <w:pPr>
        <w:spacing w:after="0" w:line="240" w:lineRule="auto"/>
        <w:ind w:leftChars="236" w:left="1192" w:hangingChars="306" w:hanging="673"/>
        <w:jc w:val="both"/>
        <w:rPr>
          <w:rFonts w:ascii="微軟正黑體" w:eastAsia="微軟正黑體" w:hAnsi="微軟正黑體"/>
          <w:lang w:eastAsia="zh-TW"/>
        </w:rPr>
      </w:pPr>
      <w:r w:rsidRPr="009C0FA9">
        <w:rPr>
          <w:rFonts w:ascii="微軟正黑體" w:eastAsia="微軟正黑體" w:hAnsi="微軟正黑體" w:hint="eastAsia"/>
          <w:lang w:eastAsia="zh-TW"/>
        </w:rPr>
        <w:t>十二、其他職務性質特殊，經行政院會同主管府、院核定適用本法之人員。</w:t>
      </w:r>
      <w:r w:rsidRPr="009C0FA9">
        <w:rPr>
          <w:rFonts w:ascii="微軟正黑體" w:eastAsia="微軟正黑體" w:hAnsi="微軟正黑體"/>
          <w:lang w:eastAsia="zh-TW"/>
        </w:rPr>
        <w:t xml:space="preserve"> </w:t>
      </w:r>
    </w:p>
    <w:p w14:paraId="79C7F401"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依法代理執行前項公職人員職務之人員，於執行該職務期間亦屬本法之公職人員。</w:t>
      </w:r>
    </w:p>
    <w:p w14:paraId="06E8D476" w14:textId="77777777" w:rsidR="00166305" w:rsidRPr="009C0FA9" w:rsidRDefault="00166305" w:rsidP="005F2F4F">
      <w:pPr>
        <w:spacing w:after="0" w:line="320" w:lineRule="exact"/>
        <w:ind w:firstLineChars="236" w:firstLine="519"/>
        <w:jc w:val="both"/>
        <w:rPr>
          <w:rFonts w:ascii="微軟正黑體" w:eastAsia="微軟正黑體" w:hAnsi="微軟正黑體"/>
          <w:lang w:eastAsia="zh-TW"/>
        </w:rPr>
      </w:pPr>
    </w:p>
    <w:p w14:paraId="2D2B5D5A"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第</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3</w:t>
      </w:r>
      <w:r w:rsidRPr="009C0FA9">
        <w:rPr>
          <w:rFonts w:ascii="微軟正黑體" w:eastAsia="微軟正黑體" w:hAnsi="微軟正黑體"/>
          <w:lang w:eastAsia="zh-TW"/>
        </w:rPr>
        <w:t xml:space="preserve"> 條 </w:t>
      </w:r>
    </w:p>
    <w:p w14:paraId="73A91F28"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本法所定公職人員之關係人，其範圍如下：</w:t>
      </w:r>
    </w:p>
    <w:p w14:paraId="3A1D3D17"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二、公職人員之二親等以內親屬。</w:t>
      </w:r>
      <w:r w:rsidRPr="009C0FA9">
        <w:rPr>
          <w:rFonts w:ascii="微軟正黑體" w:eastAsia="微軟正黑體" w:hAnsi="微軟正黑體"/>
          <w:lang w:eastAsia="zh-TW"/>
        </w:rPr>
        <w:t xml:space="preserve"> </w:t>
      </w:r>
    </w:p>
    <w:p w14:paraId="0EBD6311"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三、公職人員或其配偶信託財產之受託人。但依法辦理強制信託時，不在此限。</w:t>
      </w:r>
      <w:r w:rsidRPr="009C0FA9">
        <w:rPr>
          <w:rFonts w:ascii="微軟正黑體" w:eastAsia="微軟正黑體" w:hAnsi="微軟正黑體"/>
          <w:lang w:eastAsia="zh-TW"/>
        </w:rPr>
        <w:t xml:space="preserve"> </w:t>
      </w:r>
    </w:p>
    <w:p w14:paraId="128E3023"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lastRenderedPageBreak/>
        <w:t>四、公職人員、第一款與第二款所列人員擔任負責人、董事、獨立董事、監察人、經理人或相類似職務之營利事業、非營利之法人及非法人團體。但屬政府或公股指派、遴聘代表或由政府聘任者，不包括之。</w:t>
      </w:r>
      <w:r w:rsidRPr="009C0FA9">
        <w:rPr>
          <w:rFonts w:ascii="微軟正黑體" w:eastAsia="微軟正黑體" w:hAnsi="微軟正黑體"/>
          <w:lang w:eastAsia="zh-TW"/>
        </w:rPr>
        <w:t xml:space="preserve"> </w:t>
      </w:r>
    </w:p>
    <w:p w14:paraId="73D96197"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五、經公職人員進用之機要人員。</w:t>
      </w:r>
      <w:r w:rsidRPr="009C0FA9">
        <w:rPr>
          <w:rFonts w:ascii="微軟正黑體" w:eastAsia="微軟正黑體" w:hAnsi="微軟正黑體"/>
          <w:lang w:eastAsia="zh-TW"/>
        </w:rPr>
        <w:t xml:space="preserve"> </w:t>
      </w:r>
    </w:p>
    <w:p w14:paraId="7581C481"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六、各級民意代表之助理。</w:t>
      </w:r>
      <w:r w:rsidRPr="009C0FA9">
        <w:rPr>
          <w:rFonts w:ascii="微軟正黑體" w:eastAsia="微軟正黑體" w:hAnsi="微軟正黑體"/>
          <w:lang w:eastAsia="zh-TW"/>
        </w:rPr>
        <w:t xml:space="preserve"> </w:t>
      </w:r>
    </w:p>
    <w:p w14:paraId="0E5C8360"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前項第六款所稱之助理指各級民意代表之公費助理、其加入助理工會之助理及其他受其指揮監督之助理。</w:t>
      </w:r>
    </w:p>
    <w:p w14:paraId="0E28ACC1" w14:textId="77777777" w:rsidR="00166305" w:rsidRPr="009C0FA9" w:rsidRDefault="00166305" w:rsidP="005F2F4F">
      <w:pPr>
        <w:spacing w:after="0" w:line="320" w:lineRule="exact"/>
        <w:ind w:firstLineChars="236" w:firstLine="519"/>
        <w:jc w:val="both"/>
        <w:rPr>
          <w:rFonts w:ascii="微軟正黑體" w:eastAsia="微軟正黑體" w:hAnsi="微軟正黑體"/>
          <w:lang w:eastAsia="zh-TW"/>
        </w:rPr>
      </w:pPr>
    </w:p>
    <w:p w14:paraId="49782867"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第</w:t>
      </w:r>
      <w:r w:rsidRPr="009C0FA9">
        <w:rPr>
          <w:rFonts w:ascii="微軟正黑體" w:eastAsia="微軟正黑體" w:hAnsi="微軟正黑體"/>
          <w:lang w:eastAsia="zh-TW"/>
        </w:rPr>
        <w:t xml:space="preserve"> 14 條 </w:t>
      </w:r>
    </w:p>
    <w:p w14:paraId="21B2CB6A"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公職人員或其關係人，不得與公職人員服務或受其監督之機關團體為補助、買賣、租賃、承攬或其他具有對價之交易行為。但有下列情形之一者，不在此限：</w:t>
      </w:r>
    </w:p>
    <w:p w14:paraId="63326CBC"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一、依政府採購法以公告程序或同法第一百零五條辦理之採購。</w:t>
      </w:r>
      <w:r w:rsidRPr="009C0FA9">
        <w:rPr>
          <w:rFonts w:ascii="微軟正黑體" w:eastAsia="微軟正黑體" w:hAnsi="微軟正黑體"/>
          <w:lang w:eastAsia="zh-TW"/>
        </w:rPr>
        <w:t xml:space="preserve"> </w:t>
      </w:r>
    </w:p>
    <w:p w14:paraId="2082503A"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二、依法令規定經由公平競爭方式，以公告程序辦理之採購、標售、標租或招標設定用益物權。</w:t>
      </w:r>
      <w:r w:rsidRPr="009C0FA9">
        <w:rPr>
          <w:rFonts w:ascii="微軟正黑體" w:eastAsia="微軟正黑體" w:hAnsi="微軟正黑體"/>
          <w:lang w:eastAsia="zh-TW"/>
        </w:rPr>
        <w:t xml:space="preserve"> </w:t>
      </w:r>
    </w:p>
    <w:p w14:paraId="424C7213"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三、基於法定身分依法令規定申請之補助；或對公職人員之關係人依法令規定以公開公平方式辦理</w:t>
      </w:r>
      <w:r w:rsidRPr="009C0FA9">
        <w:rPr>
          <w:rFonts w:ascii="微軟正黑體" w:eastAsia="微軟正黑體" w:hAnsi="微軟正黑體"/>
          <w:lang w:eastAsia="zh-TW"/>
        </w:rPr>
        <w:t xml:space="preserve"> </w:t>
      </w:r>
    </w:p>
    <w:p w14:paraId="09C114CD"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之補助，或禁止其補助反不利於公共利益且經補助法令主管機關核定同意之補助。</w:t>
      </w:r>
      <w:r w:rsidRPr="009C0FA9">
        <w:rPr>
          <w:rFonts w:ascii="微軟正黑體" w:eastAsia="微軟正黑體" w:hAnsi="微軟正黑體"/>
          <w:lang w:eastAsia="zh-TW"/>
        </w:rPr>
        <w:t xml:space="preserve"> </w:t>
      </w:r>
    </w:p>
    <w:p w14:paraId="4F47C467"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四、交易標的為公職人員服務或受其監督之機關團體所提供，並以公定價格交易。</w:t>
      </w:r>
      <w:r w:rsidRPr="009C0FA9">
        <w:rPr>
          <w:rFonts w:ascii="微軟正黑體" w:eastAsia="微軟正黑體" w:hAnsi="微軟正黑體"/>
          <w:lang w:eastAsia="zh-TW"/>
        </w:rPr>
        <w:t xml:space="preserve"> </w:t>
      </w:r>
    </w:p>
    <w:p w14:paraId="0F468BA6"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五、公營事業機構執行國家建設、公共政策或為公益用途申請承租、承購、委託經營、改良利用國有非公用不動產。</w:t>
      </w:r>
    </w:p>
    <w:p w14:paraId="206805D2"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六、一定金額以下之補助及交易。</w:t>
      </w:r>
    </w:p>
    <w:p w14:paraId="51B40AB3"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r w:rsidRPr="009C0FA9">
        <w:rPr>
          <w:rFonts w:ascii="微軟正黑體" w:eastAsia="微軟正黑體" w:hAnsi="微軟正黑體"/>
          <w:lang w:eastAsia="zh-TW"/>
        </w:rPr>
        <w:t xml:space="preserve"> </w:t>
      </w:r>
    </w:p>
    <w:p w14:paraId="030B64D3"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前項公開應利用電信網路或其他方式供公眾線上查詢。</w:t>
      </w:r>
      <w:r w:rsidRPr="009C0FA9">
        <w:rPr>
          <w:rFonts w:ascii="微軟正黑體" w:eastAsia="微軟正黑體" w:hAnsi="微軟正黑體"/>
          <w:lang w:eastAsia="zh-TW"/>
        </w:rPr>
        <w:t xml:space="preserve"> </w:t>
      </w:r>
    </w:p>
    <w:p w14:paraId="6727A66D"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第一項但書第六款之一定金額，由行政院會同監察院定之。</w:t>
      </w:r>
    </w:p>
    <w:p w14:paraId="77289124" w14:textId="77777777" w:rsidR="00166305" w:rsidRPr="009C0FA9" w:rsidRDefault="00166305" w:rsidP="005F2F4F">
      <w:pPr>
        <w:spacing w:after="120" w:line="240" w:lineRule="auto"/>
        <w:ind w:leftChars="233" w:left="513" w:firstLineChars="2" w:firstLine="4"/>
        <w:jc w:val="both"/>
        <w:rPr>
          <w:rFonts w:ascii="微軟正黑體" w:eastAsia="微軟正黑體" w:hAnsi="微軟正黑體"/>
          <w:lang w:eastAsia="zh-TW"/>
        </w:rPr>
      </w:pPr>
    </w:p>
    <w:p w14:paraId="6A551859"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第</w:t>
      </w:r>
      <w:r w:rsidRPr="009C0FA9">
        <w:rPr>
          <w:rFonts w:ascii="微軟正黑體" w:eastAsia="微軟正黑體" w:hAnsi="微軟正黑體"/>
          <w:lang w:eastAsia="zh-TW"/>
        </w:rPr>
        <w:t xml:space="preserve"> 18 條 </w:t>
      </w:r>
    </w:p>
    <w:p w14:paraId="5D93FB5A"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違反第十四條第一項規定者，依下列規定處罰：</w:t>
      </w:r>
    </w:p>
    <w:p w14:paraId="111E908D"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一、交易或補助金額未達新臺幣十萬元者，處新臺幣一萬元以上五萬元以下罰鍰。</w:t>
      </w:r>
      <w:r w:rsidRPr="009C0FA9">
        <w:rPr>
          <w:rFonts w:ascii="微軟正黑體" w:eastAsia="微軟正黑體" w:hAnsi="微軟正黑體"/>
          <w:lang w:eastAsia="zh-TW"/>
        </w:rPr>
        <w:t xml:space="preserve"> </w:t>
      </w:r>
    </w:p>
    <w:p w14:paraId="5C9C376E"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二、交易或補助金額新臺幣十萬元以上未達一百萬元者，處新臺幣六萬元以上五十萬元以下罰鍰。</w:t>
      </w:r>
      <w:r w:rsidRPr="009C0FA9">
        <w:rPr>
          <w:rFonts w:ascii="微軟正黑體" w:eastAsia="微軟正黑體" w:hAnsi="微軟正黑體"/>
          <w:lang w:eastAsia="zh-TW"/>
        </w:rPr>
        <w:t xml:space="preserve"> </w:t>
      </w:r>
    </w:p>
    <w:p w14:paraId="7007585D"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三、交易或補助金額新臺幣一百萬元以上未達一千萬元者，處新臺幣六十萬元以上五百萬元以下罰鍰。</w:t>
      </w:r>
      <w:r w:rsidRPr="009C0FA9">
        <w:rPr>
          <w:rFonts w:ascii="微軟正黑體" w:eastAsia="微軟正黑體" w:hAnsi="微軟正黑體"/>
          <w:lang w:eastAsia="zh-TW"/>
        </w:rPr>
        <w:t xml:space="preserve"> </w:t>
      </w:r>
    </w:p>
    <w:p w14:paraId="64D5ED15"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四、交易或補助金額新臺幣一千萬元以上者，處新臺幣六百萬元以上該交易金額以下罰鍰。</w:t>
      </w:r>
    </w:p>
    <w:p w14:paraId="7DF51DDC"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前項交易金額依契約所明定或可得確定之價格定之。但結算後之金額高於該價格者，依結算金額。</w:t>
      </w:r>
      <w:r w:rsidRPr="009C0FA9">
        <w:rPr>
          <w:rFonts w:ascii="微軟正黑體" w:eastAsia="微軟正黑體" w:hAnsi="微軟正黑體"/>
          <w:lang w:eastAsia="zh-TW"/>
        </w:rPr>
        <w:t xml:space="preserve"> </w:t>
      </w:r>
    </w:p>
    <w:p w14:paraId="3F877BF4"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違反第十四條第二項規定者，處新臺幣五萬元以上五十萬元以下罰鍰，並得按次處罰。</w:t>
      </w:r>
    </w:p>
    <w:p w14:paraId="4BAB235F" w14:textId="77777777" w:rsidR="00166305" w:rsidRPr="009C0FA9" w:rsidRDefault="00166305" w:rsidP="005F2F4F">
      <w:pPr>
        <w:spacing w:after="0" w:line="320" w:lineRule="exact"/>
        <w:ind w:firstLineChars="236" w:firstLine="519"/>
        <w:jc w:val="both"/>
        <w:rPr>
          <w:rFonts w:ascii="微軟正黑體" w:eastAsia="微軟正黑體" w:hAnsi="微軟正黑體"/>
          <w:lang w:eastAsia="zh-TW"/>
        </w:rPr>
      </w:pPr>
    </w:p>
    <w:p w14:paraId="7F78C448" w14:textId="77777777" w:rsidR="00166305" w:rsidRPr="009C0FA9" w:rsidRDefault="00166305" w:rsidP="005F2F4F">
      <w:pPr>
        <w:spacing w:after="0" w:line="240" w:lineRule="auto"/>
        <w:rPr>
          <w:rFonts w:ascii="微軟正黑體" w:eastAsia="微軟正黑體" w:hAnsi="微軟正黑體"/>
          <w:b/>
          <w:sz w:val="36"/>
          <w:szCs w:val="36"/>
          <w:lang w:eastAsia="zh-TW"/>
        </w:rPr>
      </w:pPr>
      <w:r w:rsidRPr="009C0FA9">
        <w:rPr>
          <w:rFonts w:ascii="微軟正黑體" w:eastAsia="微軟正黑體" w:hAnsi="微軟正黑體"/>
          <w:b/>
          <w:sz w:val="36"/>
          <w:szCs w:val="36"/>
          <w:lang w:eastAsia="zh-TW"/>
        </w:rPr>
        <w:br w:type="page"/>
      </w:r>
    </w:p>
    <w:p w14:paraId="570EF704" w14:textId="675CD988" w:rsidR="00166305" w:rsidRPr="009C0FA9" w:rsidRDefault="00166305" w:rsidP="005F2F4F">
      <w:pPr>
        <w:spacing w:after="0" w:line="240" w:lineRule="auto"/>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b/>
          <w:sz w:val="32"/>
          <w:szCs w:val="32"/>
          <w:lang w:eastAsia="zh-TW"/>
        </w:rPr>
        <w:lastRenderedPageBreak/>
        <w:t xml:space="preserve">公職人員利益衝突迴避法第 14 條第 2 項 </w:t>
      </w:r>
    </w:p>
    <w:p w14:paraId="74272DD7" w14:textId="77777777" w:rsidR="00166305" w:rsidRPr="009C0FA9" w:rsidRDefault="00166305" w:rsidP="005F2F4F">
      <w:pPr>
        <w:spacing w:after="0" w:line="240" w:lineRule="auto"/>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hint="eastAsia"/>
          <w:b/>
          <w:sz w:val="32"/>
          <w:szCs w:val="32"/>
          <w:lang w:eastAsia="zh-TW"/>
        </w:rPr>
        <w:t>公職人員及關係人身分關係揭露表</w:t>
      </w:r>
      <w:r w:rsidRPr="009C0FA9">
        <w:rPr>
          <w:rFonts w:ascii="微軟正黑體" w:eastAsia="微軟正黑體" w:hAnsi="微軟正黑體"/>
          <w:b/>
          <w:sz w:val="32"/>
          <w:szCs w:val="32"/>
          <w:lang w:eastAsia="zh-TW"/>
        </w:rPr>
        <w:t xml:space="preserve"> </w:t>
      </w:r>
    </w:p>
    <w:p w14:paraId="1E1685B2" w14:textId="77777777" w:rsidR="00166305" w:rsidRPr="009C0FA9" w:rsidRDefault="00166305" w:rsidP="005F2F4F">
      <w:pPr>
        <w:spacing w:after="120" w:line="240" w:lineRule="auto"/>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hint="eastAsia"/>
          <w:b/>
          <w:sz w:val="32"/>
          <w:szCs w:val="32"/>
          <w:lang w:eastAsia="zh-TW"/>
        </w:rPr>
        <w:t>【</w:t>
      </w:r>
      <w:r w:rsidRPr="009C0FA9">
        <w:rPr>
          <w:rFonts w:ascii="微軟正黑體" w:eastAsia="微軟正黑體" w:hAnsi="微軟正黑體"/>
          <w:b/>
          <w:sz w:val="32"/>
          <w:szCs w:val="32"/>
          <w:lang w:eastAsia="zh-TW"/>
        </w:rPr>
        <w:t>B.事後公開】：本表由機關團體填寫</w:t>
      </w:r>
    </w:p>
    <w:p w14:paraId="6113C96A" w14:textId="77777777" w:rsidR="00166305" w:rsidRPr="009C0FA9" w:rsidRDefault="00166305" w:rsidP="005F2F4F">
      <w:pPr>
        <w:spacing w:after="0" w:line="240" w:lineRule="auto"/>
        <w:rPr>
          <w:rFonts w:ascii="微軟正黑體" w:eastAsia="微軟正黑體" w:hAnsi="微軟正黑體"/>
          <w:lang w:eastAsia="zh-TW"/>
        </w:rPr>
      </w:pPr>
      <w:r w:rsidRPr="009C0FA9">
        <w:rPr>
          <w:rFonts w:ascii="微軟正黑體" w:eastAsia="微軟正黑體" w:hAnsi="微軟正黑體" w:hint="eastAsia"/>
          <w:lang w:eastAsia="zh-TW"/>
        </w:rPr>
        <w:t>（於補助或交易行為成立後，該機關團體應連同其身分關係主動公開；前項公開應利用電信網路或其他方式供公眾線上查詢）</w:t>
      </w:r>
    </w:p>
    <w:p w14:paraId="4F22D9D9" w14:textId="77777777" w:rsidR="00166305" w:rsidRPr="009C0FA9" w:rsidRDefault="00166305" w:rsidP="005F2F4F">
      <w:pPr>
        <w:spacing w:after="0" w:line="240" w:lineRule="auto"/>
        <w:rPr>
          <w:rFonts w:ascii="微軟正黑體" w:eastAsia="微軟正黑體" w:hAnsi="微軟正黑體"/>
          <w:b/>
          <w:lang w:eastAsia="zh-TW"/>
        </w:rPr>
      </w:pPr>
      <w:r w:rsidRPr="009C0FA9">
        <w:rPr>
          <w:rFonts w:ascii="微軟正黑體" w:eastAsia="微軟正黑體" w:hAnsi="微軟正黑體" w:hint="eastAsia"/>
          <w:b/>
          <w:lang w:eastAsia="zh-TW"/>
        </w:rPr>
        <w:t>機關團體應主動公開事項：</w:t>
      </w:r>
    </w:p>
    <w:p w14:paraId="070C3AB8" w14:textId="77777777" w:rsidR="00166305" w:rsidRPr="009C0FA9" w:rsidRDefault="00166305" w:rsidP="005F2F4F">
      <w:pPr>
        <w:spacing w:after="0" w:line="240" w:lineRule="auto"/>
        <w:ind w:left="436" w:hangingChars="198" w:hanging="436"/>
        <w:rPr>
          <w:rFonts w:ascii="微軟正黑體" w:eastAsia="微軟正黑體" w:hAnsi="微軟正黑體"/>
          <w:lang w:eastAsia="zh-TW"/>
        </w:rPr>
      </w:pPr>
      <w:r w:rsidRPr="009C0FA9">
        <w:rPr>
          <w:rFonts w:ascii="微軟正黑體" w:eastAsia="微軟正黑體" w:hAnsi="微軟正黑體" w:hint="eastAsia"/>
          <w:lang w:eastAsia="zh-TW"/>
        </w:rPr>
        <w:t>一、請將本交易或補助案之公職人員利益衝突迴避法第</w:t>
      </w:r>
      <w:r w:rsidRPr="009C0FA9">
        <w:rPr>
          <w:rFonts w:ascii="微軟正黑體" w:eastAsia="微軟正黑體" w:hAnsi="微軟正黑體"/>
          <w:lang w:eastAsia="zh-TW"/>
        </w:rPr>
        <w:t xml:space="preserve"> 14 條第 2 項公職人員及關係人</w:t>
      </w:r>
      <w:r w:rsidRPr="009C0FA9">
        <w:rPr>
          <w:rFonts w:ascii="微軟正黑體" w:eastAsia="微軟正黑體" w:hAnsi="微軟正黑體" w:hint="eastAsia"/>
          <w:lang w:eastAsia="zh-TW"/>
        </w:rPr>
        <w:t>身分關係揭露表範本【</w:t>
      </w:r>
      <w:r w:rsidRPr="009C0FA9">
        <w:rPr>
          <w:rFonts w:ascii="微軟正黑體" w:eastAsia="微軟正黑體" w:hAnsi="微軟正黑體"/>
          <w:lang w:eastAsia="zh-TW"/>
        </w:rPr>
        <w:t xml:space="preserve">A.事前揭露】一併公開 </w:t>
      </w:r>
    </w:p>
    <w:p w14:paraId="7B3552FF" w14:textId="77777777" w:rsidR="00166305" w:rsidRPr="009C0FA9" w:rsidRDefault="00166305" w:rsidP="005F2F4F">
      <w:pPr>
        <w:spacing w:after="0" w:line="240" w:lineRule="auto"/>
        <w:rPr>
          <w:rFonts w:ascii="微軟正黑體" w:eastAsia="微軟正黑體" w:hAnsi="微軟正黑體"/>
          <w:lang w:eastAsia="zh-CN"/>
        </w:rPr>
      </w:pPr>
      <w:r w:rsidRPr="009C0FA9">
        <w:rPr>
          <w:rFonts w:ascii="微軟正黑體" w:eastAsia="微軟正黑體" w:hAnsi="微軟正黑體" w:hint="eastAsia"/>
        </w:rPr>
        <w:t>二、交易行為表</w:t>
      </w: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79"/>
        <w:gridCol w:w="1754"/>
        <w:gridCol w:w="848"/>
        <w:gridCol w:w="4889"/>
      </w:tblGrid>
      <w:tr w:rsidR="005F2F4F" w:rsidRPr="009C0FA9" w14:paraId="5E921118" w14:textId="77777777" w:rsidTr="00E465F5">
        <w:tc>
          <w:tcPr>
            <w:tcW w:w="10881" w:type="dxa"/>
            <w:gridSpan w:val="4"/>
          </w:tcPr>
          <w:p w14:paraId="47BDFCA5" w14:textId="77777777" w:rsidR="00166305" w:rsidRPr="009C0FA9" w:rsidRDefault="00166305" w:rsidP="005F2F4F">
            <w:pPr>
              <w:spacing w:after="0" w:line="240" w:lineRule="auto"/>
              <w:jc w:val="center"/>
              <w:rPr>
                <w:rFonts w:ascii="微軟正黑體" w:eastAsia="微軟正黑體" w:hAnsi="微軟正黑體"/>
                <w:b/>
                <w:lang w:eastAsia="zh-TW"/>
              </w:rPr>
            </w:pPr>
            <w:r w:rsidRPr="009C0FA9">
              <w:rPr>
                <w:rFonts w:ascii="微軟正黑體" w:eastAsia="微軟正黑體" w:hAnsi="微軟正黑體" w:hint="eastAsia"/>
                <w:b/>
                <w:lang w:eastAsia="zh-TW"/>
              </w:rPr>
              <w:t>本案屬公職人員利益衝突迴避法第</w:t>
            </w:r>
            <w:r w:rsidRPr="009C0FA9">
              <w:rPr>
                <w:rFonts w:ascii="微軟正黑體" w:eastAsia="微軟正黑體" w:hAnsi="微軟正黑體"/>
                <w:b/>
                <w:lang w:eastAsia="zh-TW"/>
              </w:rPr>
              <w:t xml:space="preserve"> 14 條第 1 項之交易行為</w:t>
            </w:r>
          </w:p>
        </w:tc>
      </w:tr>
      <w:tr w:rsidR="005F2F4F" w:rsidRPr="009C0FA9" w14:paraId="6346B2C3" w14:textId="77777777" w:rsidTr="00E465F5">
        <w:tc>
          <w:tcPr>
            <w:tcW w:w="3314" w:type="dxa"/>
          </w:tcPr>
          <w:p w14:paraId="24A6A6AE" w14:textId="77777777" w:rsidR="00166305" w:rsidRPr="009C0FA9" w:rsidRDefault="00166305" w:rsidP="005F2F4F">
            <w:pPr>
              <w:spacing w:after="0" w:line="240" w:lineRule="auto"/>
              <w:rPr>
                <w:rFonts w:ascii="微軟正黑體" w:eastAsia="微軟正黑體" w:hAnsi="微軟正黑體"/>
                <w:b/>
              </w:rPr>
            </w:pPr>
            <w:r w:rsidRPr="009C0FA9">
              <w:rPr>
                <w:rFonts w:ascii="微軟正黑體" w:eastAsia="微軟正黑體" w:hAnsi="微軟正黑體" w:hint="eastAsia"/>
                <w:b/>
              </w:rPr>
              <w:t>交易機關</w:t>
            </w:r>
          </w:p>
        </w:tc>
        <w:tc>
          <w:tcPr>
            <w:tcW w:w="7567" w:type="dxa"/>
            <w:gridSpan w:val="3"/>
          </w:tcPr>
          <w:p w14:paraId="28551656" w14:textId="77777777" w:rsidR="00166305" w:rsidRPr="009C0FA9" w:rsidRDefault="00166305" w:rsidP="005F2F4F">
            <w:pPr>
              <w:spacing w:after="0" w:line="240" w:lineRule="auto"/>
              <w:rPr>
                <w:rFonts w:ascii="微軟正黑體" w:eastAsia="微軟正黑體" w:hAnsi="微軟正黑體"/>
              </w:rPr>
            </w:pPr>
          </w:p>
        </w:tc>
      </w:tr>
      <w:tr w:rsidR="005F2F4F" w:rsidRPr="009C0FA9" w14:paraId="27BB1BE3" w14:textId="77777777" w:rsidTr="00E465F5">
        <w:tc>
          <w:tcPr>
            <w:tcW w:w="5088" w:type="dxa"/>
            <w:gridSpan w:val="2"/>
          </w:tcPr>
          <w:p w14:paraId="2A44D4A8" w14:textId="77777777" w:rsidR="00166305" w:rsidRPr="009C0FA9" w:rsidRDefault="00166305" w:rsidP="005F2F4F">
            <w:pPr>
              <w:spacing w:after="0" w:line="240" w:lineRule="auto"/>
              <w:rPr>
                <w:rFonts w:ascii="微軟正黑體" w:eastAsia="微軟正黑體" w:hAnsi="微軟正黑體"/>
                <w:b/>
              </w:rPr>
            </w:pPr>
            <w:r w:rsidRPr="009C0FA9">
              <w:rPr>
                <w:rFonts w:ascii="微軟正黑體" w:eastAsia="微軟正黑體" w:hAnsi="微軟正黑體" w:hint="eastAsia"/>
                <w:b/>
              </w:rPr>
              <w:t>交易名稱</w:t>
            </w:r>
          </w:p>
        </w:tc>
        <w:tc>
          <w:tcPr>
            <w:tcW w:w="851" w:type="dxa"/>
          </w:tcPr>
          <w:p w14:paraId="2D9F0780" w14:textId="77777777" w:rsidR="00166305" w:rsidRPr="009C0FA9" w:rsidRDefault="00166305" w:rsidP="005F2F4F">
            <w:pPr>
              <w:spacing w:after="0" w:line="240" w:lineRule="auto"/>
              <w:rPr>
                <w:rFonts w:ascii="微軟正黑體" w:eastAsia="微軟正黑體" w:hAnsi="微軟正黑體"/>
                <w:b/>
                <w:lang w:eastAsia="zh-CN"/>
              </w:rPr>
            </w:pPr>
            <w:r w:rsidRPr="009C0FA9">
              <w:rPr>
                <w:rFonts w:ascii="微軟正黑體" w:eastAsia="微軟正黑體" w:hAnsi="微軟正黑體" w:hint="eastAsia"/>
                <w:b/>
                <w:lang w:eastAsia="zh-CN"/>
              </w:rPr>
              <w:t>案號</w:t>
            </w:r>
          </w:p>
        </w:tc>
        <w:tc>
          <w:tcPr>
            <w:tcW w:w="4942" w:type="dxa"/>
          </w:tcPr>
          <w:p w14:paraId="48EF8481" w14:textId="77777777" w:rsidR="00166305" w:rsidRPr="009C0FA9" w:rsidRDefault="00166305" w:rsidP="005F2F4F">
            <w:pPr>
              <w:spacing w:after="0" w:line="240" w:lineRule="auto"/>
              <w:jc w:val="right"/>
              <w:rPr>
                <w:rFonts w:ascii="微軟正黑體" w:eastAsia="微軟正黑體" w:hAnsi="微軟正黑體"/>
                <w:lang w:eastAsia="zh-CN"/>
              </w:rPr>
            </w:pPr>
            <w:r w:rsidRPr="009C0FA9">
              <w:rPr>
                <w:rFonts w:ascii="微軟正黑體" w:eastAsia="微軟正黑體" w:hAnsi="微軟正黑體" w:hint="eastAsia"/>
                <w:lang w:eastAsia="zh-CN"/>
              </w:rPr>
              <w:t>(無案號者免填)</w:t>
            </w:r>
          </w:p>
        </w:tc>
      </w:tr>
      <w:tr w:rsidR="005F2F4F" w:rsidRPr="009C0FA9" w14:paraId="2E2D06AA" w14:textId="77777777" w:rsidTr="00E465F5">
        <w:tc>
          <w:tcPr>
            <w:tcW w:w="3314" w:type="dxa"/>
          </w:tcPr>
          <w:p w14:paraId="502990D5" w14:textId="77777777" w:rsidR="00166305" w:rsidRPr="009C0FA9" w:rsidRDefault="00166305" w:rsidP="005F2F4F">
            <w:pPr>
              <w:spacing w:after="0" w:line="240" w:lineRule="auto"/>
              <w:rPr>
                <w:rFonts w:ascii="微軟正黑體" w:eastAsia="微軟正黑體" w:hAnsi="微軟正黑體"/>
                <w:b/>
              </w:rPr>
            </w:pPr>
            <w:r w:rsidRPr="009C0FA9">
              <w:rPr>
                <w:rFonts w:ascii="微軟正黑體" w:eastAsia="微軟正黑體" w:hAnsi="微軟正黑體" w:hint="eastAsia"/>
                <w:b/>
              </w:rPr>
              <w:t>交易時間</w:t>
            </w:r>
          </w:p>
        </w:tc>
        <w:tc>
          <w:tcPr>
            <w:tcW w:w="7567" w:type="dxa"/>
            <w:gridSpan w:val="3"/>
          </w:tcPr>
          <w:p w14:paraId="65A60C26" w14:textId="77777777" w:rsidR="00166305" w:rsidRPr="009C0FA9" w:rsidRDefault="00166305" w:rsidP="005F2F4F">
            <w:pPr>
              <w:spacing w:after="0" w:line="240" w:lineRule="auto"/>
              <w:rPr>
                <w:rFonts w:ascii="微軟正黑體" w:eastAsia="微軟正黑體" w:hAnsi="微軟正黑體"/>
              </w:rPr>
            </w:pPr>
          </w:p>
        </w:tc>
      </w:tr>
      <w:tr w:rsidR="005F2F4F" w:rsidRPr="009C0FA9" w14:paraId="506F5DC4" w14:textId="77777777" w:rsidTr="00E465F5">
        <w:tc>
          <w:tcPr>
            <w:tcW w:w="3314" w:type="dxa"/>
          </w:tcPr>
          <w:p w14:paraId="10658113" w14:textId="77777777" w:rsidR="00166305" w:rsidRPr="009C0FA9" w:rsidRDefault="00166305" w:rsidP="005F2F4F">
            <w:pPr>
              <w:spacing w:after="0" w:line="240" w:lineRule="auto"/>
              <w:rPr>
                <w:rFonts w:ascii="微軟正黑體" w:eastAsia="微軟正黑體" w:hAnsi="微軟正黑體"/>
                <w:b/>
              </w:rPr>
            </w:pPr>
            <w:r w:rsidRPr="009C0FA9">
              <w:rPr>
                <w:rFonts w:ascii="微軟正黑體" w:eastAsia="微軟正黑體" w:hAnsi="微軟正黑體" w:hint="eastAsia"/>
                <w:b/>
              </w:rPr>
              <w:t>交易對象</w:t>
            </w:r>
          </w:p>
        </w:tc>
        <w:tc>
          <w:tcPr>
            <w:tcW w:w="7567" w:type="dxa"/>
            <w:gridSpan w:val="3"/>
          </w:tcPr>
          <w:p w14:paraId="21157D29" w14:textId="77777777" w:rsidR="00166305" w:rsidRPr="009C0FA9" w:rsidRDefault="00166305" w:rsidP="005F2F4F">
            <w:pPr>
              <w:spacing w:after="0" w:line="240" w:lineRule="auto"/>
              <w:rPr>
                <w:rFonts w:ascii="微軟正黑體" w:eastAsia="微軟正黑體" w:hAnsi="微軟正黑體"/>
              </w:rPr>
            </w:pPr>
          </w:p>
        </w:tc>
      </w:tr>
      <w:tr w:rsidR="005F2F4F" w:rsidRPr="009C0FA9" w14:paraId="0AB3774F" w14:textId="77777777" w:rsidTr="00E465F5">
        <w:tc>
          <w:tcPr>
            <w:tcW w:w="3314" w:type="dxa"/>
          </w:tcPr>
          <w:p w14:paraId="5B6D1A2B" w14:textId="77777777" w:rsidR="00166305" w:rsidRPr="009C0FA9" w:rsidRDefault="00166305" w:rsidP="005F2F4F">
            <w:pPr>
              <w:spacing w:after="0" w:line="240" w:lineRule="auto"/>
              <w:rPr>
                <w:rFonts w:ascii="微軟正黑體" w:eastAsia="微軟正黑體" w:hAnsi="微軟正黑體"/>
                <w:b/>
              </w:rPr>
            </w:pPr>
            <w:r w:rsidRPr="009C0FA9">
              <w:rPr>
                <w:rFonts w:ascii="微軟正黑體" w:eastAsia="微軟正黑體" w:hAnsi="微軟正黑體" w:hint="eastAsia"/>
                <w:b/>
              </w:rPr>
              <w:t>交易金額（新台幣）</w:t>
            </w:r>
          </w:p>
        </w:tc>
        <w:tc>
          <w:tcPr>
            <w:tcW w:w="7567" w:type="dxa"/>
            <w:gridSpan w:val="3"/>
          </w:tcPr>
          <w:p w14:paraId="0391C807" w14:textId="77777777" w:rsidR="00166305" w:rsidRPr="009C0FA9" w:rsidRDefault="00166305" w:rsidP="005F2F4F">
            <w:pPr>
              <w:spacing w:after="0" w:line="240" w:lineRule="auto"/>
              <w:rPr>
                <w:rFonts w:ascii="微軟正黑體" w:eastAsia="微軟正黑體" w:hAnsi="微軟正黑體"/>
              </w:rPr>
            </w:pPr>
          </w:p>
        </w:tc>
      </w:tr>
      <w:tr w:rsidR="005F2F4F" w:rsidRPr="009C0FA9" w14:paraId="4EF1DD0E" w14:textId="77777777" w:rsidTr="00E465F5">
        <w:tc>
          <w:tcPr>
            <w:tcW w:w="3314" w:type="dxa"/>
            <w:vMerge w:val="restart"/>
          </w:tcPr>
          <w:p w14:paraId="21F4BF1C" w14:textId="77777777" w:rsidR="00166305" w:rsidRPr="009C0FA9" w:rsidRDefault="00166305" w:rsidP="005F2F4F">
            <w:pPr>
              <w:spacing w:after="0" w:line="240" w:lineRule="auto"/>
              <w:rPr>
                <w:rFonts w:ascii="微軟正黑體" w:eastAsia="微軟正黑體" w:hAnsi="微軟正黑體"/>
                <w:b/>
                <w:lang w:eastAsia="zh-TW"/>
              </w:rPr>
            </w:pPr>
            <w:r w:rsidRPr="009C0FA9">
              <w:rPr>
                <w:rFonts w:ascii="微軟正黑體" w:eastAsia="微軟正黑體" w:hAnsi="微軟正黑體" w:hint="eastAsia"/>
                <w:b/>
                <w:lang w:eastAsia="zh-TW"/>
              </w:rPr>
              <w:t>交易屬第</w:t>
            </w:r>
            <w:r w:rsidRPr="009C0FA9">
              <w:rPr>
                <w:rFonts w:ascii="微軟正黑體" w:eastAsia="微軟正黑體" w:hAnsi="微軟正黑體"/>
                <w:b/>
                <w:lang w:eastAsia="zh-TW"/>
              </w:rPr>
              <w:t xml:space="preserve"> 14 條第 1 </w:t>
            </w:r>
            <w:r w:rsidRPr="009C0FA9">
              <w:rPr>
                <w:rFonts w:ascii="微軟正黑體" w:eastAsia="微軟正黑體" w:hAnsi="微軟正黑體" w:hint="eastAsia"/>
                <w:b/>
                <w:lang w:eastAsia="zh-TW"/>
              </w:rPr>
              <w:t>項但書第</w:t>
            </w:r>
            <w:r w:rsidRPr="009C0FA9">
              <w:rPr>
                <w:rFonts w:ascii="微軟正黑體" w:eastAsia="微軟正黑體" w:hAnsi="微軟正黑體"/>
                <w:b/>
                <w:lang w:eastAsia="zh-TW"/>
              </w:rPr>
              <w:t xml:space="preserve"> 1 款或第 2 </w:t>
            </w:r>
            <w:r w:rsidRPr="009C0FA9">
              <w:rPr>
                <w:rFonts w:ascii="微軟正黑體" w:eastAsia="微軟正黑體" w:hAnsi="微軟正黑體" w:hint="eastAsia"/>
                <w:b/>
                <w:lang w:eastAsia="zh-TW"/>
              </w:rPr>
              <w:t>款</w:t>
            </w:r>
          </w:p>
        </w:tc>
        <w:tc>
          <w:tcPr>
            <w:tcW w:w="7567" w:type="dxa"/>
            <w:gridSpan w:val="3"/>
          </w:tcPr>
          <w:p w14:paraId="45544B7F" w14:textId="77777777" w:rsidR="00166305" w:rsidRPr="009C0FA9" w:rsidRDefault="00166305" w:rsidP="005F2F4F">
            <w:pPr>
              <w:spacing w:after="0" w:line="240" w:lineRule="auto"/>
              <w:ind w:left="1100" w:hangingChars="500" w:hanging="1100"/>
              <w:rPr>
                <w:rFonts w:ascii="微軟正黑體" w:eastAsia="微軟正黑體" w:hAnsi="微軟正黑體"/>
                <w:lang w:eastAsia="zh-TW"/>
              </w:rPr>
            </w:pPr>
            <w:r w:rsidRPr="009C0FA9">
              <w:rPr>
                <w:rFonts w:ascii="微軟正黑體" w:eastAsia="微軟正黑體" w:hAnsi="微軟正黑體" w:hint="eastAsia"/>
                <w:lang w:eastAsia="zh-TW"/>
              </w:rPr>
              <w:t>□第</w:t>
            </w:r>
            <w:r w:rsidRPr="009C0FA9">
              <w:rPr>
                <w:rFonts w:ascii="微軟正黑體" w:eastAsia="微軟正黑體" w:hAnsi="微軟正黑體"/>
                <w:lang w:eastAsia="zh-TW"/>
              </w:rPr>
              <w:t xml:space="preserve"> 1 款：依政府採購法以公告程序或同法第一百零五條辦理之</w:t>
            </w:r>
            <w:r w:rsidRPr="009C0FA9">
              <w:rPr>
                <w:rFonts w:ascii="微軟正黑體" w:eastAsia="微軟正黑體" w:hAnsi="微軟正黑體" w:hint="eastAsia"/>
                <w:lang w:eastAsia="zh-TW"/>
              </w:rPr>
              <w:t>採購。</w:t>
            </w:r>
          </w:p>
          <w:p w14:paraId="4DE11510" w14:textId="77777777" w:rsidR="00166305" w:rsidRPr="009C0FA9" w:rsidRDefault="00166305" w:rsidP="005F2F4F">
            <w:pPr>
              <w:spacing w:after="0" w:line="240" w:lineRule="auto"/>
              <w:ind w:left="1100" w:hangingChars="500" w:hanging="1100"/>
              <w:rPr>
                <w:rFonts w:ascii="微軟正黑體" w:eastAsia="微軟正黑體" w:hAnsi="微軟正黑體"/>
                <w:lang w:eastAsia="zh-TW"/>
              </w:rPr>
            </w:pPr>
            <w:r w:rsidRPr="009C0FA9">
              <w:rPr>
                <w:rFonts w:ascii="微軟正黑體" w:eastAsia="微軟正黑體" w:hAnsi="微軟正黑體" w:hint="eastAsia"/>
                <w:lang w:eastAsia="zh-TW"/>
              </w:rPr>
              <w:t>法令依據：</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lang w:eastAsia="zh-TW"/>
              </w:rPr>
              <w:t>（請填寫法令名稱及條次）</w:t>
            </w:r>
          </w:p>
        </w:tc>
      </w:tr>
      <w:tr w:rsidR="005F2F4F" w:rsidRPr="009C0FA9" w14:paraId="37678654" w14:textId="77777777" w:rsidTr="00E465F5">
        <w:tc>
          <w:tcPr>
            <w:tcW w:w="3314" w:type="dxa"/>
            <w:vMerge/>
          </w:tcPr>
          <w:p w14:paraId="2FBA3E8C" w14:textId="77777777" w:rsidR="00166305" w:rsidRPr="009C0FA9" w:rsidRDefault="00166305" w:rsidP="005F2F4F">
            <w:pPr>
              <w:spacing w:after="0" w:line="240" w:lineRule="auto"/>
              <w:rPr>
                <w:rFonts w:ascii="微軟正黑體" w:eastAsia="微軟正黑體" w:hAnsi="微軟正黑體"/>
                <w:lang w:eastAsia="zh-TW"/>
              </w:rPr>
            </w:pPr>
          </w:p>
        </w:tc>
        <w:tc>
          <w:tcPr>
            <w:tcW w:w="7567" w:type="dxa"/>
            <w:gridSpan w:val="3"/>
          </w:tcPr>
          <w:p w14:paraId="16FE603F" w14:textId="77777777" w:rsidR="00166305" w:rsidRPr="009C0FA9" w:rsidRDefault="00166305" w:rsidP="005F2F4F">
            <w:pPr>
              <w:spacing w:after="0" w:line="240" w:lineRule="auto"/>
              <w:ind w:left="1100" w:hangingChars="500" w:hanging="1100"/>
              <w:rPr>
                <w:rFonts w:ascii="微軟正黑體" w:eastAsia="微軟正黑體" w:hAnsi="微軟正黑體"/>
                <w:lang w:eastAsia="zh-TW"/>
              </w:rPr>
            </w:pPr>
            <w:r w:rsidRPr="009C0FA9">
              <w:rPr>
                <w:rFonts w:ascii="微軟正黑體" w:eastAsia="微軟正黑體" w:hAnsi="微軟正黑體" w:hint="eastAsia"/>
                <w:lang w:eastAsia="zh-TW"/>
              </w:rPr>
              <w:t>□第</w:t>
            </w:r>
            <w:r w:rsidRPr="009C0FA9">
              <w:rPr>
                <w:rFonts w:ascii="微軟正黑體" w:eastAsia="微軟正黑體" w:hAnsi="微軟正黑體"/>
                <w:lang w:eastAsia="zh-TW"/>
              </w:rPr>
              <w:t xml:space="preserve"> 2 款：依法令規定經由公平競爭方式，以公告程序辦理之採</w:t>
            </w:r>
            <w:r w:rsidRPr="009C0FA9">
              <w:rPr>
                <w:rFonts w:ascii="微軟正黑體" w:eastAsia="微軟正黑體" w:hAnsi="微軟正黑體" w:hint="eastAsia"/>
                <w:lang w:eastAsia="zh-TW"/>
              </w:rPr>
              <w:t>購、標售、標租或招標設定用益物權。</w:t>
            </w:r>
          </w:p>
          <w:p w14:paraId="37BF0D21" w14:textId="77777777" w:rsidR="00166305" w:rsidRPr="009C0FA9" w:rsidRDefault="00166305" w:rsidP="005F2F4F">
            <w:pPr>
              <w:spacing w:after="0" w:line="240" w:lineRule="auto"/>
              <w:ind w:left="1100" w:hangingChars="500" w:hanging="1100"/>
              <w:rPr>
                <w:rFonts w:ascii="微軟正黑體" w:eastAsia="微軟正黑體" w:hAnsi="微軟正黑體"/>
                <w:lang w:eastAsia="zh-TW"/>
              </w:rPr>
            </w:pPr>
            <w:r w:rsidRPr="009C0FA9">
              <w:rPr>
                <w:rFonts w:ascii="微軟正黑體" w:eastAsia="微軟正黑體" w:hAnsi="微軟正黑體" w:hint="eastAsia"/>
                <w:lang w:eastAsia="zh-TW"/>
              </w:rPr>
              <w:t>法令依據：</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lang w:eastAsia="zh-TW"/>
              </w:rPr>
              <w:t>（請填寫法令名稱及條次）</w:t>
            </w:r>
          </w:p>
        </w:tc>
      </w:tr>
    </w:tbl>
    <w:p w14:paraId="1999081B" w14:textId="77777777" w:rsidR="00166305" w:rsidRPr="009C0FA9" w:rsidRDefault="00166305" w:rsidP="005F2F4F">
      <w:pPr>
        <w:spacing w:after="0" w:line="240" w:lineRule="auto"/>
        <w:rPr>
          <w:rFonts w:ascii="微軟正黑體" w:eastAsia="微軟正黑體" w:hAnsi="微軟正黑體"/>
        </w:rPr>
      </w:pPr>
      <w:r w:rsidRPr="009C0FA9">
        <w:rPr>
          <w:rFonts w:ascii="微軟正黑體" w:eastAsia="微軟正黑體" w:hAnsi="微軟正黑體" w:hint="eastAsia"/>
        </w:rPr>
        <w:t>三、補助行為表</w:t>
      </w: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79"/>
        <w:gridCol w:w="1754"/>
        <w:gridCol w:w="848"/>
        <w:gridCol w:w="4889"/>
      </w:tblGrid>
      <w:tr w:rsidR="005F2F4F" w:rsidRPr="009C0FA9" w14:paraId="77AAB7CB" w14:textId="77777777" w:rsidTr="00E465F5">
        <w:tc>
          <w:tcPr>
            <w:tcW w:w="10881" w:type="dxa"/>
            <w:gridSpan w:val="4"/>
          </w:tcPr>
          <w:p w14:paraId="1ED8A124" w14:textId="77777777" w:rsidR="00166305" w:rsidRPr="009C0FA9" w:rsidRDefault="00166305" w:rsidP="005F2F4F">
            <w:pPr>
              <w:spacing w:after="0" w:line="240" w:lineRule="auto"/>
              <w:jc w:val="center"/>
              <w:rPr>
                <w:rFonts w:ascii="微軟正黑體" w:eastAsia="微軟正黑體" w:hAnsi="微軟正黑體"/>
                <w:b/>
                <w:lang w:eastAsia="zh-TW"/>
              </w:rPr>
            </w:pPr>
            <w:r w:rsidRPr="009C0FA9">
              <w:rPr>
                <w:rFonts w:ascii="微軟正黑體" w:eastAsia="微軟正黑體" w:hAnsi="微軟正黑體" w:hint="eastAsia"/>
                <w:b/>
                <w:lang w:eastAsia="zh-TW"/>
              </w:rPr>
              <w:t>本案屬公職人員利益衝突迴避法第</w:t>
            </w:r>
            <w:r w:rsidRPr="009C0FA9">
              <w:rPr>
                <w:rFonts w:ascii="微軟正黑體" w:eastAsia="微軟正黑體" w:hAnsi="微軟正黑體"/>
                <w:b/>
                <w:lang w:eastAsia="zh-TW"/>
              </w:rPr>
              <w:t xml:space="preserve"> 14 條第 1 項之</w:t>
            </w:r>
            <w:r w:rsidRPr="009C0FA9">
              <w:rPr>
                <w:rFonts w:ascii="微軟正黑體" w:eastAsia="微軟正黑體" w:hAnsi="微軟正黑體" w:hint="eastAsia"/>
                <w:b/>
                <w:lang w:eastAsia="zh-TW"/>
              </w:rPr>
              <w:t>補助</w:t>
            </w:r>
            <w:r w:rsidRPr="009C0FA9">
              <w:rPr>
                <w:rFonts w:ascii="微軟正黑體" w:eastAsia="微軟正黑體" w:hAnsi="微軟正黑體"/>
                <w:b/>
                <w:lang w:eastAsia="zh-TW"/>
              </w:rPr>
              <w:t>行為</w:t>
            </w:r>
          </w:p>
        </w:tc>
      </w:tr>
      <w:tr w:rsidR="005F2F4F" w:rsidRPr="009C0FA9" w14:paraId="40A123FC" w14:textId="77777777" w:rsidTr="00E465F5">
        <w:tc>
          <w:tcPr>
            <w:tcW w:w="3314" w:type="dxa"/>
          </w:tcPr>
          <w:p w14:paraId="6B59DF27" w14:textId="77777777" w:rsidR="00166305" w:rsidRPr="009C0FA9" w:rsidRDefault="00166305" w:rsidP="005F2F4F">
            <w:pPr>
              <w:spacing w:after="0" w:line="240" w:lineRule="auto"/>
              <w:rPr>
                <w:rFonts w:ascii="微軟正黑體" w:eastAsia="微軟正黑體" w:hAnsi="微軟正黑體"/>
                <w:b/>
              </w:rPr>
            </w:pPr>
            <w:r w:rsidRPr="009C0FA9">
              <w:rPr>
                <w:rFonts w:ascii="微軟正黑體" w:eastAsia="微軟正黑體" w:hAnsi="微軟正黑體" w:hint="eastAsia"/>
                <w:b/>
              </w:rPr>
              <w:t>補助機關</w:t>
            </w:r>
          </w:p>
        </w:tc>
        <w:tc>
          <w:tcPr>
            <w:tcW w:w="7567" w:type="dxa"/>
            <w:gridSpan w:val="3"/>
          </w:tcPr>
          <w:p w14:paraId="71D2D779" w14:textId="77777777" w:rsidR="00166305" w:rsidRPr="009C0FA9" w:rsidRDefault="00166305" w:rsidP="005F2F4F">
            <w:pPr>
              <w:spacing w:after="0" w:line="240" w:lineRule="auto"/>
              <w:rPr>
                <w:rFonts w:ascii="微軟正黑體" w:eastAsia="微軟正黑體" w:hAnsi="微軟正黑體"/>
              </w:rPr>
            </w:pPr>
          </w:p>
        </w:tc>
      </w:tr>
      <w:tr w:rsidR="005F2F4F" w:rsidRPr="009C0FA9" w14:paraId="25646BDB" w14:textId="77777777" w:rsidTr="00E465F5">
        <w:tc>
          <w:tcPr>
            <w:tcW w:w="5088" w:type="dxa"/>
            <w:gridSpan w:val="2"/>
          </w:tcPr>
          <w:p w14:paraId="00EE4B19" w14:textId="77777777" w:rsidR="00166305" w:rsidRPr="009C0FA9" w:rsidRDefault="00166305" w:rsidP="005F2F4F">
            <w:pPr>
              <w:spacing w:after="0" w:line="240" w:lineRule="auto"/>
              <w:rPr>
                <w:rFonts w:ascii="微軟正黑體" w:eastAsia="微軟正黑體" w:hAnsi="微軟正黑體"/>
                <w:b/>
              </w:rPr>
            </w:pPr>
            <w:r w:rsidRPr="009C0FA9">
              <w:rPr>
                <w:rFonts w:ascii="微軟正黑體" w:eastAsia="微軟正黑體" w:hAnsi="微軟正黑體" w:hint="eastAsia"/>
                <w:b/>
              </w:rPr>
              <w:t>補助名稱</w:t>
            </w:r>
          </w:p>
        </w:tc>
        <w:tc>
          <w:tcPr>
            <w:tcW w:w="851" w:type="dxa"/>
          </w:tcPr>
          <w:p w14:paraId="50C3BBAC" w14:textId="77777777" w:rsidR="00166305" w:rsidRPr="009C0FA9" w:rsidRDefault="00166305" w:rsidP="005F2F4F">
            <w:pPr>
              <w:spacing w:after="0" w:line="240" w:lineRule="auto"/>
              <w:rPr>
                <w:rFonts w:ascii="微軟正黑體" w:eastAsia="微軟正黑體" w:hAnsi="微軟正黑體"/>
                <w:b/>
                <w:lang w:eastAsia="zh-CN"/>
              </w:rPr>
            </w:pPr>
            <w:r w:rsidRPr="009C0FA9">
              <w:rPr>
                <w:rFonts w:ascii="微軟正黑體" w:eastAsia="微軟正黑體" w:hAnsi="微軟正黑體" w:hint="eastAsia"/>
                <w:b/>
                <w:lang w:eastAsia="zh-CN"/>
              </w:rPr>
              <w:t>案號</w:t>
            </w:r>
          </w:p>
        </w:tc>
        <w:tc>
          <w:tcPr>
            <w:tcW w:w="4942" w:type="dxa"/>
          </w:tcPr>
          <w:p w14:paraId="00039B2B" w14:textId="77777777" w:rsidR="00166305" w:rsidRPr="009C0FA9" w:rsidRDefault="00166305" w:rsidP="005F2F4F">
            <w:pPr>
              <w:spacing w:after="0" w:line="240" w:lineRule="auto"/>
              <w:jc w:val="right"/>
              <w:rPr>
                <w:rFonts w:ascii="微軟正黑體" w:eastAsia="微軟正黑體" w:hAnsi="微軟正黑體"/>
                <w:lang w:eastAsia="zh-CN"/>
              </w:rPr>
            </w:pPr>
            <w:r w:rsidRPr="009C0FA9">
              <w:rPr>
                <w:rFonts w:ascii="微軟正黑體" w:eastAsia="微軟正黑體" w:hAnsi="微軟正黑體" w:hint="eastAsia"/>
                <w:lang w:eastAsia="zh-CN"/>
              </w:rPr>
              <w:t>(無案號者免填)</w:t>
            </w:r>
          </w:p>
        </w:tc>
      </w:tr>
      <w:tr w:rsidR="005F2F4F" w:rsidRPr="009C0FA9" w14:paraId="7FB9E9EC" w14:textId="77777777" w:rsidTr="00E465F5">
        <w:tc>
          <w:tcPr>
            <w:tcW w:w="3314" w:type="dxa"/>
          </w:tcPr>
          <w:p w14:paraId="188A82FC" w14:textId="77777777" w:rsidR="00166305" w:rsidRPr="009C0FA9" w:rsidRDefault="00166305" w:rsidP="005F2F4F">
            <w:pPr>
              <w:spacing w:after="0" w:line="240" w:lineRule="auto"/>
              <w:rPr>
                <w:rFonts w:ascii="微軟正黑體" w:eastAsia="微軟正黑體" w:hAnsi="微軟正黑體"/>
                <w:b/>
              </w:rPr>
            </w:pPr>
            <w:r w:rsidRPr="009C0FA9">
              <w:rPr>
                <w:rFonts w:ascii="微軟正黑體" w:eastAsia="微軟正黑體" w:hAnsi="微軟正黑體" w:hint="eastAsia"/>
                <w:b/>
              </w:rPr>
              <w:t>補助時間</w:t>
            </w:r>
          </w:p>
        </w:tc>
        <w:tc>
          <w:tcPr>
            <w:tcW w:w="7567" w:type="dxa"/>
            <w:gridSpan w:val="3"/>
          </w:tcPr>
          <w:p w14:paraId="14CFB75B" w14:textId="77777777" w:rsidR="00166305" w:rsidRPr="009C0FA9" w:rsidRDefault="00166305" w:rsidP="005F2F4F">
            <w:pPr>
              <w:spacing w:after="0" w:line="240" w:lineRule="auto"/>
              <w:rPr>
                <w:rFonts w:ascii="微軟正黑體" w:eastAsia="微軟正黑體" w:hAnsi="微軟正黑體"/>
              </w:rPr>
            </w:pPr>
          </w:p>
        </w:tc>
      </w:tr>
      <w:tr w:rsidR="005F2F4F" w:rsidRPr="009C0FA9" w14:paraId="11F5C537" w14:textId="77777777" w:rsidTr="00E465F5">
        <w:tc>
          <w:tcPr>
            <w:tcW w:w="3314" w:type="dxa"/>
          </w:tcPr>
          <w:p w14:paraId="1A4FEC59" w14:textId="77777777" w:rsidR="00166305" w:rsidRPr="009C0FA9" w:rsidRDefault="00166305" w:rsidP="005F2F4F">
            <w:pPr>
              <w:spacing w:after="0" w:line="240" w:lineRule="auto"/>
              <w:rPr>
                <w:rFonts w:ascii="微軟正黑體" w:eastAsia="微軟正黑體" w:hAnsi="微軟正黑體"/>
                <w:b/>
              </w:rPr>
            </w:pPr>
            <w:r w:rsidRPr="009C0FA9">
              <w:rPr>
                <w:rFonts w:ascii="微軟正黑體" w:eastAsia="微軟正黑體" w:hAnsi="微軟正黑體" w:hint="eastAsia"/>
                <w:b/>
              </w:rPr>
              <w:t>補助對象</w:t>
            </w:r>
          </w:p>
        </w:tc>
        <w:tc>
          <w:tcPr>
            <w:tcW w:w="7567" w:type="dxa"/>
            <w:gridSpan w:val="3"/>
          </w:tcPr>
          <w:p w14:paraId="072AD9E4" w14:textId="77777777" w:rsidR="00166305" w:rsidRPr="009C0FA9" w:rsidRDefault="00166305" w:rsidP="005F2F4F">
            <w:pPr>
              <w:spacing w:after="0" w:line="240" w:lineRule="auto"/>
              <w:rPr>
                <w:rFonts w:ascii="微軟正黑體" w:eastAsia="微軟正黑體" w:hAnsi="微軟正黑體"/>
              </w:rPr>
            </w:pPr>
          </w:p>
        </w:tc>
      </w:tr>
      <w:tr w:rsidR="005F2F4F" w:rsidRPr="009C0FA9" w14:paraId="29978C96" w14:textId="77777777" w:rsidTr="00E465F5">
        <w:tc>
          <w:tcPr>
            <w:tcW w:w="3314" w:type="dxa"/>
          </w:tcPr>
          <w:p w14:paraId="1C9B8A1A" w14:textId="77777777" w:rsidR="00166305" w:rsidRPr="009C0FA9" w:rsidRDefault="00166305" w:rsidP="005F2F4F">
            <w:pPr>
              <w:spacing w:after="0" w:line="240" w:lineRule="auto"/>
              <w:rPr>
                <w:rFonts w:ascii="微軟正黑體" w:eastAsia="微軟正黑體" w:hAnsi="微軟正黑體"/>
                <w:b/>
              </w:rPr>
            </w:pPr>
            <w:r w:rsidRPr="009C0FA9">
              <w:rPr>
                <w:rFonts w:ascii="微軟正黑體" w:eastAsia="微軟正黑體" w:hAnsi="微軟正黑體" w:hint="eastAsia"/>
                <w:b/>
              </w:rPr>
              <w:t>補助金額（新台幣）</w:t>
            </w:r>
          </w:p>
        </w:tc>
        <w:tc>
          <w:tcPr>
            <w:tcW w:w="7567" w:type="dxa"/>
            <w:gridSpan w:val="3"/>
          </w:tcPr>
          <w:p w14:paraId="160DC6FD" w14:textId="77777777" w:rsidR="00166305" w:rsidRPr="009C0FA9" w:rsidRDefault="00166305" w:rsidP="005F2F4F">
            <w:pPr>
              <w:spacing w:after="0" w:line="240" w:lineRule="auto"/>
              <w:rPr>
                <w:rFonts w:ascii="微軟正黑體" w:eastAsia="微軟正黑體" w:hAnsi="微軟正黑體"/>
              </w:rPr>
            </w:pPr>
          </w:p>
        </w:tc>
      </w:tr>
      <w:tr w:rsidR="005F2F4F" w:rsidRPr="009C0FA9" w14:paraId="5E0F656D" w14:textId="77777777" w:rsidTr="00E465F5">
        <w:tc>
          <w:tcPr>
            <w:tcW w:w="3314" w:type="dxa"/>
            <w:vMerge w:val="restart"/>
          </w:tcPr>
          <w:p w14:paraId="35F92492" w14:textId="77777777" w:rsidR="00166305" w:rsidRPr="009C0FA9" w:rsidRDefault="00166305" w:rsidP="005F2F4F">
            <w:pPr>
              <w:spacing w:after="0" w:line="240" w:lineRule="auto"/>
              <w:rPr>
                <w:rFonts w:ascii="微軟正黑體" w:eastAsia="微軟正黑體" w:hAnsi="微軟正黑體"/>
                <w:b/>
                <w:lang w:eastAsia="zh-TW"/>
              </w:rPr>
            </w:pPr>
            <w:r w:rsidRPr="009C0FA9">
              <w:rPr>
                <w:rFonts w:ascii="微軟正黑體" w:eastAsia="微軟正黑體" w:hAnsi="微軟正黑體" w:hint="eastAsia"/>
                <w:b/>
                <w:lang w:eastAsia="zh-TW"/>
              </w:rPr>
              <w:t>補助屬第</w:t>
            </w:r>
            <w:r w:rsidRPr="009C0FA9">
              <w:rPr>
                <w:rFonts w:ascii="微軟正黑體" w:eastAsia="微軟正黑體" w:hAnsi="微軟正黑體"/>
                <w:b/>
                <w:lang w:eastAsia="zh-TW"/>
              </w:rPr>
              <w:t xml:space="preserve"> 14 條第 1</w:t>
            </w:r>
            <w:r w:rsidRPr="009C0FA9">
              <w:rPr>
                <w:rFonts w:ascii="微軟正黑體" w:eastAsia="微軟正黑體" w:hAnsi="微軟正黑體" w:hint="eastAsia"/>
                <w:b/>
                <w:lang w:eastAsia="zh-TW"/>
              </w:rPr>
              <w:t>項但書第</w:t>
            </w:r>
            <w:r w:rsidRPr="009C0FA9">
              <w:rPr>
                <w:rFonts w:ascii="微軟正黑體" w:eastAsia="微軟正黑體" w:hAnsi="微軟正黑體"/>
                <w:b/>
                <w:lang w:eastAsia="zh-TW"/>
              </w:rPr>
              <w:t xml:space="preserve"> 1 款或第 </w:t>
            </w:r>
            <w:r w:rsidRPr="009C0FA9">
              <w:rPr>
                <w:rFonts w:ascii="微軟正黑體" w:eastAsia="微軟正黑體" w:hAnsi="微軟正黑體" w:hint="eastAsia"/>
                <w:b/>
                <w:lang w:eastAsia="zh-TW"/>
              </w:rPr>
              <w:t>3</w:t>
            </w:r>
            <w:r w:rsidRPr="009C0FA9">
              <w:rPr>
                <w:rFonts w:ascii="微軟正黑體" w:eastAsia="微軟正黑體" w:hAnsi="微軟正黑體"/>
                <w:b/>
                <w:lang w:eastAsia="zh-TW"/>
              </w:rPr>
              <w:t xml:space="preserve"> </w:t>
            </w:r>
            <w:r w:rsidRPr="009C0FA9">
              <w:rPr>
                <w:rFonts w:ascii="微軟正黑體" w:eastAsia="微軟正黑體" w:hAnsi="微軟正黑體" w:hint="eastAsia"/>
                <w:b/>
                <w:lang w:eastAsia="zh-TW"/>
              </w:rPr>
              <w:t>款</w:t>
            </w:r>
          </w:p>
        </w:tc>
        <w:tc>
          <w:tcPr>
            <w:tcW w:w="7567" w:type="dxa"/>
            <w:gridSpan w:val="3"/>
          </w:tcPr>
          <w:p w14:paraId="31FCB2DB" w14:textId="77777777" w:rsidR="00166305" w:rsidRPr="009C0FA9" w:rsidRDefault="00166305" w:rsidP="005F2F4F">
            <w:pPr>
              <w:spacing w:after="0" w:line="240" w:lineRule="auto"/>
              <w:ind w:left="1100" w:hangingChars="500" w:hanging="1100"/>
              <w:rPr>
                <w:rFonts w:ascii="微軟正黑體" w:eastAsia="微軟正黑體" w:hAnsi="微軟正黑體"/>
                <w:lang w:eastAsia="zh-TW"/>
              </w:rPr>
            </w:pPr>
            <w:r w:rsidRPr="009C0FA9">
              <w:rPr>
                <w:rFonts w:ascii="微軟正黑體" w:eastAsia="微軟正黑體" w:hAnsi="微軟正黑體" w:hint="eastAsia"/>
                <w:lang w:eastAsia="zh-TW"/>
              </w:rPr>
              <w:t>□第</w:t>
            </w:r>
            <w:r w:rsidRPr="009C0FA9">
              <w:rPr>
                <w:rFonts w:ascii="微軟正黑體" w:eastAsia="微軟正黑體" w:hAnsi="微軟正黑體"/>
                <w:lang w:eastAsia="zh-TW"/>
              </w:rPr>
              <w:t xml:space="preserve"> 3 款：對公職人員之關係人依法令規定以公開公平方式辦理之補</w:t>
            </w:r>
            <w:r w:rsidRPr="009C0FA9">
              <w:rPr>
                <w:rFonts w:ascii="微軟正黑體" w:eastAsia="微軟正黑體" w:hAnsi="微軟正黑體" w:hint="eastAsia"/>
                <w:lang w:eastAsia="zh-TW"/>
              </w:rPr>
              <w:t>助。</w:t>
            </w:r>
          </w:p>
          <w:p w14:paraId="46664FC7" w14:textId="77777777" w:rsidR="00166305" w:rsidRPr="009C0FA9" w:rsidRDefault="00166305" w:rsidP="005F2F4F">
            <w:pPr>
              <w:spacing w:after="0" w:line="240" w:lineRule="auto"/>
              <w:ind w:left="1100" w:hangingChars="500" w:hanging="1100"/>
              <w:rPr>
                <w:rFonts w:ascii="微軟正黑體" w:eastAsia="微軟正黑體" w:hAnsi="微軟正黑體"/>
                <w:lang w:eastAsia="zh-TW"/>
              </w:rPr>
            </w:pPr>
            <w:r w:rsidRPr="009C0FA9">
              <w:rPr>
                <w:rFonts w:ascii="微軟正黑體" w:eastAsia="微軟正黑體" w:hAnsi="微軟正黑體" w:hint="eastAsia"/>
                <w:lang w:eastAsia="zh-TW"/>
              </w:rPr>
              <w:t>法令依據：</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lang w:eastAsia="zh-TW"/>
              </w:rPr>
              <w:t>（請填寫法令名稱及條次）</w:t>
            </w:r>
          </w:p>
        </w:tc>
      </w:tr>
      <w:tr w:rsidR="005F2F4F" w:rsidRPr="009C0FA9" w14:paraId="73B8F679" w14:textId="77777777" w:rsidTr="00E465F5">
        <w:tc>
          <w:tcPr>
            <w:tcW w:w="3314" w:type="dxa"/>
            <w:vMerge/>
          </w:tcPr>
          <w:p w14:paraId="0FB2E22A" w14:textId="77777777" w:rsidR="00166305" w:rsidRPr="009C0FA9" w:rsidRDefault="00166305" w:rsidP="005F2F4F">
            <w:pPr>
              <w:spacing w:after="0" w:line="240" w:lineRule="auto"/>
              <w:rPr>
                <w:rFonts w:ascii="微軟正黑體" w:eastAsia="微軟正黑體" w:hAnsi="微軟正黑體"/>
                <w:lang w:eastAsia="zh-TW"/>
              </w:rPr>
            </w:pPr>
          </w:p>
        </w:tc>
        <w:tc>
          <w:tcPr>
            <w:tcW w:w="7567" w:type="dxa"/>
            <w:gridSpan w:val="3"/>
          </w:tcPr>
          <w:p w14:paraId="5C9B1762" w14:textId="77777777" w:rsidR="00166305" w:rsidRPr="009C0FA9" w:rsidRDefault="00166305" w:rsidP="005F2F4F">
            <w:pPr>
              <w:spacing w:after="0" w:line="240" w:lineRule="auto"/>
              <w:ind w:left="1100" w:hangingChars="500" w:hanging="1100"/>
              <w:rPr>
                <w:rFonts w:ascii="微軟正黑體" w:eastAsia="微軟正黑體" w:hAnsi="微軟正黑體"/>
                <w:lang w:eastAsia="zh-TW"/>
              </w:rPr>
            </w:pPr>
            <w:r w:rsidRPr="009C0FA9">
              <w:rPr>
                <w:rFonts w:ascii="微軟正黑體" w:eastAsia="微軟正黑體" w:hAnsi="微軟正黑體" w:hint="eastAsia"/>
                <w:lang w:eastAsia="zh-TW"/>
              </w:rPr>
              <w:t>□第</w:t>
            </w:r>
            <w:r w:rsidRPr="009C0FA9">
              <w:rPr>
                <w:rFonts w:ascii="微軟正黑體" w:eastAsia="微軟正黑體" w:hAnsi="微軟正黑體"/>
                <w:lang w:eastAsia="zh-TW"/>
              </w:rPr>
              <w:t xml:space="preserve"> 3 款：對公職人員之關係人禁止其補助反不利於公共利益</w:t>
            </w:r>
            <w:r w:rsidRPr="009C0FA9">
              <w:rPr>
                <w:rFonts w:ascii="微軟正黑體" w:eastAsia="微軟正黑體" w:hAnsi="微軟正黑體" w:hint="eastAsia"/>
                <w:lang w:eastAsia="zh-TW"/>
              </w:rPr>
              <w:t>且經補助法令主管機關核定同意之補助。</w:t>
            </w:r>
          </w:p>
          <w:p w14:paraId="44DCF84C" w14:textId="77777777" w:rsidR="00166305" w:rsidRPr="009C0FA9" w:rsidRDefault="00166305" w:rsidP="005F2F4F">
            <w:pPr>
              <w:spacing w:after="0" w:line="240" w:lineRule="auto"/>
              <w:ind w:left="1100" w:hangingChars="500" w:hanging="1100"/>
              <w:rPr>
                <w:rFonts w:ascii="微軟正黑體" w:eastAsia="微軟正黑體" w:hAnsi="微軟正黑體"/>
                <w:lang w:eastAsia="zh-TW"/>
              </w:rPr>
            </w:pPr>
            <w:r w:rsidRPr="009C0FA9">
              <w:rPr>
                <w:rFonts w:ascii="微軟正黑體" w:eastAsia="微軟正黑體" w:hAnsi="微軟正黑體" w:hint="eastAsia"/>
                <w:lang w:eastAsia="zh-TW"/>
              </w:rPr>
              <w:t>輔助法令依據：</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lang w:eastAsia="zh-TW"/>
              </w:rPr>
              <w:t>（請填寫法令名稱及條次）</w:t>
            </w:r>
          </w:p>
          <w:p w14:paraId="6C2E5273" w14:textId="77777777" w:rsidR="00166305" w:rsidRPr="009C0FA9" w:rsidRDefault="00166305" w:rsidP="005F2F4F">
            <w:pPr>
              <w:spacing w:after="0" w:line="240" w:lineRule="auto"/>
              <w:ind w:left="1100" w:hangingChars="500" w:hanging="1100"/>
              <w:rPr>
                <w:rFonts w:ascii="微軟正黑體" w:eastAsia="微軟正黑體" w:hAnsi="微軟正黑體"/>
                <w:u w:val="single"/>
                <w:lang w:eastAsia="zh-TW"/>
              </w:rPr>
            </w:pPr>
            <w:r w:rsidRPr="009C0FA9">
              <w:rPr>
                <w:rFonts w:ascii="微軟正黑體" w:eastAsia="微軟正黑體" w:hAnsi="微軟正黑體" w:hint="eastAsia"/>
                <w:lang w:eastAsia="zh-TW"/>
              </w:rPr>
              <w:t>核定之輔助法令主管機關：</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u w:val="single"/>
                <w:lang w:eastAsia="zh-TW"/>
              </w:rPr>
              <w:t xml:space="preserve">        </w:t>
            </w:r>
          </w:p>
          <w:p w14:paraId="481DF39F" w14:textId="77777777" w:rsidR="00166305" w:rsidRPr="009C0FA9" w:rsidRDefault="00166305" w:rsidP="005F2F4F">
            <w:pPr>
              <w:spacing w:after="0" w:line="240" w:lineRule="auto"/>
              <w:ind w:left="1100" w:hangingChars="500" w:hanging="1100"/>
              <w:rPr>
                <w:rFonts w:ascii="微軟正黑體" w:eastAsia="微軟正黑體" w:hAnsi="微軟正黑體"/>
                <w:u w:val="single"/>
                <w:lang w:eastAsia="zh-TW"/>
              </w:rPr>
            </w:pPr>
            <w:r w:rsidRPr="009C0FA9">
              <w:rPr>
                <w:rFonts w:ascii="微軟正黑體" w:eastAsia="微軟正黑體" w:hAnsi="微軟正黑體" w:hint="eastAsia"/>
                <w:lang w:eastAsia="zh-TW"/>
              </w:rPr>
              <w:t>輔助法令主管機關之核定文號：</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u w:val="single"/>
                <w:lang w:eastAsia="zh-TW"/>
              </w:rPr>
              <w:t xml:space="preserve">        </w:t>
            </w:r>
          </w:p>
          <w:p w14:paraId="4017FFB1" w14:textId="77777777" w:rsidR="00166305" w:rsidRPr="009C0FA9" w:rsidRDefault="00166305" w:rsidP="005F2F4F">
            <w:pPr>
              <w:spacing w:after="0" w:line="240" w:lineRule="auto"/>
              <w:ind w:left="1100" w:hangingChars="500" w:hanging="1100"/>
              <w:rPr>
                <w:rFonts w:ascii="微軟正黑體" w:eastAsia="微軟正黑體" w:hAnsi="微軟正黑體"/>
                <w:u w:val="single"/>
                <w:lang w:eastAsia="zh-TW"/>
              </w:rPr>
            </w:pPr>
            <w:r w:rsidRPr="009C0FA9">
              <w:rPr>
                <w:rFonts w:ascii="微軟正黑體" w:eastAsia="微軟正黑體" w:hAnsi="微軟正黑體" w:hint="eastAsia"/>
                <w:lang w:eastAsia="zh-TW"/>
              </w:rPr>
              <w:t>補助法令主管機關核定同意之理由：</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u w:val="single"/>
                <w:lang w:eastAsia="zh-TW"/>
              </w:rPr>
              <w:t xml:space="preserve">        </w:t>
            </w:r>
          </w:p>
        </w:tc>
      </w:tr>
    </w:tbl>
    <w:p w14:paraId="19D4839C" w14:textId="77777777" w:rsidR="00166305" w:rsidRPr="009C0FA9" w:rsidRDefault="00166305" w:rsidP="005F2F4F">
      <w:pPr>
        <w:spacing w:after="0" w:line="240" w:lineRule="auto"/>
        <w:rPr>
          <w:rFonts w:ascii="微軟正黑體" w:eastAsia="微軟正黑體" w:hAnsi="微軟正黑體"/>
          <w:lang w:eastAsia="zh-TW"/>
        </w:rPr>
      </w:pPr>
    </w:p>
    <w:p w14:paraId="08C9B0B2" w14:textId="77777777" w:rsidR="00166305" w:rsidRPr="009C0FA9" w:rsidRDefault="00166305" w:rsidP="005F2F4F">
      <w:pPr>
        <w:spacing w:after="0" w:line="240" w:lineRule="auto"/>
        <w:rPr>
          <w:rFonts w:ascii="微軟正黑體" w:eastAsia="微軟正黑體" w:hAnsi="微軟正黑體"/>
          <w:lang w:eastAsia="zh-TW"/>
        </w:rPr>
      </w:pPr>
      <w:r w:rsidRPr="009C0FA9">
        <w:rPr>
          <w:rFonts w:ascii="微軟正黑體" w:eastAsia="微軟正黑體" w:hAnsi="微軟正黑體" w:hint="eastAsia"/>
          <w:lang w:eastAsia="zh-TW"/>
        </w:rPr>
        <w:t>備註：</w:t>
      </w:r>
      <w:r w:rsidRPr="009C0FA9">
        <w:rPr>
          <w:rFonts w:ascii="微軟正黑體" w:eastAsia="微軟正黑體" w:hAnsi="微軟正黑體"/>
          <w:lang w:eastAsia="zh-TW"/>
        </w:rPr>
        <w:t xml:space="preserve"> </w:t>
      </w:r>
    </w:p>
    <w:p w14:paraId="3C8C58E8" w14:textId="77777777" w:rsidR="00166305" w:rsidRPr="009C0FA9" w:rsidRDefault="00166305" w:rsidP="005F2F4F">
      <w:pPr>
        <w:spacing w:after="0" w:line="240" w:lineRule="auto"/>
        <w:rPr>
          <w:rFonts w:ascii="微軟正黑體" w:eastAsia="微軟正黑體" w:hAnsi="微軟正黑體"/>
          <w:lang w:eastAsia="zh-TW"/>
        </w:rPr>
      </w:pPr>
      <w:r w:rsidRPr="009C0FA9">
        <w:rPr>
          <w:rFonts w:ascii="微軟正黑體" w:eastAsia="微軟正黑體" w:hAnsi="微軟正黑體" w:hint="eastAsia"/>
          <w:lang w:eastAsia="zh-TW"/>
        </w:rPr>
        <w:t>主動公開之機關團體：</w:t>
      </w:r>
      <w:r w:rsidRPr="009C0FA9">
        <w:rPr>
          <w:rFonts w:ascii="微軟正黑體" w:eastAsia="微軟正黑體" w:hAnsi="微軟正黑體"/>
          <w:lang w:eastAsia="zh-TW"/>
        </w:rPr>
        <w:t xml:space="preserve"> </w:t>
      </w:r>
    </w:p>
    <w:p w14:paraId="6F3B979E"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主動公開之日期：</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 xml:space="preserve">     </w:t>
      </w:r>
      <w:r w:rsidRPr="009C0FA9">
        <w:rPr>
          <w:rFonts w:ascii="微軟正黑體" w:eastAsia="微軟正黑體" w:hAnsi="微軟正黑體"/>
          <w:lang w:eastAsia="zh-TW"/>
        </w:rPr>
        <w:t xml:space="preserve">年  </w:t>
      </w:r>
      <w:r w:rsidRPr="009C0FA9">
        <w:rPr>
          <w:rFonts w:ascii="微軟正黑體" w:eastAsia="微軟正黑體" w:hAnsi="微軟正黑體" w:hint="eastAsia"/>
          <w:lang w:eastAsia="zh-TW"/>
        </w:rPr>
        <w:t xml:space="preserve">     </w:t>
      </w:r>
      <w:r w:rsidRPr="009C0FA9">
        <w:rPr>
          <w:rFonts w:ascii="微軟正黑體" w:eastAsia="微軟正黑體" w:hAnsi="微軟正黑體"/>
          <w:lang w:eastAsia="zh-TW"/>
        </w:rPr>
        <w:t xml:space="preserve">月  </w:t>
      </w:r>
      <w:r w:rsidRPr="009C0FA9">
        <w:rPr>
          <w:rFonts w:ascii="微軟正黑體" w:eastAsia="微軟正黑體" w:hAnsi="微軟正黑體" w:hint="eastAsia"/>
          <w:lang w:eastAsia="zh-TW"/>
        </w:rPr>
        <w:t xml:space="preserve">     </w:t>
      </w:r>
      <w:r w:rsidRPr="009C0FA9">
        <w:rPr>
          <w:rFonts w:ascii="微軟正黑體" w:eastAsia="微軟正黑體" w:hAnsi="微軟正黑體"/>
          <w:lang w:eastAsia="zh-TW"/>
        </w:rPr>
        <w:t xml:space="preserve">日 </w:t>
      </w:r>
    </w:p>
    <w:p w14:paraId="5C347258" w14:textId="77777777" w:rsidR="00166305" w:rsidRPr="009C0FA9" w:rsidRDefault="00166305" w:rsidP="005F2F4F">
      <w:pPr>
        <w:spacing w:after="0" w:line="240" w:lineRule="auto"/>
        <w:rPr>
          <w:rFonts w:ascii="微軟正黑體" w:eastAsia="微軟正黑體" w:hAnsi="微軟正黑體"/>
          <w:lang w:eastAsia="zh-TW"/>
        </w:rPr>
      </w:pPr>
    </w:p>
    <w:p w14:paraId="6313942D" w14:textId="77777777" w:rsidR="00166305" w:rsidRPr="009C0FA9" w:rsidRDefault="00166305" w:rsidP="005F2F4F">
      <w:pPr>
        <w:spacing w:after="0" w:line="240" w:lineRule="auto"/>
        <w:rPr>
          <w:rFonts w:ascii="微軟正黑體" w:eastAsia="微軟正黑體" w:hAnsi="微軟正黑體"/>
          <w:lang w:eastAsia="zh-TW"/>
        </w:rPr>
      </w:pPr>
    </w:p>
    <w:p w14:paraId="01286602" w14:textId="77777777" w:rsidR="00166305" w:rsidRPr="009C0FA9" w:rsidRDefault="00166305" w:rsidP="005F2F4F">
      <w:pPr>
        <w:spacing w:after="120" w:line="240" w:lineRule="auto"/>
        <w:jc w:val="both"/>
        <w:rPr>
          <w:rFonts w:ascii="微軟正黑體" w:eastAsia="微軟正黑體" w:hAnsi="微軟正黑體"/>
          <w:b/>
          <w:lang w:eastAsia="zh-TW"/>
        </w:rPr>
      </w:pPr>
      <w:r w:rsidRPr="009C0FA9">
        <w:rPr>
          <w:rFonts w:ascii="微軟正黑體" w:eastAsia="微軟正黑體" w:hAnsi="微軟正黑體" w:hint="eastAsia"/>
          <w:b/>
          <w:highlight w:val="lightGray"/>
          <w:lang w:eastAsia="zh-TW"/>
        </w:rPr>
        <w:t>※填表說明：</w:t>
      </w:r>
    </w:p>
    <w:p w14:paraId="05DDFE2C" w14:textId="77777777" w:rsidR="00166305" w:rsidRPr="009C0FA9" w:rsidRDefault="00166305" w:rsidP="005F2F4F">
      <w:pPr>
        <w:spacing w:after="120" w:line="240" w:lineRule="auto"/>
        <w:ind w:leftChars="236" w:left="693" w:hangingChars="79" w:hanging="174"/>
        <w:jc w:val="both"/>
        <w:rPr>
          <w:rFonts w:ascii="微軟正黑體" w:eastAsia="微軟正黑體" w:hAnsi="微軟正黑體"/>
          <w:lang w:eastAsia="zh-TW"/>
        </w:rPr>
      </w:pPr>
      <w:r w:rsidRPr="009C0FA9">
        <w:rPr>
          <w:rFonts w:ascii="微軟正黑體" w:eastAsia="微軟正黑體" w:hAnsi="微軟正黑體"/>
          <w:lang w:eastAsia="zh-TW"/>
        </w:rPr>
        <w:t>1.</w:t>
      </w:r>
      <w:r w:rsidRPr="009C0FA9">
        <w:rPr>
          <w:rFonts w:ascii="微軟正黑體" w:eastAsia="微軟正黑體" w:hAnsi="微軟正黑體" w:hint="eastAsia"/>
          <w:lang w:eastAsia="zh-TW"/>
        </w:rPr>
        <w:t>請機關團體一併將公職人員利益衝突迴避法第</w:t>
      </w:r>
      <w:r w:rsidRPr="009C0FA9">
        <w:rPr>
          <w:rFonts w:ascii="微軟正黑體" w:eastAsia="微軟正黑體" w:hAnsi="微軟正黑體"/>
          <w:lang w:eastAsia="zh-TW"/>
        </w:rPr>
        <w:t xml:space="preserve"> 14 條第 2 項公職人員及關係人身分關係揭露表範本</w:t>
      </w:r>
      <w:r w:rsidRPr="009C0FA9">
        <w:rPr>
          <w:rFonts w:ascii="微軟正黑體" w:eastAsia="微軟正黑體" w:hAnsi="微軟正黑體" w:hint="eastAsia"/>
          <w:lang w:eastAsia="zh-TW"/>
        </w:rPr>
        <w:t>【</w:t>
      </w:r>
      <w:r w:rsidRPr="009C0FA9">
        <w:rPr>
          <w:rFonts w:ascii="微軟正黑體" w:eastAsia="微軟正黑體" w:hAnsi="微軟正黑體"/>
          <w:lang w:eastAsia="zh-TW"/>
        </w:rPr>
        <w:t xml:space="preserve">A.事前揭露】公開。 </w:t>
      </w:r>
    </w:p>
    <w:p w14:paraId="306C8E3E" w14:textId="77777777" w:rsidR="00166305" w:rsidRPr="009C0FA9" w:rsidRDefault="00166305" w:rsidP="005F2F4F">
      <w:pPr>
        <w:spacing w:after="120" w:line="240" w:lineRule="auto"/>
        <w:ind w:leftChars="236" w:left="693" w:hangingChars="79" w:hanging="174"/>
        <w:jc w:val="both"/>
        <w:rPr>
          <w:rFonts w:ascii="微軟正黑體" w:eastAsia="微軟正黑體" w:hAnsi="微軟正黑體"/>
          <w:lang w:eastAsia="zh-TW"/>
        </w:rPr>
      </w:pPr>
      <w:r w:rsidRPr="009C0FA9">
        <w:rPr>
          <w:rFonts w:ascii="微軟正黑體" w:eastAsia="微軟正黑體" w:hAnsi="微軟正黑體"/>
          <w:lang w:eastAsia="zh-TW"/>
        </w:rPr>
        <w:t>2.</w:t>
      </w:r>
      <w:r w:rsidRPr="009C0FA9">
        <w:rPr>
          <w:rFonts w:ascii="微軟正黑體" w:eastAsia="微軟正黑體" w:hAnsi="微軟正黑體" w:hint="eastAsia"/>
          <w:lang w:eastAsia="zh-TW"/>
        </w:rPr>
        <w:t>本案屬公職人員利益衝突迴避法第</w:t>
      </w:r>
      <w:r w:rsidRPr="009C0FA9">
        <w:rPr>
          <w:rFonts w:ascii="微軟正黑體" w:eastAsia="微軟正黑體" w:hAnsi="微軟正黑體"/>
          <w:lang w:eastAsia="zh-TW"/>
        </w:rPr>
        <w:t xml:space="preserve"> 14 條第 1 項之交易行為者，請填寫二、交易行為表；屬補助行</w:t>
      </w:r>
      <w:r w:rsidRPr="009C0FA9">
        <w:rPr>
          <w:rFonts w:ascii="微軟正黑體" w:eastAsia="微軟正黑體" w:hAnsi="微軟正黑體" w:hint="eastAsia"/>
          <w:lang w:eastAsia="zh-TW"/>
        </w:rPr>
        <w:t>為者，請填寫三、補助行為表</w:t>
      </w:r>
      <w:r w:rsidRPr="009C0FA9">
        <w:rPr>
          <w:rFonts w:ascii="微軟正黑體" w:eastAsia="微軟正黑體" w:hAnsi="微軟正黑體"/>
          <w:lang w:eastAsia="zh-TW"/>
        </w:rPr>
        <w:t xml:space="preserve">。 </w:t>
      </w:r>
    </w:p>
    <w:p w14:paraId="4F999E99" w14:textId="77777777" w:rsidR="00166305" w:rsidRPr="009C0FA9" w:rsidRDefault="00166305" w:rsidP="005F2F4F">
      <w:pPr>
        <w:spacing w:after="120" w:line="240" w:lineRule="auto"/>
        <w:ind w:leftChars="236" w:left="693" w:hangingChars="79" w:hanging="174"/>
        <w:jc w:val="both"/>
        <w:rPr>
          <w:rFonts w:ascii="微軟正黑體" w:eastAsia="微軟正黑體" w:hAnsi="微軟正黑體"/>
          <w:lang w:eastAsia="zh-TW"/>
        </w:rPr>
      </w:pPr>
      <w:r w:rsidRPr="009C0FA9">
        <w:rPr>
          <w:rFonts w:ascii="微軟正黑體" w:eastAsia="微軟正黑體" w:hAnsi="微軟正黑體"/>
          <w:lang w:eastAsia="zh-TW"/>
        </w:rPr>
        <w:t>3.</w:t>
      </w:r>
      <w:r w:rsidRPr="009C0FA9">
        <w:rPr>
          <w:rFonts w:ascii="微軟正黑體" w:eastAsia="微軟正黑體" w:hAnsi="微軟正黑體" w:hint="eastAsia"/>
          <w:lang w:eastAsia="zh-TW"/>
        </w:rPr>
        <w:t>二、交易行為表請填寫交易機關、名稱、時間、對象、金額，並勾選填寫屬第</w:t>
      </w:r>
      <w:r w:rsidRPr="009C0FA9">
        <w:rPr>
          <w:rFonts w:ascii="微軟正黑體" w:eastAsia="微軟正黑體" w:hAnsi="微軟正黑體"/>
          <w:lang w:eastAsia="zh-TW"/>
        </w:rPr>
        <w:t xml:space="preserve"> 14 條第 1 項但書第 1</w:t>
      </w:r>
      <w:r w:rsidRPr="009C0FA9">
        <w:rPr>
          <w:rFonts w:ascii="微軟正黑體" w:eastAsia="微軟正黑體" w:hAnsi="微軟正黑體" w:hint="eastAsia"/>
          <w:lang w:eastAsia="zh-TW"/>
        </w:rPr>
        <w:t>款或第</w:t>
      </w:r>
      <w:r w:rsidRPr="009C0FA9">
        <w:rPr>
          <w:rFonts w:ascii="微軟正黑體" w:eastAsia="微軟正黑體" w:hAnsi="微軟正黑體"/>
          <w:lang w:eastAsia="zh-TW"/>
        </w:rPr>
        <w:t xml:space="preserve"> 2 款之情形。 </w:t>
      </w:r>
    </w:p>
    <w:p w14:paraId="5366255E" w14:textId="77777777" w:rsidR="00166305" w:rsidRPr="009C0FA9" w:rsidRDefault="00166305" w:rsidP="005F2F4F">
      <w:pPr>
        <w:spacing w:after="120" w:line="240" w:lineRule="auto"/>
        <w:ind w:leftChars="236" w:left="693" w:hangingChars="79" w:hanging="174"/>
        <w:jc w:val="both"/>
        <w:rPr>
          <w:rFonts w:ascii="微軟正黑體" w:eastAsia="微軟正黑體" w:hAnsi="微軟正黑體"/>
          <w:lang w:eastAsia="zh-TW"/>
        </w:rPr>
      </w:pPr>
      <w:r w:rsidRPr="009C0FA9">
        <w:rPr>
          <w:rFonts w:ascii="微軟正黑體" w:eastAsia="微軟正黑體" w:hAnsi="微軟正黑體"/>
          <w:lang w:eastAsia="zh-TW"/>
        </w:rPr>
        <w:t>4.</w:t>
      </w:r>
      <w:r w:rsidRPr="009C0FA9">
        <w:rPr>
          <w:rFonts w:ascii="微軟正黑體" w:eastAsia="微軟正黑體" w:hAnsi="微軟正黑體" w:hint="eastAsia"/>
          <w:lang w:eastAsia="zh-TW"/>
        </w:rPr>
        <w:t>三、補助行為表請填寫補助機關、名稱、時間、對象、金額，並勾選屬第</w:t>
      </w:r>
      <w:r w:rsidRPr="009C0FA9">
        <w:rPr>
          <w:rFonts w:ascii="微軟正黑體" w:eastAsia="微軟正黑體" w:hAnsi="微軟正黑體"/>
          <w:lang w:eastAsia="zh-TW"/>
        </w:rPr>
        <w:t xml:space="preserve"> 14 條第 1 項但書第 3 款</w:t>
      </w:r>
      <w:r w:rsidRPr="009C0FA9">
        <w:rPr>
          <w:rFonts w:ascii="微軟正黑體" w:eastAsia="微軟正黑體" w:hAnsi="微軟正黑體" w:hint="eastAsia"/>
          <w:lang w:eastAsia="zh-TW"/>
        </w:rPr>
        <w:t>前段或後段之情形</w:t>
      </w:r>
      <w:r w:rsidRPr="009C0FA9">
        <w:rPr>
          <w:rFonts w:ascii="微軟正黑體" w:eastAsia="微軟正黑體" w:hAnsi="微軟正黑體"/>
          <w:lang w:eastAsia="zh-TW"/>
        </w:rPr>
        <w:t xml:space="preserve">。 </w:t>
      </w:r>
    </w:p>
    <w:p w14:paraId="10B457C6" w14:textId="77777777" w:rsidR="00166305" w:rsidRPr="009C0FA9" w:rsidRDefault="00166305" w:rsidP="005F2F4F">
      <w:pPr>
        <w:spacing w:after="0" w:line="240" w:lineRule="auto"/>
        <w:rPr>
          <w:rFonts w:ascii="微軟正黑體" w:eastAsia="微軟正黑體" w:hAnsi="微軟正黑體"/>
          <w:lang w:eastAsia="zh-TW"/>
        </w:rPr>
      </w:pPr>
    </w:p>
    <w:p w14:paraId="71980B7D" w14:textId="77777777" w:rsidR="00166305" w:rsidRPr="009C0FA9" w:rsidRDefault="00166305" w:rsidP="005F2F4F">
      <w:pPr>
        <w:spacing w:after="120" w:line="240" w:lineRule="auto"/>
        <w:jc w:val="both"/>
        <w:rPr>
          <w:rFonts w:ascii="微軟正黑體" w:eastAsia="微軟正黑體" w:hAnsi="微軟正黑體"/>
          <w:b/>
          <w:highlight w:val="lightGray"/>
          <w:lang w:eastAsia="zh-TW"/>
        </w:rPr>
      </w:pPr>
      <w:r w:rsidRPr="009C0FA9">
        <w:rPr>
          <w:rFonts w:ascii="微軟正黑體" w:eastAsia="微軟正黑體" w:hAnsi="微軟正黑體" w:hint="eastAsia"/>
          <w:b/>
          <w:highlight w:val="lightGray"/>
          <w:lang w:eastAsia="zh-TW"/>
        </w:rPr>
        <w:t>※相關法條：</w:t>
      </w:r>
    </w:p>
    <w:p w14:paraId="70FD9BF7" w14:textId="77777777" w:rsidR="00166305" w:rsidRPr="009C0FA9" w:rsidRDefault="00166305" w:rsidP="005F2F4F">
      <w:pPr>
        <w:spacing w:after="0" w:line="240" w:lineRule="auto"/>
        <w:ind w:leftChars="236" w:left="693" w:hangingChars="79" w:hanging="174"/>
        <w:jc w:val="both"/>
        <w:rPr>
          <w:rFonts w:ascii="微軟正黑體" w:eastAsia="微軟正黑體" w:hAnsi="微軟正黑體"/>
          <w:lang w:eastAsia="zh-TW"/>
        </w:rPr>
      </w:pPr>
      <w:r w:rsidRPr="009C0FA9">
        <w:rPr>
          <w:rFonts w:ascii="微軟正黑體" w:eastAsia="微軟正黑體" w:hAnsi="微軟正黑體" w:hint="eastAsia"/>
          <w:lang w:eastAsia="zh-TW"/>
        </w:rPr>
        <w:t>第</w:t>
      </w:r>
      <w:r w:rsidRPr="009C0FA9">
        <w:rPr>
          <w:rFonts w:ascii="微軟正黑體" w:eastAsia="微軟正黑體" w:hAnsi="微軟正黑體"/>
          <w:lang w:eastAsia="zh-TW"/>
        </w:rPr>
        <w:t xml:space="preserve"> 2 條 </w:t>
      </w:r>
    </w:p>
    <w:p w14:paraId="4C553FC0" w14:textId="77777777" w:rsidR="00166305" w:rsidRPr="009C0FA9" w:rsidRDefault="00166305" w:rsidP="005F2F4F">
      <w:pPr>
        <w:spacing w:after="0" w:line="240" w:lineRule="auto"/>
        <w:ind w:leftChars="236" w:left="693" w:hangingChars="79" w:hanging="174"/>
        <w:jc w:val="both"/>
        <w:rPr>
          <w:rFonts w:ascii="微軟正黑體" w:eastAsia="微軟正黑體" w:hAnsi="微軟正黑體"/>
          <w:lang w:eastAsia="zh-TW"/>
        </w:rPr>
      </w:pPr>
      <w:r w:rsidRPr="009C0FA9">
        <w:rPr>
          <w:rFonts w:ascii="微軟正黑體" w:eastAsia="微軟正黑體" w:hAnsi="微軟正黑體" w:hint="eastAsia"/>
          <w:lang w:eastAsia="zh-TW"/>
        </w:rPr>
        <w:t>本法所稱公職人員，其範圍如下：</w:t>
      </w:r>
    </w:p>
    <w:p w14:paraId="7D7B8DAD"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一、總統、副總統。</w:t>
      </w:r>
      <w:r w:rsidRPr="009C0FA9">
        <w:rPr>
          <w:rFonts w:ascii="微軟正黑體" w:eastAsia="微軟正黑體" w:hAnsi="微軟正黑體"/>
          <w:lang w:eastAsia="zh-TW"/>
        </w:rPr>
        <w:t xml:space="preserve"> </w:t>
      </w:r>
    </w:p>
    <w:p w14:paraId="07F71964"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二、各級政府機關（構）、公營事業總、分支機構之首長、副首長、幕僚長、副幕僚長與該等職務之人。</w:t>
      </w:r>
      <w:r w:rsidRPr="009C0FA9">
        <w:rPr>
          <w:rFonts w:ascii="微軟正黑體" w:eastAsia="微軟正黑體" w:hAnsi="微軟正黑體"/>
          <w:lang w:eastAsia="zh-TW"/>
        </w:rPr>
        <w:t xml:space="preserve"> </w:t>
      </w:r>
    </w:p>
    <w:p w14:paraId="2D95C867"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三、政務人員。</w:t>
      </w:r>
      <w:r w:rsidRPr="009C0FA9">
        <w:rPr>
          <w:rFonts w:ascii="微軟正黑體" w:eastAsia="微軟正黑體" w:hAnsi="微軟正黑體"/>
          <w:lang w:eastAsia="zh-TW"/>
        </w:rPr>
        <w:t xml:space="preserve"> </w:t>
      </w:r>
    </w:p>
    <w:p w14:paraId="6635DE4C"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四、各級公立學校、軍警院校、矯正學校校長、副校長；其設有附屬機構者，該機構之首長、副首長。</w:t>
      </w:r>
      <w:r w:rsidRPr="009C0FA9">
        <w:rPr>
          <w:rFonts w:ascii="微軟正黑體" w:eastAsia="微軟正黑體" w:hAnsi="微軟正黑體"/>
          <w:lang w:eastAsia="zh-TW"/>
        </w:rPr>
        <w:t xml:space="preserve"> </w:t>
      </w:r>
    </w:p>
    <w:p w14:paraId="3B9E035E"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五、各級民意機關之民意代表。</w:t>
      </w:r>
      <w:r w:rsidRPr="009C0FA9">
        <w:rPr>
          <w:rFonts w:ascii="微軟正黑體" w:eastAsia="微軟正黑體" w:hAnsi="微軟正黑體"/>
          <w:lang w:eastAsia="zh-TW"/>
        </w:rPr>
        <w:t xml:space="preserve"> </w:t>
      </w:r>
    </w:p>
    <w:p w14:paraId="37F40D5B"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六、代表政府或公股出任其出資、捐助之私法人之董事、監察人與該等職務之人。</w:t>
      </w:r>
      <w:r w:rsidRPr="009C0FA9">
        <w:rPr>
          <w:rFonts w:ascii="微軟正黑體" w:eastAsia="微軟正黑體" w:hAnsi="微軟正黑體"/>
          <w:lang w:eastAsia="zh-TW"/>
        </w:rPr>
        <w:t xml:space="preserve"> </w:t>
      </w:r>
    </w:p>
    <w:p w14:paraId="28B13E97"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七、公法人之董事、監察人、首長、執行長與該等職務之人。</w:t>
      </w:r>
      <w:r w:rsidRPr="009C0FA9">
        <w:rPr>
          <w:rFonts w:ascii="微軟正黑體" w:eastAsia="微軟正黑體" w:hAnsi="微軟正黑體"/>
          <w:lang w:eastAsia="zh-TW"/>
        </w:rPr>
        <w:t xml:space="preserve"> </w:t>
      </w:r>
    </w:p>
    <w:p w14:paraId="32BAFB3A"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八、政府捐助之財團法人之董事長、執行長、秘書長與該等職務之人。</w:t>
      </w:r>
      <w:r w:rsidRPr="009C0FA9">
        <w:rPr>
          <w:rFonts w:ascii="微軟正黑體" w:eastAsia="微軟正黑體" w:hAnsi="微軟正黑體"/>
          <w:lang w:eastAsia="zh-TW"/>
        </w:rPr>
        <w:t xml:space="preserve"> </w:t>
      </w:r>
    </w:p>
    <w:p w14:paraId="4A44A7C7"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九、法官、檢察官、戰時軍法官、行政執行官、司法事務官及檢察事務官。</w:t>
      </w:r>
      <w:r w:rsidRPr="009C0FA9">
        <w:rPr>
          <w:rFonts w:ascii="微軟正黑體" w:eastAsia="微軟正黑體" w:hAnsi="微軟正黑體"/>
          <w:lang w:eastAsia="zh-TW"/>
        </w:rPr>
        <w:t xml:space="preserve"> </w:t>
      </w:r>
    </w:p>
    <w:p w14:paraId="46E5509D"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十、各級軍事機關（構）及部隊上校編階以上之主官、副主官。</w:t>
      </w:r>
      <w:r w:rsidRPr="009C0FA9">
        <w:rPr>
          <w:rFonts w:ascii="微軟正黑體" w:eastAsia="微軟正黑體" w:hAnsi="微軟正黑體"/>
          <w:lang w:eastAsia="zh-TW"/>
        </w:rPr>
        <w:t xml:space="preserve"> </w:t>
      </w:r>
    </w:p>
    <w:p w14:paraId="66527046" w14:textId="77777777" w:rsidR="00166305" w:rsidRPr="009C0FA9" w:rsidRDefault="00166305" w:rsidP="005F2F4F">
      <w:pPr>
        <w:spacing w:after="0" w:line="240" w:lineRule="auto"/>
        <w:ind w:leftChars="236" w:left="1192" w:hangingChars="306" w:hanging="673"/>
        <w:jc w:val="both"/>
        <w:rPr>
          <w:rFonts w:ascii="微軟正黑體" w:eastAsia="微軟正黑體" w:hAnsi="微軟正黑體"/>
          <w:lang w:eastAsia="zh-TW"/>
        </w:rPr>
      </w:pPr>
      <w:r w:rsidRPr="009C0FA9">
        <w:rPr>
          <w:rFonts w:ascii="微軟正黑體" w:eastAsia="微軟正黑體" w:hAnsi="微軟正黑體" w:hint="eastAsia"/>
          <w:lang w:eastAsia="zh-TW"/>
        </w:rPr>
        <w:t>十一、其他各級政府機關（構）、公營事業機構、各級公立學校、軍警院校、矯正學校及附屬機構</w:t>
      </w:r>
      <w:r w:rsidRPr="009C0FA9">
        <w:rPr>
          <w:rFonts w:ascii="微軟正黑體" w:eastAsia="微軟正黑體" w:hAnsi="微軟正黑體"/>
          <w:lang w:eastAsia="zh-TW"/>
        </w:rPr>
        <w:t xml:space="preserve"> </w:t>
      </w:r>
    </w:p>
    <w:p w14:paraId="03AA1416" w14:textId="77777777" w:rsidR="00166305" w:rsidRPr="009C0FA9" w:rsidRDefault="00166305" w:rsidP="005F2F4F">
      <w:pPr>
        <w:spacing w:after="0" w:line="240" w:lineRule="auto"/>
        <w:ind w:leftChars="236" w:left="1192" w:hangingChars="306" w:hanging="673"/>
        <w:jc w:val="both"/>
        <w:rPr>
          <w:rFonts w:ascii="微軟正黑體" w:eastAsia="微軟正黑體" w:hAnsi="微軟正黑體"/>
          <w:lang w:eastAsia="zh-TW"/>
        </w:rPr>
      </w:pPr>
      <w:r w:rsidRPr="009C0FA9">
        <w:rPr>
          <w:rFonts w:ascii="微軟正黑體" w:eastAsia="微軟正黑體" w:hAnsi="微軟正黑體" w:hint="eastAsia"/>
          <w:lang w:eastAsia="zh-TW"/>
        </w:rPr>
        <w:t>辦理工務、建築管理、城鄉計畫、政風、會計、審計、採購業務之主管人員。</w:t>
      </w:r>
      <w:r w:rsidRPr="009C0FA9">
        <w:rPr>
          <w:rFonts w:ascii="微軟正黑體" w:eastAsia="微軟正黑體" w:hAnsi="微軟正黑體"/>
          <w:lang w:eastAsia="zh-TW"/>
        </w:rPr>
        <w:t xml:space="preserve"> </w:t>
      </w:r>
    </w:p>
    <w:p w14:paraId="2ED13DA0" w14:textId="77777777" w:rsidR="00166305" w:rsidRPr="009C0FA9" w:rsidRDefault="00166305" w:rsidP="005F2F4F">
      <w:pPr>
        <w:spacing w:after="0" w:line="240" w:lineRule="auto"/>
        <w:ind w:leftChars="236" w:left="1192" w:hangingChars="306" w:hanging="673"/>
        <w:jc w:val="both"/>
        <w:rPr>
          <w:rFonts w:ascii="微軟正黑體" w:eastAsia="微軟正黑體" w:hAnsi="微軟正黑體"/>
          <w:lang w:eastAsia="zh-TW"/>
        </w:rPr>
      </w:pPr>
      <w:r w:rsidRPr="009C0FA9">
        <w:rPr>
          <w:rFonts w:ascii="微軟正黑體" w:eastAsia="微軟正黑體" w:hAnsi="微軟正黑體" w:hint="eastAsia"/>
          <w:lang w:eastAsia="zh-TW"/>
        </w:rPr>
        <w:t>十二、其他職務性質特殊，經行政院會同主管府、院核定適用本法之人員。</w:t>
      </w:r>
      <w:r w:rsidRPr="009C0FA9">
        <w:rPr>
          <w:rFonts w:ascii="微軟正黑體" w:eastAsia="微軟正黑體" w:hAnsi="微軟正黑體"/>
          <w:lang w:eastAsia="zh-TW"/>
        </w:rPr>
        <w:t xml:space="preserve"> </w:t>
      </w:r>
    </w:p>
    <w:p w14:paraId="2C35EE5B"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依法代理執行前項公職人員職務之人員，於執行該職務期間亦屬本法之公職人員。</w:t>
      </w:r>
    </w:p>
    <w:p w14:paraId="2C05DA9F" w14:textId="77777777" w:rsidR="00166305" w:rsidRDefault="00166305" w:rsidP="005F2F4F">
      <w:pPr>
        <w:spacing w:after="0" w:line="240" w:lineRule="auto"/>
        <w:rPr>
          <w:rFonts w:ascii="微軟正黑體" w:eastAsia="微軟正黑體" w:hAnsi="微軟正黑體"/>
          <w:lang w:eastAsia="zh-TW"/>
        </w:rPr>
      </w:pPr>
    </w:p>
    <w:p w14:paraId="2CDA0154" w14:textId="77777777" w:rsidR="00E465F5" w:rsidRPr="009C0FA9" w:rsidRDefault="00E465F5" w:rsidP="005F2F4F">
      <w:pPr>
        <w:spacing w:after="0" w:line="240" w:lineRule="auto"/>
        <w:rPr>
          <w:rFonts w:ascii="微軟正黑體" w:eastAsia="微軟正黑體" w:hAnsi="微軟正黑體"/>
          <w:lang w:eastAsia="zh-TW"/>
        </w:rPr>
      </w:pPr>
    </w:p>
    <w:p w14:paraId="77A0DD20"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lastRenderedPageBreak/>
        <w:t>第</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3</w:t>
      </w:r>
      <w:r w:rsidRPr="009C0FA9">
        <w:rPr>
          <w:rFonts w:ascii="微軟正黑體" w:eastAsia="微軟正黑體" w:hAnsi="微軟正黑體"/>
          <w:lang w:eastAsia="zh-TW"/>
        </w:rPr>
        <w:t xml:space="preserve"> 條 </w:t>
      </w:r>
    </w:p>
    <w:p w14:paraId="71500CE2"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本法所定公職人員之關係人，其範圍如下：</w:t>
      </w:r>
    </w:p>
    <w:p w14:paraId="270B2879"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二、公職人員之二親等以內親屬。</w:t>
      </w:r>
      <w:r w:rsidRPr="009C0FA9">
        <w:rPr>
          <w:rFonts w:ascii="微軟正黑體" w:eastAsia="微軟正黑體" w:hAnsi="微軟正黑體"/>
          <w:lang w:eastAsia="zh-TW"/>
        </w:rPr>
        <w:t xml:space="preserve"> </w:t>
      </w:r>
    </w:p>
    <w:p w14:paraId="721C72DC"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三、公職人員或其配偶信託財產之受託人。但依法辦理強制信託時，不在此限。</w:t>
      </w:r>
      <w:r w:rsidRPr="009C0FA9">
        <w:rPr>
          <w:rFonts w:ascii="微軟正黑體" w:eastAsia="微軟正黑體" w:hAnsi="微軟正黑體"/>
          <w:lang w:eastAsia="zh-TW"/>
        </w:rPr>
        <w:t xml:space="preserve"> </w:t>
      </w:r>
    </w:p>
    <w:p w14:paraId="486F5802"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四、公職人員、第一款與第二款所列人員擔任負責人、董事、獨立董事、監察人、經理人或相類似職務之營利事業、非營利之法人及非法人團體。但屬政府或公股指派、遴聘代表或由政府聘任者，不包括之。</w:t>
      </w:r>
      <w:r w:rsidRPr="009C0FA9">
        <w:rPr>
          <w:rFonts w:ascii="微軟正黑體" w:eastAsia="微軟正黑體" w:hAnsi="微軟正黑體"/>
          <w:lang w:eastAsia="zh-TW"/>
        </w:rPr>
        <w:t xml:space="preserve"> </w:t>
      </w:r>
    </w:p>
    <w:p w14:paraId="729028C1"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五、經公職人員進用之機要人員。</w:t>
      </w:r>
      <w:r w:rsidRPr="009C0FA9">
        <w:rPr>
          <w:rFonts w:ascii="微軟正黑體" w:eastAsia="微軟正黑體" w:hAnsi="微軟正黑體"/>
          <w:lang w:eastAsia="zh-TW"/>
        </w:rPr>
        <w:t xml:space="preserve"> </w:t>
      </w:r>
    </w:p>
    <w:p w14:paraId="1F7860C3"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六、各級民意代表之助理。</w:t>
      </w:r>
      <w:r w:rsidRPr="009C0FA9">
        <w:rPr>
          <w:rFonts w:ascii="微軟正黑體" w:eastAsia="微軟正黑體" w:hAnsi="微軟正黑體"/>
          <w:lang w:eastAsia="zh-TW"/>
        </w:rPr>
        <w:t xml:space="preserve"> </w:t>
      </w:r>
    </w:p>
    <w:p w14:paraId="6824DB00"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前項第六款所稱之助理指各級民意代表之公費助理、其加入助理工會之助理及其他受其指揮監督之助理。</w:t>
      </w:r>
    </w:p>
    <w:p w14:paraId="68F277BF" w14:textId="77777777" w:rsidR="00166305" w:rsidRPr="009C0FA9" w:rsidRDefault="00166305" w:rsidP="005F2F4F">
      <w:pPr>
        <w:spacing w:after="0" w:line="320" w:lineRule="exact"/>
        <w:ind w:firstLineChars="236" w:firstLine="519"/>
        <w:jc w:val="both"/>
        <w:rPr>
          <w:rFonts w:ascii="微軟正黑體" w:eastAsia="微軟正黑體" w:hAnsi="微軟正黑體"/>
          <w:lang w:eastAsia="zh-TW"/>
        </w:rPr>
      </w:pPr>
    </w:p>
    <w:p w14:paraId="38E8D80B"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第</w:t>
      </w:r>
      <w:r w:rsidRPr="009C0FA9">
        <w:rPr>
          <w:rFonts w:ascii="微軟正黑體" w:eastAsia="微軟正黑體" w:hAnsi="微軟正黑體"/>
          <w:lang w:eastAsia="zh-TW"/>
        </w:rPr>
        <w:t xml:space="preserve"> 14 條 </w:t>
      </w:r>
    </w:p>
    <w:p w14:paraId="57B4E8EC"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公職人員或其關係人，不得與公職人員服務或受其監督之機關團體為補助、買賣、租賃、承攬或其他具有對價之交易行為。但有下列情形之一者，不在此限：</w:t>
      </w:r>
    </w:p>
    <w:p w14:paraId="52589826"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一、依政府採購法以公告程序或同法第一百零五條辦理之採購。</w:t>
      </w:r>
      <w:r w:rsidRPr="009C0FA9">
        <w:rPr>
          <w:rFonts w:ascii="微軟正黑體" w:eastAsia="微軟正黑體" w:hAnsi="微軟正黑體"/>
          <w:lang w:eastAsia="zh-TW"/>
        </w:rPr>
        <w:t xml:space="preserve"> </w:t>
      </w:r>
    </w:p>
    <w:p w14:paraId="2BD1D1A8"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二、依法令規定經由公平競爭方式，以公告程序辦理之採購、標售、標租或招標設定用益物權。</w:t>
      </w:r>
      <w:r w:rsidRPr="009C0FA9">
        <w:rPr>
          <w:rFonts w:ascii="微軟正黑體" w:eastAsia="微軟正黑體" w:hAnsi="微軟正黑體"/>
          <w:lang w:eastAsia="zh-TW"/>
        </w:rPr>
        <w:t xml:space="preserve"> </w:t>
      </w:r>
    </w:p>
    <w:p w14:paraId="2B64EA6E"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三、基於法定身分依法令規定申請之補助；或對公職人員之關係人依法令規定以公開公平方式辦理</w:t>
      </w:r>
      <w:r w:rsidRPr="009C0FA9">
        <w:rPr>
          <w:rFonts w:ascii="微軟正黑體" w:eastAsia="微軟正黑體" w:hAnsi="微軟正黑體"/>
          <w:lang w:eastAsia="zh-TW"/>
        </w:rPr>
        <w:t xml:space="preserve"> </w:t>
      </w:r>
    </w:p>
    <w:p w14:paraId="598253FA"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之補助，或禁止其補助反不利於公共利益且經補助法令主管機關核定同意之補助。</w:t>
      </w:r>
      <w:r w:rsidRPr="009C0FA9">
        <w:rPr>
          <w:rFonts w:ascii="微軟正黑體" w:eastAsia="微軟正黑體" w:hAnsi="微軟正黑體"/>
          <w:lang w:eastAsia="zh-TW"/>
        </w:rPr>
        <w:t xml:space="preserve"> </w:t>
      </w:r>
    </w:p>
    <w:p w14:paraId="77DC8BBD"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四、交易標的為公職人員服務或受其監督之機關團體所提供，並以公定價格交易。</w:t>
      </w:r>
      <w:r w:rsidRPr="009C0FA9">
        <w:rPr>
          <w:rFonts w:ascii="微軟正黑體" w:eastAsia="微軟正黑體" w:hAnsi="微軟正黑體"/>
          <w:lang w:eastAsia="zh-TW"/>
        </w:rPr>
        <w:t xml:space="preserve"> </w:t>
      </w:r>
    </w:p>
    <w:p w14:paraId="62E9BD68"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五、公營事業機構執行國家建設、公共政策或為公益用途申請承租、承購、委託經營、改良利用國有非公用不動產。</w:t>
      </w:r>
    </w:p>
    <w:p w14:paraId="3C14206A"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六、一定金額以下之補助及交易。</w:t>
      </w:r>
    </w:p>
    <w:p w14:paraId="6B2C4FFB"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r w:rsidRPr="009C0FA9">
        <w:rPr>
          <w:rFonts w:ascii="微軟正黑體" w:eastAsia="微軟正黑體" w:hAnsi="微軟正黑體"/>
          <w:lang w:eastAsia="zh-TW"/>
        </w:rPr>
        <w:t xml:space="preserve"> </w:t>
      </w:r>
    </w:p>
    <w:p w14:paraId="1E054958"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前項公開應利用電信網路或其他方式供公眾線上查詢。</w:t>
      </w:r>
      <w:r w:rsidRPr="009C0FA9">
        <w:rPr>
          <w:rFonts w:ascii="微軟正黑體" w:eastAsia="微軟正黑體" w:hAnsi="微軟正黑體"/>
          <w:lang w:eastAsia="zh-TW"/>
        </w:rPr>
        <w:t xml:space="preserve"> </w:t>
      </w:r>
    </w:p>
    <w:p w14:paraId="4BDB83DE"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第一項但書第六款之一定金額，由行政院會同監察院定之。</w:t>
      </w:r>
    </w:p>
    <w:p w14:paraId="3F5EBFC1" w14:textId="77777777" w:rsidR="00166305" w:rsidRPr="009C0FA9" w:rsidRDefault="00166305" w:rsidP="005F2F4F">
      <w:pPr>
        <w:spacing w:after="120" w:line="240" w:lineRule="auto"/>
        <w:ind w:leftChars="233" w:left="513" w:firstLineChars="2" w:firstLine="4"/>
        <w:jc w:val="both"/>
        <w:rPr>
          <w:rFonts w:ascii="微軟正黑體" w:eastAsia="微軟正黑體" w:hAnsi="微軟正黑體"/>
          <w:lang w:eastAsia="zh-TW"/>
        </w:rPr>
      </w:pPr>
    </w:p>
    <w:p w14:paraId="30EF1C5E"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第</w:t>
      </w:r>
      <w:r w:rsidRPr="009C0FA9">
        <w:rPr>
          <w:rFonts w:ascii="微軟正黑體" w:eastAsia="微軟正黑體" w:hAnsi="微軟正黑體"/>
          <w:lang w:eastAsia="zh-TW"/>
        </w:rPr>
        <w:t xml:space="preserve"> 18 條 </w:t>
      </w:r>
    </w:p>
    <w:p w14:paraId="6020000A"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違反第十四條第一項規定者，依下列規定處罰：</w:t>
      </w:r>
    </w:p>
    <w:p w14:paraId="46AE5AD2"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一、交易或補助金額未達新臺幣十萬元者，處新臺幣一萬元以上五萬元以下罰鍰。</w:t>
      </w:r>
      <w:r w:rsidRPr="009C0FA9">
        <w:rPr>
          <w:rFonts w:ascii="微軟正黑體" w:eastAsia="微軟正黑體" w:hAnsi="微軟正黑體"/>
          <w:lang w:eastAsia="zh-TW"/>
        </w:rPr>
        <w:t xml:space="preserve"> </w:t>
      </w:r>
    </w:p>
    <w:p w14:paraId="29DF064D"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二、交易或補助金額新臺幣十萬元以上未達一百萬元者，處新臺幣六萬元以上五十萬元以下罰鍰。</w:t>
      </w:r>
      <w:r w:rsidRPr="009C0FA9">
        <w:rPr>
          <w:rFonts w:ascii="微軟正黑體" w:eastAsia="微軟正黑體" w:hAnsi="微軟正黑體"/>
          <w:lang w:eastAsia="zh-TW"/>
        </w:rPr>
        <w:t xml:space="preserve"> </w:t>
      </w:r>
    </w:p>
    <w:p w14:paraId="6C0193E8"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三、交易或補助金額新臺幣一百萬元以上未達一千萬元者，處新臺幣六十萬元以上五百萬元以下罰鍰。</w:t>
      </w:r>
      <w:r w:rsidRPr="009C0FA9">
        <w:rPr>
          <w:rFonts w:ascii="微軟正黑體" w:eastAsia="微軟正黑體" w:hAnsi="微軟正黑體"/>
          <w:lang w:eastAsia="zh-TW"/>
        </w:rPr>
        <w:t xml:space="preserve"> </w:t>
      </w:r>
    </w:p>
    <w:p w14:paraId="1394269E" w14:textId="77777777" w:rsidR="00166305" w:rsidRPr="009C0FA9" w:rsidRDefault="00166305" w:rsidP="005F2F4F">
      <w:pPr>
        <w:spacing w:after="0" w:line="240" w:lineRule="auto"/>
        <w:ind w:leftChars="236" w:left="974" w:hangingChars="207" w:hanging="455"/>
        <w:jc w:val="both"/>
        <w:rPr>
          <w:rFonts w:ascii="微軟正黑體" w:eastAsia="微軟正黑體" w:hAnsi="微軟正黑體"/>
          <w:lang w:eastAsia="zh-TW"/>
        </w:rPr>
      </w:pPr>
      <w:r w:rsidRPr="009C0FA9">
        <w:rPr>
          <w:rFonts w:ascii="微軟正黑體" w:eastAsia="微軟正黑體" w:hAnsi="微軟正黑體" w:hint="eastAsia"/>
          <w:lang w:eastAsia="zh-TW"/>
        </w:rPr>
        <w:t>四、交易或補助金額新臺幣一千萬元以上者，處新臺幣六百萬元以上該交易金額以下罰鍰。</w:t>
      </w:r>
    </w:p>
    <w:p w14:paraId="359A2E47"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前項交易金額依契約所明定或可得確定之價格定之。但結算後之金額高於該價格者，依結算金額。</w:t>
      </w:r>
      <w:r w:rsidRPr="009C0FA9">
        <w:rPr>
          <w:rFonts w:ascii="微軟正黑體" w:eastAsia="微軟正黑體" w:hAnsi="微軟正黑體"/>
          <w:lang w:eastAsia="zh-TW"/>
        </w:rPr>
        <w:t xml:space="preserve"> </w:t>
      </w:r>
    </w:p>
    <w:p w14:paraId="76EE1A14" w14:textId="77777777" w:rsidR="00166305" w:rsidRPr="009C0FA9" w:rsidRDefault="00166305" w:rsidP="005F2F4F">
      <w:pPr>
        <w:spacing w:after="0" w:line="240" w:lineRule="auto"/>
        <w:ind w:leftChars="233" w:left="513" w:firstLineChars="2" w:firstLine="4"/>
        <w:jc w:val="both"/>
        <w:rPr>
          <w:rFonts w:ascii="微軟正黑體" w:eastAsia="微軟正黑體" w:hAnsi="微軟正黑體"/>
          <w:lang w:eastAsia="zh-TW"/>
        </w:rPr>
      </w:pPr>
      <w:r w:rsidRPr="009C0FA9">
        <w:rPr>
          <w:rFonts w:ascii="微軟正黑體" w:eastAsia="微軟正黑體" w:hAnsi="微軟正黑體" w:hint="eastAsia"/>
          <w:lang w:eastAsia="zh-TW"/>
        </w:rPr>
        <w:t>違反第十四條第二項規定者，處新臺幣五萬元以上五十萬元以下罰鍰，並得按次處罰。</w:t>
      </w:r>
    </w:p>
    <w:p w14:paraId="276B6BA0" w14:textId="77777777" w:rsidR="00166305" w:rsidRPr="009C0FA9" w:rsidRDefault="00166305" w:rsidP="005F2F4F">
      <w:pPr>
        <w:spacing w:after="0" w:line="240" w:lineRule="auto"/>
        <w:rPr>
          <w:rFonts w:ascii="微軟正黑體" w:eastAsia="微軟正黑體" w:hAnsi="微軟正黑體"/>
          <w:b/>
          <w:sz w:val="36"/>
          <w:szCs w:val="36"/>
          <w:lang w:eastAsia="zh-TW"/>
        </w:rPr>
      </w:pPr>
      <w:r w:rsidRPr="009C0FA9">
        <w:rPr>
          <w:rFonts w:ascii="微軟正黑體" w:eastAsia="微軟正黑體" w:hAnsi="微軟正黑體"/>
          <w:b/>
          <w:sz w:val="36"/>
          <w:szCs w:val="36"/>
          <w:lang w:eastAsia="zh-TW"/>
        </w:rPr>
        <w:br w:type="page"/>
      </w:r>
    </w:p>
    <w:p w14:paraId="48E45D0D" w14:textId="77777777" w:rsidR="00166305" w:rsidRPr="00E465F5" w:rsidRDefault="00166305" w:rsidP="005F2F4F">
      <w:pPr>
        <w:tabs>
          <w:tab w:val="left" w:pos="993"/>
        </w:tabs>
        <w:spacing w:after="120" w:line="240" w:lineRule="auto"/>
        <w:rPr>
          <w:rFonts w:ascii="微軟正黑體" w:eastAsia="微軟正黑體" w:hAnsi="微軟正黑體"/>
          <w:b/>
          <w:bCs/>
          <w:sz w:val="24"/>
          <w:szCs w:val="24"/>
          <w:lang w:eastAsia="zh-TW"/>
        </w:rPr>
      </w:pPr>
      <w:bookmarkStart w:id="11" w:name="_Toc228345534"/>
      <w:r w:rsidRPr="00E465F5">
        <w:rPr>
          <w:rFonts w:ascii="微軟正黑體" w:eastAsia="微軟正黑體" w:hAnsi="微軟正黑體" w:hint="eastAsia"/>
          <w:b/>
          <w:bCs/>
          <w:sz w:val="24"/>
          <w:szCs w:val="24"/>
          <w:lang w:eastAsia="zh-TW"/>
        </w:rPr>
        <w:lastRenderedPageBreak/>
        <w:t>附件一之十</w:t>
      </w:r>
      <w:r w:rsidRPr="00E465F5">
        <w:rPr>
          <w:rFonts w:ascii="微軟正黑體" w:eastAsia="微軟正黑體" w:hAnsi="微軟正黑體"/>
          <w:b/>
          <w:bCs/>
          <w:sz w:val="24"/>
          <w:szCs w:val="24"/>
          <w:lang w:eastAsia="zh-TW"/>
        </w:rPr>
        <w:t xml:space="preserve"> </w:t>
      </w:r>
      <w:r w:rsidRPr="00E465F5">
        <w:rPr>
          <w:rFonts w:ascii="微軟正黑體" w:eastAsia="微軟正黑體" w:hAnsi="微軟正黑體" w:hint="eastAsia"/>
          <w:b/>
          <w:bCs/>
          <w:sz w:val="24"/>
          <w:szCs w:val="24"/>
          <w:lang w:eastAsia="zh-TW"/>
        </w:rPr>
        <w:t>申請人聲明書</w:t>
      </w:r>
      <w:bookmarkEnd w:id="11"/>
    </w:p>
    <w:p w14:paraId="7BD284D9" w14:textId="2F91452D" w:rsidR="00166305" w:rsidRPr="009C0FA9" w:rsidRDefault="00166305" w:rsidP="005F2F4F">
      <w:pPr>
        <w:spacing w:after="120" w:line="240" w:lineRule="auto"/>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hint="eastAsia"/>
          <w:b/>
          <w:sz w:val="32"/>
          <w:szCs w:val="32"/>
          <w:lang w:eastAsia="zh-TW"/>
        </w:rPr>
        <w:t>申請人聲明書</w:t>
      </w:r>
    </w:p>
    <w:p w14:paraId="563F83D3" w14:textId="79C333A4"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立聲明書人</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 xml:space="preserve"> </w:t>
      </w:r>
      <w:r w:rsidRPr="009C0FA9">
        <w:rPr>
          <w:rFonts w:ascii="微軟正黑體" w:eastAsia="微軟正黑體" w:hAnsi="微軟正黑體"/>
          <w:lang w:eastAsia="zh-TW"/>
        </w:rPr>
        <w:t>（單一申請人或合作聯盟各成員名稱）   為參與</w:t>
      </w:r>
      <w:bookmarkStart w:id="12" w:name="_Hlk221613131"/>
      <w:r w:rsidRPr="009C0FA9">
        <w:rPr>
          <w:rFonts w:ascii="微軟正黑體" w:eastAsia="微軟正黑體" w:hAnsi="微軟正黑體"/>
          <w:lang w:eastAsia="zh-TW"/>
        </w:rPr>
        <w:t>高雄市政</w:t>
      </w:r>
      <w:r w:rsidRPr="009C0FA9">
        <w:rPr>
          <w:rFonts w:ascii="微軟正黑體" w:eastAsia="微軟正黑體" w:hAnsi="微軟正黑體" w:hint="eastAsia"/>
          <w:lang w:eastAsia="zh-TW"/>
        </w:rPr>
        <w:t>府環境保護局(以下簡稱</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機關)辦理之「高雄市資源回收細分類廠有償BTO+BOT案」（以下簡稱「</w:t>
      </w:r>
      <w:r w:rsidRPr="009C0FA9" w:rsidDel="004A0520">
        <w:rPr>
          <w:rFonts w:ascii="微軟正黑體" w:eastAsia="微軟正黑體" w:hAnsi="微軟正黑體" w:hint="eastAsia"/>
          <w:lang w:eastAsia="zh-TW"/>
        </w:rPr>
        <w:t>本</w:t>
      </w:r>
      <w:r w:rsidRPr="009C0FA9">
        <w:rPr>
          <w:rFonts w:ascii="微軟正黑體" w:eastAsia="微軟正黑體" w:hAnsi="微軟正黑體" w:hint="eastAsia"/>
          <w:lang w:eastAsia="zh-TW"/>
        </w:rPr>
        <w:t>案」）</w:t>
      </w:r>
      <w:r w:rsidRPr="009C0FA9">
        <w:rPr>
          <w:rFonts w:ascii="微軟正黑體" w:eastAsia="微軟正黑體" w:hAnsi="微軟正黑體"/>
          <w:lang w:eastAsia="zh-TW"/>
        </w:rPr>
        <w:t>之申請</w:t>
      </w:r>
      <w:bookmarkEnd w:id="12"/>
      <w:r w:rsidRPr="009C0FA9">
        <w:rPr>
          <w:rFonts w:ascii="微軟正黑體" w:eastAsia="微軟正黑體" w:hAnsi="微軟正黑體"/>
          <w:lang w:eastAsia="zh-TW"/>
        </w:rPr>
        <w:t>，茲聲明並承諾於立</w:t>
      </w:r>
      <w:r w:rsidRPr="009C0FA9">
        <w:rPr>
          <w:rFonts w:ascii="微軟正黑體" w:eastAsia="微軟正黑體" w:hAnsi="微軟正黑體" w:hint="eastAsia"/>
          <w:lang w:eastAsia="zh-TW"/>
        </w:rPr>
        <w:t>協議</w:t>
      </w:r>
      <w:r w:rsidRPr="009C0FA9">
        <w:rPr>
          <w:rFonts w:ascii="微軟正黑體" w:eastAsia="微軟正黑體" w:hAnsi="微軟正黑體"/>
          <w:lang w:eastAsia="zh-TW"/>
        </w:rPr>
        <w:t>書人</w:t>
      </w:r>
      <w:r w:rsidRPr="009C0FA9">
        <w:rPr>
          <w:rFonts w:ascii="微軟正黑體" w:eastAsia="微軟正黑體" w:hAnsi="微軟正黑體" w:hint="eastAsia"/>
          <w:lang w:eastAsia="zh-TW"/>
        </w:rPr>
        <w:t>(或本合作聯盟)</w:t>
      </w:r>
      <w:r w:rsidRPr="009C0FA9">
        <w:rPr>
          <w:rFonts w:ascii="微軟正黑體" w:eastAsia="微軟正黑體" w:hAnsi="微軟正黑體"/>
          <w:lang w:eastAsia="zh-TW"/>
        </w:rPr>
        <w:t>獲選為</w:t>
      </w:r>
      <w:r w:rsidRPr="009C0FA9" w:rsidDel="004A0520">
        <w:rPr>
          <w:rFonts w:ascii="微軟正黑體" w:eastAsia="微軟正黑體" w:hAnsi="微軟正黑體"/>
          <w:lang w:eastAsia="zh-TW"/>
        </w:rPr>
        <w:t>本</w:t>
      </w:r>
      <w:r w:rsidRPr="009C0FA9">
        <w:rPr>
          <w:rFonts w:ascii="微軟正黑體" w:eastAsia="微軟正黑體" w:hAnsi="微軟正黑體"/>
          <w:lang w:eastAsia="zh-TW"/>
        </w:rPr>
        <w:t>案最優申請人後，簽訂投資契約以前，</w:t>
      </w:r>
      <w:r w:rsidRPr="009C0FA9">
        <w:rPr>
          <w:rFonts w:ascii="微軟正黑體" w:eastAsia="微軟正黑體" w:hAnsi="微軟正黑體" w:hint="eastAsia"/>
          <w:lang w:eastAsia="zh-TW"/>
        </w:rPr>
        <w:t>就(籌組合作聯盟)、簽訂及履行投資契約等事項</w:t>
      </w:r>
      <w:r w:rsidRPr="009C0FA9">
        <w:rPr>
          <w:rFonts w:ascii="微軟正黑體" w:eastAsia="微軟正黑體" w:hAnsi="微軟正黑體"/>
          <w:lang w:eastAsia="zh-TW"/>
        </w:rPr>
        <w:t>，依法取得經目的事業主管機關及/</w:t>
      </w:r>
      <w:r w:rsidRPr="009C0FA9">
        <w:rPr>
          <w:rFonts w:ascii="微軟正黑體" w:eastAsia="微軟正黑體" w:hAnsi="微軟正黑體" w:hint="eastAsia"/>
          <w:lang w:eastAsia="zh-TW"/>
        </w:rPr>
        <w:t>或</w:t>
      </w:r>
      <w:r w:rsidRPr="009C0FA9">
        <w:rPr>
          <w:rFonts w:ascii="微軟正黑體" w:eastAsia="微軟正黑體" w:hAnsi="微軟正黑體"/>
          <w:lang w:eastAsia="zh-TW"/>
        </w:rPr>
        <w:t>其他機關一切必要之同意</w:t>
      </w:r>
      <w:r w:rsidRPr="009C0FA9">
        <w:rPr>
          <w:rFonts w:ascii="微軟正黑體" w:eastAsia="微軟正黑體" w:hAnsi="微軟正黑體" w:hint="eastAsia"/>
          <w:lang w:eastAsia="zh-TW"/>
        </w:rPr>
        <w:t>/許可</w:t>
      </w:r>
      <w:r w:rsidRPr="009C0FA9">
        <w:rPr>
          <w:rFonts w:ascii="微軟正黑體" w:eastAsia="微軟正黑體" w:hAnsi="微軟正黑體"/>
          <w:lang w:eastAsia="zh-TW"/>
        </w:rPr>
        <w:t>。</w:t>
      </w:r>
    </w:p>
    <w:p w14:paraId="5DB10D64" w14:textId="77777777" w:rsidR="00166305" w:rsidRPr="009C0FA9" w:rsidRDefault="00166305" w:rsidP="005F2F4F">
      <w:pPr>
        <w:spacing w:after="120" w:line="320" w:lineRule="exact"/>
        <w:rPr>
          <w:rFonts w:ascii="微軟正黑體" w:eastAsia="微軟正黑體" w:hAnsi="微軟正黑體"/>
          <w:lang w:eastAsia="zh-TW"/>
        </w:rPr>
      </w:pPr>
    </w:p>
    <w:p w14:paraId="6C5BAA10" w14:textId="77777777" w:rsidR="00166305" w:rsidRPr="009C0FA9" w:rsidRDefault="00166305" w:rsidP="005F2F4F">
      <w:pPr>
        <w:spacing w:after="120" w:line="320" w:lineRule="exact"/>
        <w:rPr>
          <w:rFonts w:ascii="微軟正黑體" w:eastAsia="微軟正黑體" w:hAnsi="微軟正黑體"/>
          <w:lang w:eastAsia="zh-TW"/>
        </w:rPr>
      </w:pPr>
      <w:r w:rsidRPr="009C0FA9">
        <w:rPr>
          <w:rFonts w:ascii="微軟正黑體" w:eastAsia="微軟正黑體" w:hAnsi="微軟正黑體" w:hint="eastAsia"/>
          <w:lang w:eastAsia="zh-TW"/>
        </w:rPr>
        <w:t>立聲明書人</w:t>
      </w:r>
    </w:p>
    <w:p w14:paraId="139827DE" w14:textId="77777777"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公司名稱：                                             (印鑑)</w:t>
      </w:r>
    </w:p>
    <w:p w14:paraId="4F3E3375" w14:textId="77777777"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2048F81B" w14:textId="77777777"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p>
    <w:p w14:paraId="2A62ED2A" w14:textId="77777777"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3031376E" w14:textId="77777777"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                                           (印鑑)</w:t>
      </w:r>
    </w:p>
    <w:p w14:paraId="6B284243" w14:textId="77777777"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w:t>
      </w:r>
    </w:p>
    <w:p w14:paraId="0282F33D" w14:textId="77777777"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p>
    <w:p w14:paraId="74BA180A" w14:textId="77777777" w:rsidR="00166305" w:rsidRPr="009C0FA9" w:rsidRDefault="00166305" w:rsidP="005F2F4F">
      <w:pPr>
        <w:spacing w:after="120" w:line="320" w:lineRule="exact"/>
        <w:jc w:val="both"/>
        <w:rPr>
          <w:rFonts w:ascii="微軟正黑體" w:eastAsia="微軟正黑體" w:hAnsi="微軟正黑體"/>
          <w:lang w:eastAsia="zh-TW"/>
        </w:rPr>
      </w:pPr>
    </w:p>
    <w:p w14:paraId="22393046" w14:textId="77777777" w:rsidR="00166305" w:rsidRPr="009C0FA9" w:rsidRDefault="00166305" w:rsidP="005F2F4F">
      <w:pPr>
        <w:spacing w:after="120" w:line="300" w:lineRule="exact"/>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備註：</w:t>
      </w:r>
    </w:p>
    <w:p w14:paraId="06FDA28F" w14:textId="77777777" w:rsidR="00166305" w:rsidRPr="009C0FA9" w:rsidRDefault="00166305" w:rsidP="005F2F4F">
      <w:pPr>
        <w:spacing w:after="120" w:line="300" w:lineRule="exact"/>
        <w:ind w:leftChars="-1" w:left="567" w:hanging="569"/>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一、</w:t>
      </w:r>
      <w:r w:rsidRPr="009C0FA9">
        <w:rPr>
          <w:rFonts w:ascii="微軟正黑體" w:eastAsia="微軟正黑體" w:hAnsi="微軟正黑體"/>
          <w:sz w:val="20"/>
          <w:szCs w:val="20"/>
          <w:lang w:eastAsia="zh-TW"/>
        </w:rPr>
        <w:t>立聲明書人若為本國公司，應蓋用公司設立登記表或公司變更登記表所登載之公司及負</w:t>
      </w:r>
      <w:r w:rsidRPr="009C0FA9">
        <w:rPr>
          <w:rFonts w:ascii="微軟正黑體" w:eastAsia="微軟正黑體" w:hAnsi="微軟正黑體" w:hint="eastAsia"/>
          <w:sz w:val="20"/>
          <w:szCs w:val="20"/>
          <w:lang w:eastAsia="zh-TW"/>
        </w:rPr>
        <w:t>責人印鑑章。</w:t>
      </w:r>
    </w:p>
    <w:p w14:paraId="4B51F31C" w14:textId="77777777" w:rsidR="00166305" w:rsidRPr="009C0FA9" w:rsidRDefault="00166305" w:rsidP="005F2F4F">
      <w:pPr>
        <w:spacing w:after="120" w:line="300" w:lineRule="exact"/>
        <w:ind w:left="408" w:hanging="408"/>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二、</w:t>
      </w:r>
      <w:r w:rsidRPr="009C0FA9">
        <w:rPr>
          <w:rFonts w:ascii="微軟正黑體" w:eastAsia="微軟正黑體" w:hAnsi="微軟正黑體"/>
          <w:sz w:val="20"/>
          <w:szCs w:val="20"/>
          <w:lang w:eastAsia="zh-TW"/>
        </w:rPr>
        <w:t>立聲明書人若為於我國設有分公司之外國公司，應填具該公司及分公司名稱，並蓋用外</w:t>
      </w:r>
      <w:r w:rsidRPr="009C0FA9">
        <w:rPr>
          <w:rFonts w:ascii="微軟正黑體" w:eastAsia="微軟正黑體" w:hAnsi="微軟正黑體" w:hint="eastAsia"/>
          <w:sz w:val="20"/>
          <w:szCs w:val="20"/>
          <w:lang w:eastAsia="zh-TW"/>
        </w:rPr>
        <w:t>國公司分公司變更登記表所登載之在中華民國境內負責人印鑑章。</w:t>
      </w:r>
    </w:p>
    <w:p w14:paraId="21E844A0" w14:textId="77777777" w:rsidR="00166305" w:rsidRPr="009C0FA9" w:rsidRDefault="00166305" w:rsidP="005F2F4F">
      <w:pPr>
        <w:spacing w:after="120" w:line="300" w:lineRule="exact"/>
        <w:ind w:leftChars="-1" w:left="567" w:hanging="569"/>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三、</w:t>
      </w:r>
      <w:r w:rsidRPr="009C0FA9">
        <w:rPr>
          <w:rFonts w:ascii="微軟正黑體" w:eastAsia="微軟正黑體" w:hAnsi="微軟正黑體"/>
          <w:sz w:val="20"/>
          <w:szCs w:val="20"/>
          <w:lang w:eastAsia="zh-TW"/>
        </w:rPr>
        <w:t>合作聯盟各成員須各自立聲明書。</w:t>
      </w:r>
    </w:p>
    <w:p w14:paraId="669D8497" w14:textId="77777777" w:rsidR="00166305" w:rsidRPr="009C0FA9" w:rsidRDefault="00166305" w:rsidP="005F2F4F">
      <w:pPr>
        <w:spacing w:after="120" w:line="300" w:lineRule="exact"/>
        <w:rPr>
          <w:rFonts w:ascii="微軟正黑體" w:eastAsia="微軟正黑體" w:hAnsi="微軟正黑體"/>
          <w:sz w:val="20"/>
          <w:szCs w:val="20"/>
          <w:lang w:eastAsia="zh-TW"/>
        </w:rPr>
      </w:pPr>
    </w:p>
    <w:p w14:paraId="43F48639" w14:textId="77777777" w:rsidR="00166305" w:rsidRPr="009C0FA9" w:rsidRDefault="00166305" w:rsidP="005F2F4F">
      <w:pPr>
        <w:spacing w:after="120" w:line="300" w:lineRule="exact"/>
        <w:rPr>
          <w:rFonts w:ascii="微軟正黑體" w:eastAsia="微軟正黑體" w:hAnsi="微軟正黑體"/>
          <w:sz w:val="20"/>
          <w:szCs w:val="20"/>
          <w:lang w:eastAsia="zh-TW"/>
        </w:rPr>
      </w:pPr>
    </w:p>
    <w:p w14:paraId="16CE0BBB" w14:textId="77777777" w:rsidR="00166305" w:rsidRPr="009C0FA9" w:rsidRDefault="00166305" w:rsidP="005F2F4F">
      <w:pPr>
        <w:spacing w:after="120" w:line="240" w:lineRule="auto"/>
        <w:ind w:left="216" w:hangingChars="60" w:hanging="216"/>
        <w:jc w:val="distribute"/>
        <w:rPr>
          <w:rFonts w:ascii="微軟正黑體" w:eastAsia="微軟正黑體" w:hAnsi="微軟正黑體"/>
          <w:sz w:val="36"/>
          <w:szCs w:val="36"/>
          <w:lang w:eastAsia="zh-TW"/>
        </w:rPr>
      </w:pPr>
      <w:r w:rsidRPr="009C0FA9">
        <w:rPr>
          <w:rFonts w:ascii="微軟正黑體" w:eastAsia="微軟正黑體" w:hAnsi="微軟正黑體" w:hint="eastAsia"/>
          <w:sz w:val="36"/>
          <w:szCs w:val="36"/>
          <w:lang w:eastAsia="zh-TW"/>
        </w:rPr>
        <w:t>中華民國       年       月       日</w:t>
      </w:r>
    </w:p>
    <w:p w14:paraId="79A4C24C" w14:textId="77777777" w:rsidR="00166305" w:rsidRPr="009C0FA9" w:rsidRDefault="00166305" w:rsidP="005F2F4F">
      <w:pPr>
        <w:spacing w:after="0" w:line="240" w:lineRule="auto"/>
        <w:rPr>
          <w:rFonts w:ascii="微軟正黑體" w:eastAsia="微軟正黑體" w:hAnsi="微軟正黑體"/>
          <w:b/>
          <w:sz w:val="36"/>
          <w:szCs w:val="36"/>
          <w:lang w:eastAsia="zh-TW"/>
        </w:rPr>
      </w:pPr>
      <w:r w:rsidRPr="009C0FA9">
        <w:rPr>
          <w:rFonts w:ascii="微軟正黑體" w:eastAsia="微軟正黑體" w:hAnsi="微軟正黑體"/>
          <w:b/>
          <w:sz w:val="36"/>
          <w:szCs w:val="36"/>
          <w:lang w:eastAsia="zh-TW"/>
        </w:rPr>
        <w:br w:type="page"/>
      </w:r>
    </w:p>
    <w:p w14:paraId="14B9A88B" w14:textId="50C74798" w:rsidR="00166305" w:rsidRPr="00613EE3" w:rsidRDefault="00166305" w:rsidP="005F2F4F">
      <w:pPr>
        <w:tabs>
          <w:tab w:val="left" w:pos="993"/>
        </w:tabs>
        <w:spacing w:after="120" w:line="240" w:lineRule="auto"/>
        <w:rPr>
          <w:rFonts w:ascii="微軟正黑體" w:eastAsia="微軟正黑體" w:hAnsi="微軟正黑體"/>
          <w:b/>
          <w:bCs/>
          <w:sz w:val="24"/>
          <w:szCs w:val="24"/>
          <w:lang w:eastAsia="zh-TW"/>
        </w:rPr>
      </w:pPr>
      <w:bookmarkStart w:id="13" w:name="_Toc228345535"/>
      <w:r w:rsidRPr="00613EE3">
        <w:rPr>
          <w:rFonts w:ascii="微軟正黑體" w:eastAsia="微軟正黑體" w:hAnsi="微軟正黑體" w:hint="eastAsia"/>
          <w:b/>
          <w:bCs/>
          <w:sz w:val="24"/>
          <w:szCs w:val="24"/>
          <w:lang w:eastAsia="zh-TW"/>
        </w:rPr>
        <w:lastRenderedPageBreak/>
        <w:t>附件一之十一-1</w:t>
      </w:r>
      <w:r w:rsidRPr="00613EE3">
        <w:rPr>
          <w:rFonts w:ascii="微軟正黑體" w:eastAsia="微軟正黑體" w:hAnsi="微軟正黑體"/>
          <w:b/>
          <w:bCs/>
          <w:sz w:val="24"/>
          <w:szCs w:val="24"/>
          <w:lang w:eastAsia="zh-TW"/>
        </w:rPr>
        <w:t xml:space="preserve"> </w:t>
      </w:r>
      <w:r w:rsidRPr="00613EE3">
        <w:rPr>
          <w:rFonts w:ascii="微軟正黑體" w:eastAsia="微軟正黑體" w:hAnsi="微軟正黑體" w:hint="eastAsia"/>
          <w:b/>
          <w:bCs/>
          <w:sz w:val="24"/>
          <w:szCs w:val="24"/>
          <w:lang w:eastAsia="zh-TW"/>
        </w:rPr>
        <w:t>承諾投資金額</w:t>
      </w:r>
      <w:bookmarkEnd w:id="13"/>
    </w:p>
    <w:p w14:paraId="3183A9C0" w14:textId="3FDF1AAA" w:rsidR="00166305" w:rsidRPr="009C0FA9" w:rsidRDefault="00166305" w:rsidP="005F2F4F">
      <w:pPr>
        <w:spacing w:after="120"/>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申請人（單一廠商申請人或合作聯盟申請人各組成員名稱）茲依據貴局公告之「高雄市資源回收細分類廠有償BTO+BOT案」招商文件及相關規定，申請參與「高雄市資源回收細分類廠有償BTO+BOT案」之甄審，茲依</w:t>
      </w:r>
      <w:r w:rsidRPr="009C0FA9" w:rsidDel="004A0520">
        <w:rPr>
          <w:rFonts w:ascii="微軟正黑體" w:eastAsia="微軟正黑體" w:hAnsi="微軟正黑體" w:hint="eastAsia"/>
          <w:lang w:eastAsia="zh-TW"/>
        </w:rPr>
        <w:t>本</w:t>
      </w:r>
      <w:r w:rsidRPr="009C0FA9">
        <w:rPr>
          <w:rFonts w:ascii="微軟正黑體" w:eastAsia="微軟正黑體" w:hAnsi="微軟正黑體" w:hint="eastAsia"/>
          <w:lang w:eastAsia="zh-TW"/>
        </w:rPr>
        <w:t>案招商文件之申請須知規定提出以下項目之費用（含營業稅）（中文大寫）。</w:t>
      </w:r>
    </w:p>
    <w:p w14:paraId="68138613" w14:textId="12B38669" w:rsidR="00166305" w:rsidRPr="00573B02"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一、</w:t>
      </w:r>
      <w:r w:rsidRPr="009C0FA9">
        <w:rPr>
          <w:rFonts w:ascii="微軟正黑體" w:eastAsia="微軟正黑體" w:hAnsi="微軟正黑體"/>
          <w:lang w:eastAsia="zh-TW"/>
        </w:rPr>
        <w:t>承</w:t>
      </w:r>
      <w:r w:rsidRPr="00573B02">
        <w:rPr>
          <w:rFonts w:ascii="微軟正黑體" w:eastAsia="微軟正黑體" w:hAnsi="微軟正黑體"/>
          <w:lang w:eastAsia="zh-TW"/>
        </w:rPr>
        <w:t xml:space="preserve">諾投資金額為新臺幣       </w:t>
      </w:r>
      <w:r w:rsidRPr="00573B02">
        <w:rPr>
          <w:rFonts w:ascii="微軟正黑體" w:eastAsia="微軟正黑體" w:hAnsi="微軟正黑體" w:hint="eastAsia"/>
          <w:lang w:eastAsia="zh-TW"/>
        </w:rPr>
        <w:t xml:space="preserve">           </w:t>
      </w:r>
      <w:r w:rsidRPr="00573B02">
        <w:rPr>
          <w:rFonts w:ascii="微軟正黑體" w:eastAsia="微軟正黑體" w:hAnsi="微軟正黑體"/>
          <w:lang w:eastAsia="zh-TW"/>
        </w:rPr>
        <w:t xml:space="preserve">  </w:t>
      </w:r>
      <w:r w:rsidRPr="00573B02">
        <w:rPr>
          <w:rFonts w:ascii="微軟正黑體" w:eastAsia="微軟正黑體" w:hAnsi="微軟正黑體" w:hint="eastAsia"/>
          <w:lang w:eastAsia="zh-TW"/>
        </w:rPr>
        <w:t xml:space="preserve">             </w:t>
      </w:r>
      <w:r w:rsidRPr="00573B02">
        <w:rPr>
          <w:rFonts w:ascii="微軟正黑體" w:eastAsia="微軟正黑體" w:hAnsi="微軟正黑體"/>
          <w:lang w:eastAsia="zh-TW"/>
        </w:rPr>
        <w:t>元</w:t>
      </w:r>
      <w:r w:rsidRPr="00573B02">
        <w:rPr>
          <w:rFonts w:ascii="微軟正黑體" w:eastAsia="微軟正黑體" w:hAnsi="微軟正黑體" w:hint="eastAsia"/>
          <w:lang w:eastAsia="zh-TW"/>
        </w:rPr>
        <w:t xml:space="preserve"> </w:t>
      </w:r>
    </w:p>
    <w:p w14:paraId="500B7DAA" w14:textId="34CE6861" w:rsidR="00166305" w:rsidRPr="00573B02" w:rsidRDefault="00166305" w:rsidP="005F2F4F">
      <w:pPr>
        <w:spacing w:after="120"/>
        <w:ind w:leftChars="236" w:left="908" w:hangingChars="177" w:hanging="389"/>
        <w:jc w:val="both"/>
        <w:rPr>
          <w:rFonts w:ascii="微軟正黑體" w:eastAsia="微軟正黑體" w:hAnsi="微軟正黑體"/>
          <w:lang w:eastAsia="zh-TW"/>
        </w:rPr>
      </w:pPr>
      <w:r w:rsidRPr="00573B02">
        <w:rPr>
          <w:rFonts w:ascii="微軟正黑體" w:eastAsia="微軟正黑體" w:hAnsi="微軟正黑體"/>
          <w:lang w:eastAsia="zh-TW"/>
        </w:rPr>
        <w:t xml:space="preserve">1. </w:t>
      </w:r>
      <w:r w:rsidRPr="00573B02">
        <w:rPr>
          <w:rFonts w:ascii="微軟正黑體" w:eastAsia="微軟正黑體" w:hAnsi="微軟正黑體" w:hint="eastAsia"/>
          <w:lang w:eastAsia="zh-TW"/>
        </w:rPr>
        <w:t>細分類廠土木建築</w:t>
      </w:r>
      <w:r w:rsidRPr="00573B02">
        <w:rPr>
          <w:rFonts w:ascii="微軟正黑體" w:eastAsia="微軟正黑體" w:hAnsi="微軟正黑體"/>
          <w:lang w:eastAsia="zh-TW"/>
        </w:rPr>
        <w:t xml:space="preserve">費用      </w:t>
      </w:r>
      <w:r w:rsidRPr="00573B02">
        <w:rPr>
          <w:rFonts w:ascii="微軟正黑體" w:eastAsia="微軟正黑體" w:hAnsi="微軟正黑體" w:hint="eastAsia"/>
          <w:lang w:eastAsia="zh-TW"/>
        </w:rPr>
        <w:t xml:space="preserve">            </w:t>
      </w:r>
      <w:r w:rsidRPr="00573B02">
        <w:rPr>
          <w:rFonts w:ascii="微軟正黑體" w:eastAsia="微軟正黑體" w:hAnsi="微軟正黑體"/>
          <w:lang w:eastAsia="zh-TW"/>
        </w:rPr>
        <w:t xml:space="preserve">  </w:t>
      </w:r>
      <w:r w:rsidRPr="00573B02">
        <w:rPr>
          <w:rFonts w:ascii="微軟正黑體" w:eastAsia="微軟正黑體" w:hAnsi="微軟正黑體" w:hint="eastAsia"/>
          <w:lang w:eastAsia="zh-TW"/>
        </w:rPr>
        <w:t xml:space="preserve">             </w:t>
      </w:r>
      <w:r w:rsidRPr="00573B02">
        <w:rPr>
          <w:rFonts w:ascii="微軟正黑體" w:eastAsia="微軟正黑體" w:hAnsi="微軟正黑體"/>
          <w:lang w:eastAsia="zh-TW"/>
        </w:rPr>
        <w:t xml:space="preserve"> 元</w:t>
      </w:r>
    </w:p>
    <w:p w14:paraId="63E0B8C6" w14:textId="70724F22" w:rsidR="00166305" w:rsidRPr="00573B02" w:rsidRDefault="00166305" w:rsidP="005F2F4F">
      <w:pPr>
        <w:spacing w:after="120"/>
        <w:ind w:leftChars="236" w:left="908" w:hangingChars="177" w:hanging="389"/>
        <w:jc w:val="both"/>
        <w:rPr>
          <w:rFonts w:ascii="微軟正黑體" w:eastAsia="微軟正黑體" w:hAnsi="微軟正黑體"/>
          <w:lang w:eastAsia="zh-TW"/>
        </w:rPr>
      </w:pPr>
      <w:r w:rsidRPr="00573B02">
        <w:rPr>
          <w:rFonts w:ascii="微軟正黑體" w:eastAsia="微軟正黑體" w:hAnsi="微軟正黑體"/>
          <w:lang w:eastAsia="zh-TW"/>
        </w:rPr>
        <w:t xml:space="preserve">2. </w:t>
      </w:r>
      <w:r w:rsidRPr="00573B02">
        <w:rPr>
          <w:rFonts w:ascii="微軟正黑體" w:eastAsia="微軟正黑體" w:hAnsi="微軟正黑體" w:hint="eastAsia"/>
          <w:lang w:eastAsia="zh-TW"/>
        </w:rPr>
        <w:t>細分類廠處理設備及其他</w:t>
      </w:r>
      <w:r w:rsidRPr="00573B02">
        <w:rPr>
          <w:rFonts w:ascii="微軟正黑體" w:eastAsia="微軟正黑體" w:hAnsi="微軟正黑體"/>
          <w:lang w:eastAsia="zh-TW"/>
        </w:rPr>
        <w:t xml:space="preserve">附屬設備費用      </w:t>
      </w:r>
      <w:r w:rsidRPr="00573B02">
        <w:rPr>
          <w:rFonts w:ascii="微軟正黑體" w:eastAsia="微軟正黑體" w:hAnsi="微軟正黑體" w:hint="eastAsia"/>
          <w:lang w:eastAsia="zh-TW"/>
        </w:rPr>
        <w:t xml:space="preserve">       </w:t>
      </w:r>
      <w:r w:rsidRPr="00573B02" w:rsidDel="001B3681">
        <w:rPr>
          <w:rFonts w:ascii="微軟正黑體" w:eastAsia="微軟正黑體" w:hAnsi="微軟正黑體" w:hint="eastAsia"/>
          <w:lang w:eastAsia="zh-TW"/>
        </w:rPr>
        <w:t xml:space="preserve">   </w:t>
      </w:r>
      <w:r w:rsidRPr="00573B02">
        <w:rPr>
          <w:rFonts w:ascii="微軟正黑體" w:eastAsia="微軟正黑體" w:hAnsi="微軟正黑體"/>
          <w:lang w:eastAsia="zh-TW"/>
        </w:rPr>
        <w:t>元</w:t>
      </w:r>
      <w:r w:rsidRPr="00573B02">
        <w:rPr>
          <w:rFonts w:ascii="微軟正黑體" w:eastAsia="微軟正黑體" w:hAnsi="微軟正黑體" w:hint="eastAsia"/>
          <w:lang w:eastAsia="zh-TW"/>
        </w:rPr>
        <w:t>（費用包含重置費用）</w:t>
      </w:r>
    </w:p>
    <w:p w14:paraId="2F8B0257" w14:textId="715FEA50" w:rsidR="00166305" w:rsidRPr="00573B02" w:rsidRDefault="00166305" w:rsidP="005F2F4F">
      <w:pPr>
        <w:spacing w:after="120"/>
        <w:rPr>
          <w:rFonts w:ascii="微軟正黑體" w:eastAsia="微軟正黑體" w:hAnsi="微軟正黑體"/>
          <w:lang w:eastAsia="zh-TW"/>
        </w:rPr>
      </w:pPr>
      <w:r w:rsidRPr="00573B02">
        <w:rPr>
          <w:rFonts w:ascii="微軟正黑體" w:eastAsia="微軟正黑體" w:hAnsi="微軟正黑體" w:hint="eastAsia"/>
          <w:lang w:eastAsia="zh-TW"/>
        </w:rPr>
        <w:t>申請人（單一廠商申請人或合作聯盟申請人之授權代表）</w:t>
      </w:r>
    </w:p>
    <w:p w14:paraId="02E59CB3" w14:textId="77777777" w:rsidR="00166305" w:rsidRPr="00573B02" w:rsidRDefault="00166305" w:rsidP="005F2F4F">
      <w:pPr>
        <w:spacing w:after="120"/>
        <w:ind w:leftChars="176" w:left="389" w:hanging="2"/>
        <w:jc w:val="both"/>
        <w:rPr>
          <w:rFonts w:ascii="微軟正黑體" w:eastAsia="微軟正黑體" w:hAnsi="微軟正黑體"/>
          <w:lang w:eastAsia="zh-TW"/>
        </w:rPr>
      </w:pPr>
      <w:r w:rsidRPr="00573B02">
        <w:rPr>
          <w:rFonts w:ascii="微軟正黑體" w:eastAsia="微軟正黑體" w:hAnsi="微軟正黑體" w:hint="eastAsia"/>
          <w:lang w:eastAsia="zh-TW"/>
        </w:rPr>
        <w:t>公司名稱：                                             (印鑑)</w:t>
      </w:r>
    </w:p>
    <w:p w14:paraId="3DB93161" w14:textId="77777777" w:rsidR="00166305" w:rsidRPr="00573B02" w:rsidRDefault="00166305" w:rsidP="005F2F4F">
      <w:pPr>
        <w:spacing w:after="120"/>
        <w:ind w:leftChars="176" w:left="389" w:hanging="2"/>
        <w:jc w:val="both"/>
        <w:rPr>
          <w:rFonts w:ascii="微軟正黑體" w:eastAsia="微軟正黑體" w:hAnsi="微軟正黑體"/>
          <w:lang w:eastAsia="zh-TW"/>
        </w:rPr>
      </w:pPr>
      <w:r w:rsidRPr="00573B02">
        <w:rPr>
          <w:rFonts w:ascii="微軟正黑體" w:eastAsia="微軟正黑體" w:hAnsi="微軟正黑體" w:hint="eastAsia"/>
          <w:lang w:eastAsia="zh-TW"/>
        </w:rPr>
        <w:t>統一編號︰</w:t>
      </w:r>
    </w:p>
    <w:p w14:paraId="04A8327B" w14:textId="77777777" w:rsidR="00166305" w:rsidRPr="00573B02" w:rsidRDefault="00166305" w:rsidP="005F2F4F">
      <w:pPr>
        <w:spacing w:after="120"/>
        <w:ind w:leftChars="176" w:left="389" w:hanging="2"/>
        <w:jc w:val="both"/>
        <w:rPr>
          <w:rFonts w:ascii="微軟正黑體" w:eastAsia="微軟正黑體" w:hAnsi="微軟正黑體"/>
          <w:lang w:eastAsia="zh-TW"/>
        </w:rPr>
      </w:pPr>
      <w:r w:rsidRPr="00573B02">
        <w:rPr>
          <w:rFonts w:ascii="微軟正黑體" w:eastAsia="微軟正黑體" w:hAnsi="微軟正黑體" w:hint="eastAsia"/>
          <w:lang w:eastAsia="zh-TW"/>
        </w:rPr>
        <w:t>公司地址：</w:t>
      </w:r>
      <w:r w:rsidRPr="00573B02">
        <w:rPr>
          <w:rFonts w:ascii="微軟正黑體" w:eastAsia="微軟正黑體" w:hAnsi="微軟正黑體"/>
          <w:lang w:eastAsia="zh-TW"/>
        </w:rPr>
        <w:t xml:space="preserve"> </w:t>
      </w:r>
    </w:p>
    <w:p w14:paraId="43A553CD" w14:textId="77777777" w:rsidR="00166305" w:rsidRPr="00573B02" w:rsidRDefault="00166305" w:rsidP="005F2F4F">
      <w:pPr>
        <w:spacing w:after="120"/>
        <w:ind w:leftChars="176" w:left="389" w:hanging="2"/>
        <w:jc w:val="both"/>
        <w:rPr>
          <w:rFonts w:ascii="微軟正黑體" w:eastAsia="微軟正黑體" w:hAnsi="微軟正黑體"/>
          <w:lang w:eastAsia="zh-TW"/>
        </w:rPr>
      </w:pPr>
      <w:r w:rsidRPr="00573B02">
        <w:rPr>
          <w:rFonts w:ascii="微軟正黑體" w:eastAsia="微軟正黑體" w:hAnsi="微軟正黑體" w:hint="eastAsia"/>
          <w:lang w:eastAsia="zh-TW"/>
        </w:rPr>
        <w:t>公司電話︰</w:t>
      </w:r>
    </w:p>
    <w:p w14:paraId="0B7CCEEB" w14:textId="77777777" w:rsidR="00166305" w:rsidRPr="00573B02" w:rsidRDefault="00166305" w:rsidP="005F2F4F">
      <w:pPr>
        <w:spacing w:after="120"/>
        <w:ind w:leftChars="176" w:left="389" w:hanging="2"/>
        <w:jc w:val="both"/>
        <w:rPr>
          <w:rFonts w:ascii="微軟正黑體" w:eastAsia="微軟正黑體" w:hAnsi="微軟正黑體"/>
          <w:lang w:eastAsia="zh-TW"/>
        </w:rPr>
      </w:pPr>
      <w:r w:rsidRPr="00573B02">
        <w:rPr>
          <w:rFonts w:ascii="微軟正黑體" w:eastAsia="微軟正黑體" w:hAnsi="微軟正黑體" w:hint="eastAsia"/>
          <w:lang w:eastAsia="zh-TW"/>
        </w:rPr>
        <w:t>公司負責人：                                           (印鑑)</w:t>
      </w:r>
    </w:p>
    <w:p w14:paraId="4E1AB515" w14:textId="31E6227D" w:rsidR="00166305" w:rsidRPr="00573B02" w:rsidRDefault="00166305" w:rsidP="005F2F4F">
      <w:pPr>
        <w:spacing w:after="120"/>
        <w:ind w:leftChars="176" w:left="389" w:hanging="2"/>
        <w:jc w:val="both"/>
        <w:rPr>
          <w:rFonts w:ascii="微軟正黑體" w:eastAsia="微軟正黑體" w:hAnsi="微軟正黑體"/>
          <w:lang w:eastAsia="zh-TW"/>
        </w:rPr>
      </w:pPr>
      <w:r w:rsidRPr="00573B02">
        <w:rPr>
          <w:rFonts w:ascii="微軟正黑體" w:eastAsia="微軟正黑體" w:hAnsi="微軟正黑體" w:hint="eastAsia"/>
          <w:lang w:eastAsia="zh-TW"/>
        </w:rPr>
        <w:t>身分證字號︰</w:t>
      </w:r>
    </w:p>
    <w:p w14:paraId="29405EEC" w14:textId="77777777" w:rsidR="00166305" w:rsidRPr="00573B02" w:rsidRDefault="00166305" w:rsidP="005F2F4F">
      <w:pPr>
        <w:spacing w:after="120" w:line="300" w:lineRule="exact"/>
        <w:rPr>
          <w:rFonts w:ascii="微軟正黑體" w:eastAsia="微軟正黑體" w:hAnsi="微軟正黑體"/>
          <w:sz w:val="20"/>
          <w:szCs w:val="20"/>
          <w:lang w:eastAsia="zh-TW"/>
        </w:rPr>
      </w:pPr>
    </w:p>
    <w:p w14:paraId="66EE3B6B" w14:textId="77777777" w:rsidR="00166305" w:rsidRPr="00573B02" w:rsidRDefault="00166305" w:rsidP="005F2F4F">
      <w:pPr>
        <w:spacing w:after="120" w:line="300" w:lineRule="exact"/>
        <w:rPr>
          <w:rFonts w:ascii="微軟正黑體" w:eastAsia="微軟正黑體" w:hAnsi="微軟正黑體"/>
          <w:sz w:val="20"/>
          <w:szCs w:val="20"/>
          <w:lang w:eastAsia="zh-TW"/>
        </w:rPr>
      </w:pPr>
      <w:r w:rsidRPr="00573B02">
        <w:rPr>
          <w:rFonts w:ascii="微軟正黑體" w:eastAsia="微軟正黑體" w:hAnsi="微軟正黑體" w:hint="eastAsia"/>
          <w:sz w:val="20"/>
          <w:szCs w:val="20"/>
          <w:lang w:eastAsia="zh-TW"/>
        </w:rPr>
        <w:t>備註：</w:t>
      </w:r>
    </w:p>
    <w:p w14:paraId="4FE34BC2" w14:textId="3C8C75DE" w:rsidR="00166305" w:rsidRPr="00573B02" w:rsidRDefault="00166305" w:rsidP="005F2F4F">
      <w:pPr>
        <w:spacing w:after="120" w:line="300" w:lineRule="exact"/>
        <w:ind w:leftChars="-1" w:left="504" w:hanging="506"/>
        <w:jc w:val="both"/>
        <w:rPr>
          <w:rFonts w:ascii="微軟正黑體" w:eastAsia="微軟正黑體" w:hAnsi="微軟正黑體"/>
          <w:sz w:val="20"/>
          <w:szCs w:val="20"/>
          <w:lang w:eastAsia="zh-TW"/>
        </w:rPr>
      </w:pPr>
      <w:r w:rsidRPr="00573B02">
        <w:rPr>
          <w:rFonts w:ascii="微軟正黑體" w:eastAsia="微軟正黑體" w:hAnsi="微軟正黑體" w:cs="新細明體" w:hint="eastAsia"/>
          <w:sz w:val="20"/>
          <w:szCs w:val="20"/>
          <w:lang w:eastAsia="zh-TW"/>
        </w:rPr>
        <w:t>一、</w:t>
      </w:r>
      <w:r w:rsidRPr="00573B02">
        <w:rPr>
          <w:rFonts w:ascii="微軟正黑體" w:eastAsia="微軟正黑體" w:hAnsi="微軟正黑體"/>
          <w:sz w:val="20"/>
          <w:szCs w:val="20"/>
          <w:lang w:eastAsia="zh-TW"/>
        </w:rPr>
        <w:t xml:space="preserve"> 申請人填</w:t>
      </w:r>
      <w:r w:rsidRPr="00573B02">
        <w:rPr>
          <w:rFonts w:ascii="微軟正黑體" w:eastAsia="微軟正黑體" w:hAnsi="微軟正黑體" w:hint="eastAsia"/>
          <w:sz w:val="20"/>
          <w:szCs w:val="20"/>
          <w:lang w:eastAsia="zh-TW"/>
        </w:rPr>
        <w:t>寫</w:t>
      </w:r>
      <w:r w:rsidRPr="00573B02" w:rsidDel="004A0520">
        <w:rPr>
          <w:rFonts w:ascii="微軟正黑體" w:eastAsia="微軟正黑體" w:hAnsi="微軟正黑體" w:hint="eastAsia"/>
          <w:sz w:val="20"/>
          <w:szCs w:val="20"/>
          <w:lang w:eastAsia="zh-TW"/>
        </w:rPr>
        <w:t>本</w:t>
      </w:r>
      <w:r w:rsidRPr="00573B02">
        <w:rPr>
          <w:rFonts w:ascii="微軟正黑體" w:eastAsia="微軟正黑體" w:hAnsi="微軟正黑體" w:hint="eastAsia"/>
          <w:sz w:val="20"/>
          <w:szCs w:val="20"/>
          <w:lang w:eastAsia="zh-TW"/>
        </w:rPr>
        <w:t>案興建</w:t>
      </w:r>
      <w:r w:rsidRPr="00573B02">
        <w:rPr>
          <w:rFonts w:ascii="微軟正黑體" w:eastAsia="微軟正黑體" w:hAnsi="微軟正黑體"/>
          <w:sz w:val="20"/>
          <w:szCs w:val="20"/>
          <w:lang w:eastAsia="zh-TW"/>
        </w:rPr>
        <w:t>相關費用之金額，</w:t>
      </w:r>
      <w:r w:rsidRPr="00573B02">
        <w:rPr>
          <w:rFonts w:ascii="微軟正黑體" w:eastAsia="微軟正黑體" w:hAnsi="微軟正黑體" w:hint="eastAsia"/>
          <w:sz w:val="20"/>
          <w:szCs w:val="20"/>
          <w:lang w:eastAsia="zh-TW"/>
        </w:rPr>
        <w:t>細分類廠土木建設費用不得高於新臺幣</w:t>
      </w:r>
      <w:r w:rsidRPr="00573B02">
        <w:rPr>
          <w:rFonts w:ascii="微軟正黑體" w:eastAsia="微軟正黑體" w:hAnsi="微軟正黑體"/>
          <w:sz w:val="20"/>
          <w:szCs w:val="20"/>
          <w:lang w:eastAsia="zh-TW"/>
        </w:rPr>
        <w:t>262,000,000</w:t>
      </w:r>
      <w:r w:rsidRPr="00573B02">
        <w:rPr>
          <w:rFonts w:ascii="微軟正黑體" w:eastAsia="微軟正黑體" w:hAnsi="微軟正黑體" w:hint="eastAsia"/>
          <w:sz w:val="20"/>
          <w:szCs w:val="20"/>
          <w:lang w:eastAsia="zh-TW"/>
        </w:rPr>
        <w:t>元（含營業稅）；細分類廠處理設備及其他附屬設備用</w:t>
      </w:r>
      <w:r w:rsidRPr="00573B02">
        <w:rPr>
          <w:rFonts w:ascii="微軟正黑體" w:eastAsia="微軟正黑體" w:hAnsi="微軟正黑體"/>
          <w:sz w:val="20"/>
          <w:szCs w:val="20"/>
          <w:lang w:eastAsia="zh-TW"/>
        </w:rPr>
        <w:t>不得低於新臺幣282,565,000元</w:t>
      </w:r>
      <w:r w:rsidRPr="00573B02">
        <w:rPr>
          <w:rFonts w:ascii="微軟正黑體" w:eastAsia="微軟正黑體" w:hAnsi="微軟正黑體" w:hint="eastAsia"/>
          <w:sz w:val="20"/>
          <w:szCs w:val="20"/>
          <w:lang w:eastAsia="zh-TW"/>
        </w:rPr>
        <w:t>（含營業稅，包含重置費用）。</w:t>
      </w:r>
    </w:p>
    <w:p w14:paraId="3238B12E" w14:textId="50A11396" w:rsidR="00166305" w:rsidRPr="009C0FA9" w:rsidRDefault="00166305" w:rsidP="005F2F4F">
      <w:pPr>
        <w:spacing w:after="120" w:line="300" w:lineRule="exact"/>
        <w:ind w:left="492" w:hanging="492"/>
        <w:jc w:val="both"/>
        <w:rPr>
          <w:rFonts w:ascii="微軟正黑體" w:eastAsia="微軟正黑體" w:hAnsi="微軟正黑體"/>
          <w:sz w:val="20"/>
          <w:szCs w:val="20"/>
          <w:lang w:eastAsia="zh-TW"/>
        </w:rPr>
      </w:pPr>
      <w:r w:rsidRPr="00573B02">
        <w:rPr>
          <w:rFonts w:ascii="微軟正黑體" w:eastAsia="微軟正黑體" w:hAnsi="微軟正黑體" w:hint="eastAsia"/>
          <w:sz w:val="20"/>
          <w:szCs w:val="20"/>
          <w:lang w:eastAsia="zh-TW"/>
        </w:rPr>
        <w:t>二、</w:t>
      </w:r>
      <w:r w:rsidRPr="00573B02">
        <w:rPr>
          <w:rFonts w:ascii="微軟正黑體" w:eastAsia="微軟正黑體" w:hAnsi="微軟正黑體"/>
          <w:sz w:val="20"/>
          <w:szCs w:val="20"/>
          <w:lang w:eastAsia="zh-TW"/>
        </w:rPr>
        <w:t xml:space="preserve"> 各處理單元須於投資計畫書提出相關規劃，所採技術非經</w:t>
      </w:r>
      <w:r w:rsidRPr="000437AA">
        <w:rPr>
          <w:rFonts w:ascii="微軟正黑體" w:eastAsia="微軟正黑體" w:hAnsi="微軟正黑體" w:hint="eastAsia"/>
          <w:sz w:val="20"/>
          <w:szCs w:val="20"/>
          <w:lang w:eastAsia="zh-TW"/>
        </w:rPr>
        <w:t>被授權</w:t>
      </w:r>
      <w:r w:rsidRPr="00573B02">
        <w:rPr>
          <w:rFonts w:ascii="微軟正黑體" w:eastAsia="微軟正黑體" w:hAnsi="微軟正黑體"/>
          <w:sz w:val="20"/>
          <w:szCs w:val="20"/>
          <w:lang w:eastAsia="zh-TW"/>
        </w:rPr>
        <w:t>機關同意不得變更，如民</w:t>
      </w:r>
      <w:r w:rsidRPr="00573B02">
        <w:rPr>
          <w:rFonts w:ascii="微軟正黑體" w:eastAsia="微軟正黑體" w:hAnsi="微軟正黑體" w:hint="eastAsia"/>
          <w:sz w:val="20"/>
          <w:szCs w:val="20"/>
          <w:lang w:eastAsia="zh-TW"/>
        </w:rPr>
        <w:t>間機構實際購置之資產種類及金額為更優規格及價值更高者，需於興建執行計畫書中敘明所採更優</w:t>
      </w:r>
      <w:r w:rsidRPr="009C0FA9">
        <w:rPr>
          <w:rFonts w:ascii="微軟正黑體" w:eastAsia="微軟正黑體" w:hAnsi="微軟正黑體" w:hint="eastAsia"/>
          <w:sz w:val="20"/>
          <w:szCs w:val="20"/>
          <w:lang w:eastAsia="zh-TW"/>
        </w:rPr>
        <w:t>規格及價值更高之項目。</w:t>
      </w:r>
    </w:p>
    <w:p w14:paraId="76BEF9EC" w14:textId="00D78976" w:rsidR="00166305" w:rsidRPr="009C0FA9" w:rsidRDefault="00166305" w:rsidP="005F2F4F">
      <w:pPr>
        <w:spacing w:after="120" w:line="300" w:lineRule="exact"/>
        <w:ind w:leftChars="-1" w:left="504" w:hanging="506"/>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三、</w:t>
      </w:r>
      <w:r w:rsidRPr="009C0FA9">
        <w:rPr>
          <w:rFonts w:ascii="微軟正黑體" w:eastAsia="微軟正黑體" w:hAnsi="微軟正黑體"/>
          <w:sz w:val="20"/>
          <w:szCs w:val="20"/>
          <w:lang w:eastAsia="zh-TW"/>
        </w:rPr>
        <w:t xml:space="preserve"> 立聲明書人若為於我國設有分公司之外國公司，應填具該公司及分公司名稱，並蓋用外</w:t>
      </w:r>
      <w:r w:rsidRPr="009C0FA9">
        <w:rPr>
          <w:rFonts w:ascii="微軟正黑體" w:eastAsia="微軟正黑體" w:hAnsi="微軟正黑體" w:hint="eastAsia"/>
          <w:sz w:val="20"/>
          <w:szCs w:val="20"/>
          <w:lang w:eastAsia="zh-TW"/>
        </w:rPr>
        <w:t>國公司分公司變更登記表所登載之在中華民國境內負責人印鑑章。</w:t>
      </w:r>
    </w:p>
    <w:p w14:paraId="16B6107A" w14:textId="77777777" w:rsidR="00166305" w:rsidRPr="009C0FA9" w:rsidRDefault="00166305" w:rsidP="005F2F4F">
      <w:pPr>
        <w:spacing w:after="120" w:line="300" w:lineRule="exact"/>
        <w:ind w:leftChars="-1" w:left="504" w:hanging="506"/>
        <w:jc w:val="both"/>
        <w:rPr>
          <w:rFonts w:ascii="微軟正黑體" w:eastAsia="微軟正黑體" w:hAnsi="微軟正黑體"/>
          <w:sz w:val="20"/>
          <w:szCs w:val="20"/>
          <w:lang w:eastAsia="zh-TW"/>
        </w:rPr>
      </w:pPr>
    </w:p>
    <w:p w14:paraId="77D4C4DD" w14:textId="77777777" w:rsidR="00166305" w:rsidRPr="009C0FA9" w:rsidRDefault="00166305" w:rsidP="005F2F4F">
      <w:pPr>
        <w:spacing w:after="120" w:line="300" w:lineRule="exact"/>
        <w:ind w:leftChars="-1" w:left="504" w:hanging="506"/>
        <w:jc w:val="both"/>
        <w:rPr>
          <w:rFonts w:ascii="微軟正黑體" w:eastAsia="微軟正黑體" w:hAnsi="微軟正黑體"/>
          <w:sz w:val="20"/>
          <w:szCs w:val="20"/>
          <w:lang w:eastAsia="zh-TW"/>
        </w:rPr>
      </w:pPr>
    </w:p>
    <w:p w14:paraId="1D4B6E3D" w14:textId="435F3966" w:rsidR="00166305" w:rsidRPr="009C0FA9" w:rsidRDefault="00166305" w:rsidP="005F2F4F">
      <w:pPr>
        <w:spacing w:after="120" w:line="240" w:lineRule="auto"/>
        <w:ind w:left="216" w:hangingChars="60" w:hanging="216"/>
        <w:jc w:val="distribute"/>
        <w:rPr>
          <w:rFonts w:ascii="微軟正黑體" w:eastAsia="微軟正黑體" w:hAnsi="微軟正黑體"/>
          <w:sz w:val="36"/>
          <w:szCs w:val="36"/>
          <w:lang w:eastAsia="zh-TW"/>
        </w:rPr>
      </w:pPr>
      <w:r w:rsidRPr="009C0FA9">
        <w:rPr>
          <w:rFonts w:ascii="微軟正黑體" w:eastAsia="微軟正黑體" w:hAnsi="微軟正黑體" w:hint="eastAsia"/>
          <w:sz w:val="36"/>
          <w:szCs w:val="36"/>
          <w:lang w:eastAsia="zh-TW"/>
        </w:rPr>
        <w:t>中華民國       年       月       日</w:t>
      </w:r>
    </w:p>
    <w:p w14:paraId="27675CC8" w14:textId="27E2384B" w:rsidR="00166305" w:rsidRPr="009C0FA9" w:rsidRDefault="00166305" w:rsidP="005F2F4F">
      <w:pPr>
        <w:spacing w:after="0" w:line="240" w:lineRule="auto"/>
        <w:rPr>
          <w:rFonts w:ascii="微軟正黑體" w:eastAsia="微軟正黑體" w:hAnsi="微軟正黑體"/>
          <w:b/>
          <w:sz w:val="36"/>
          <w:szCs w:val="36"/>
          <w:lang w:eastAsia="zh-TW"/>
        </w:rPr>
      </w:pPr>
      <w:r w:rsidRPr="009C0FA9">
        <w:rPr>
          <w:rFonts w:ascii="微軟正黑體" w:eastAsia="微軟正黑體" w:hAnsi="微軟正黑體"/>
          <w:b/>
          <w:sz w:val="36"/>
          <w:szCs w:val="36"/>
          <w:lang w:eastAsia="zh-TW"/>
        </w:rPr>
        <w:br w:type="page"/>
      </w:r>
    </w:p>
    <w:p w14:paraId="1B901B37" w14:textId="695BC086" w:rsidR="00166305" w:rsidRPr="00E465F5" w:rsidRDefault="00166305" w:rsidP="005F2F4F">
      <w:pPr>
        <w:tabs>
          <w:tab w:val="left" w:pos="993"/>
        </w:tabs>
        <w:spacing w:after="120" w:line="240" w:lineRule="auto"/>
        <w:rPr>
          <w:rFonts w:ascii="微軟正黑體" w:eastAsia="微軟正黑體" w:hAnsi="微軟正黑體"/>
          <w:b/>
          <w:bCs/>
          <w:sz w:val="20"/>
          <w:szCs w:val="20"/>
          <w:lang w:eastAsia="zh-TW"/>
        </w:rPr>
      </w:pPr>
      <w:bookmarkStart w:id="14" w:name="_Toc228345536"/>
      <w:r w:rsidRPr="00E465F5">
        <w:rPr>
          <w:rFonts w:ascii="微軟正黑體" w:eastAsia="微軟正黑體" w:hAnsi="微軟正黑體" w:hint="eastAsia"/>
          <w:b/>
          <w:bCs/>
          <w:sz w:val="24"/>
          <w:szCs w:val="24"/>
          <w:lang w:eastAsia="zh-TW"/>
        </w:rPr>
        <w:lastRenderedPageBreak/>
        <w:t>附件一之十一-2</w:t>
      </w:r>
      <w:r w:rsidRPr="00E465F5">
        <w:rPr>
          <w:rFonts w:ascii="微軟正黑體" w:eastAsia="微軟正黑體" w:hAnsi="微軟正黑體"/>
          <w:b/>
          <w:bCs/>
          <w:sz w:val="24"/>
          <w:szCs w:val="24"/>
          <w:lang w:eastAsia="zh-TW"/>
        </w:rPr>
        <w:t xml:space="preserve"> </w:t>
      </w:r>
      <w:r w:rsidRPr="00E465F5">
        <w:rPr>
          <w:rFonts w:ascii="微軟正黑體" w:eastAsia="微軟正黑體" w:hAnsi="微軟正黑體" w:hint="eastAsia"/>
          <w:b/>
          <w:bCs/>
          <w:sz w:val="24"/>
          <w:szCs w:val="24"/>
          <w:lang w:eastAsia="zh-TW"/>
        </w:rPr>
        <w:t>資源回收物收購費率</w:t>
      </w:r>
      <w:bookmarkEnd w:id="14"/>
    </w:p>
    <w:p w14:paraId="0270C21C" w14:textId="45B1EB33" w:rsidR="00166305" w:rsidRPr="009C0FA9" w:rsidRDefault="00166305" w:rsidP="005F2F4F">
      <w:pPr>
        <w:spacing w:after="120"/>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申請人（單一廠商申請人或合作聯盟申請人各組成員名稱）茲依據貴局公告之「高雄市資源回收細分類廠有償BTO+BOT案」招商文件及相關規定，申請參與「高雄市資源回收細分類廠有償BTO+BOT案」之甄審，茲依</w:t>
      </w:r>
      <w:r w:rsidRPr="009C0FA9" w:rsidDel="004A0520">
        <w:rPr>
          <w:rFonts w:ascii="微軟正黑體" w:eastAsia="微軟正黑體" w:hAnsi="微軟正黑體" w:hint="eastAsia"/>
          <w:lang w:eastAsia="zh-TW"/>
        </w:rPr>
        <w:t>本</w:t>
      </w:r>
      <w:r w:rsidRPr="009C0FA9">
        <w:rPr>
          <w:rFonts w:ascii="微軟正黑體" w:eastAsia="微軟正黑體" w:hAnsi="微軟正黑體" w:hint="eastAsia"/>
          <w:lang w:eastAsia="zh-TW"/>
        </w:rPr>
        <w:t>案招商文件之申請須知規定，</w:t>
      </w:r>
      <w:r w:rsidRPr="009C0FA9">
        <w:rPr>
          <w:rFonts w:ascii="微軟正黑體" w:eastAsia="微軟正黑體" w:hAnsi="微軟正黑體"/>
          <w:lang w:eastAsia="zh-TW"/>
        </w:rPr>
        <w:t>填具申請人承諾</w:t>
      </w:r>
      <w:r w:rsidRPr="009C0FA9">
        <w:rPr>
          <w:rFonts w:ascii="微軟正黑體" w:eastAsia="微軟正黑體" w:hAnsi="微軟正黑體" w:hint="eastAsia"/>
          <w:lang w:eastAsia="zh-TW"/>
        </w:rPr>
        <w:t>資源回收物收費率項</w:t>
      </w:r>
      <w:r w:rsidRPr="009C0FA9">
        <w:rPr>
          <w:rFonts w:ascii="微軟正黑體" w:eastAsia="微軟正黑體" w:hAnsi="微軟正黑體"/>
          <w:lang w:eastAsia="zh-TW"/>
        </w:rPr>
        <w:t>如下：</w:t>
      </w:r>
    </w:p>
    <w:p w14:paraId="540A1C2B" w14:textId="45B526FF" w:rsidR="00166305" w:rsidRPr="00573B02" w:rsidRDefault="00166305" w:rsidP="005F2F4F">
      <w:pPr>
        <w:spacing w:after="120"/>
        <w:ind w:leftChars="236" w:left="908"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機關交</w:t>
      </w:r>
      <w:r w:rsidRPr="00573B02">
        <w:rPr>
          <w:rFonts w:ascii="微軟正黑體" w:eastAsia="微軟正黑體" w:hAnsi="微軟正黑體" w:hint="eastAsia"/>
          <w:lang w:eastAsia="zh-TW"/>
        </w:rPr>
        <w:t>付(清潔中隊)資源回收物進廠資源回收物收購費率：</w:t>
      </w:r>
    </w:p>
    <w:p w14:paraId="25EFCF41" w14:textId="74DD17D3" w:rsidR="00166305" w:rsidRPr="00573B02" w:rsidRDefault="00166305" w:rsidP="005F2F4F">
      <w:pPr>
        <w:spacing w:after="120"/>
        <w:ind w:leftChars="235" w:left="518" w:hanging="1"/>
        <w:jc w:val="both"/>
        <w:rPr>
          <w:rFonts w:ascii="微軟正黑體" w:eastAsia="微軟正黑體" w:hAnsi="微軟正黑體"/>
          <w:lang w:eastAsia="zh-TW"/>
        </w:rPr>
      </w:pPr>
      <w:r w:rsidRPr="00573B02">
        <w:rPr>
          <w:rFonts w:ascii="微軟正黑體" w:eastAsia="微軟正黑體" w:hAnsi="微軟正黑體" w:hint="eastAsia"/>
          <w:lang w:eastAsia="zh-TW"/>
        </w:rPr>
        <w:t>每噸新臺幣</w:t>
      </w:r>
      <w:r w:rsidRPr="00573B02">
        <w:rPr>
          <w:rFonts w:ascii="微軟正黑體" w:eastAsia="微軟正黑體" w:hAnsi="微軟正黑體"/>
          <w:u w:val="single"/>
          <w:lang w:eastAsia="zh-TW"/>
        </w:rPr>
        <w:t xml:space="preserve">     </w:t>
      </w:r>
      <w:r w:rsidRPr="00573B02">
        <w:rPr>
          <w:rFonts w:ascii="微軟正黑體" w:eastAsia="微軟正黑體" w:hAnsi="微軟正黑體" w:hint="eastAsia"/>
          <w:u w:val="single"/>
          <w:lang w:eastAsia="zh-TW"/>
        </w:rPr>
        <w:t xml:space="preserve">     </w:t>
      </w:r>
      <w:r w:rsidRPr="00573B02">
        <w:rPr>
          <w:rFonts w:ascii="微軟正黑體" w:eastAsia="微軟正黑體" w:hAnsi="微軟正黑體"/>
          <w:u w:val="single"/>
          <w:lang w:eastAsia="zh-TW"/>
        </w:rPr>
        <w:t xml:space="preserve">    </w:t>
      </w:r>
      <w:r w:rsidRPr="00573B02">
        <w:rPr>
          <w:rFonts w:ascii="微軟正黑體" w:eastAsia="微軟正黑體" w:hAnsi="微軟正黑體" w:hint="eastAsia"/>
          <w:lang w:eastAsia="zh-TW"/>
        </w:rPr>
        <w:t>元</w:t>
      </w:r>
      <w:r w:rsidRPr="00573B02" w:rsidDel="00080824">
        <w:rPr>
          <w:rFonts w:ascii="微軟正黑體" w:eastAsia="微軟正黑體" w:hAnsi="微軟正黑體" w:hint="eastAsia"/>
          <w:lang w:eastAsia="zh-TW"/>
        </w:rPr>
        <w:t>（</w:t>
      </w:r>
      <w:r w:rsidRPr="00573B02">
        <w:rPr>
          <w:rFonts w:ascii="微軟正黑體" w:eastAsia="微軟正黑體" w:hAnsi="微軟正黑體" w:hint="eastAsia"/>
          <w:lang w:eastAsia="zh-TW"/>
        </w:rPr>
        <w:t>中文大寫），此費用不得低於新臺幣0.684元</w:t>
      </w:r>
      <w:r w:rsidRPr="00573B02">
        <w:rPr>
          <w:rFonts w:ascii="微軟正黑體" w:eastAsia="微軟正黑體" w:hAnsi="微軟正黑體"/>
          <w:lang w:eastAsia="zh-TW"/>
        </w:rPr>
        <w:t>/</w:t>
      </w:r>
      <w:r w:rsidRPr="00573B02">
        <w:rPr>
          <w:rFonts w:ascii="微軟正黑體" w:eastAsia="微軟正黑體" w:hAnsi="微軟正黑體" w:hint="eastAsia"/>
          <w:lang w:eastAsia="zh-TW"/>
        </w:rPr>
        <w:t>公斤</w:t>
      </w:r>
      <w:r w:rsidRPr="00573B02">
        <w:rPr>
          <w:rFonts w:ascii="微軟正黑體" w:eastAsia="微軟正黑體" w:hAnsi="微軟正黑體"/>
          <w:lang w:eastAsia="zh-TW"/>
        </w:rPr>
        <w:t>(並外加營業稅)</w:t>
      </w:r>
    </w:p>
    <w:p w14:paraId="364F3498" w14:textId="10907F0F" w:rsidR="00166305" w:rsidRPr="00573B02" w:rsidRDefault="00166305" w:rsidP="005F2F4F">
      <w:pPr>
        <w:spacing w:after="120" w:line="320" w:lineRule="exact"/>
        <w:rPr>
          <w:rFonts w:ascii="微軟正黑體" w:eastAsia="微軟正黑體" w:hAnsi="微軟正黑體"/>
          <w:lang w:eastAsia="zh-TW"/>
        </w:rPr>
      </w:pPr>
      <w:r w:rsidRPr="00573B02">
        <w:rPr>
          <w:rFonts w:ascii="微軟正黑體" w:eastAsia="微軟正黑體" w:hAnsi="微軟正黑體" w:hint="eastAsia"/>
          <w:lang w:eastAsia="zh-TW"/>
        </w:rPr>
        <w:t>申請人（單一廠商申請人或合作聯盟申請人之授權代表）</w:t>
      </w:r>
    </w:p>
    <w:p w14:paraId="17A181D7" w14:textId="77777777"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r w:rsidRPr="00573B02">
        <w:rPr>
          <w:rFonts w:ascii="微軟正黑體" w:eastAsia="微軟正黑體" w:hAnsi="微軟正黑體" w:hint="eastAsia"/>
          <w:lang w:eastAsia="zh-TW"/>
        </w:rPr>
        <w:t xml:space="preserve">公司名稱：                                     </w:t>
      </w:r>
      <w:r w:rsidRPr="009C0FA9">
        <w:rPr>
          <w:rFonts w:ascii="微軟正黑體" w:eastAsia="微軟正黑體" w:hAnsi="微軟正黑體" w:hint="eastAsia"/>
          <w:lang w:eastAsia="zh-TW"/>
        </w:rPr>
        <w:t xml:space="preserve">        (印鑑)</w:t>
      </w:r>
    </w:p>
    <w:p w14:paraId="29FEC7AF" w14:textId="77777777"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統一編號︰</w:t>
      </w:r>
    </w:p>
    <w:p w14:paraId="2E3F4F5B" w14:textId="73A401AF"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公司地址：</w:t>
      </w:r>
    </w:p>
    <w:p w14:paraId="4DD4142C" w14:textId="77777777"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公司電話︰</w:t>
      </w:r>
    </w:p>
    <w:p w14:paraId="719FEAE9" w14:textId="77777777"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公司負責人：                                           (印鑑)</w:t>
      </w:r>
    </w:p>
    <w:p w14:paraId="1F03F012" w14:textId="4BFA9840"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r w:rsidRPr="009C0FA9">
        <w:rPr>
          <w:rFonts w:ascii="微軟正黑體" w:eastAsia="微軟正黑體" w:hAnsi="微軟正黑體" w:hint="eastAsia"/>
          <w:lang w:eastAsia="zh-TW"/>
        </w:rPr>
        <w:t>身分證字號︰</w:t>
      </w:r>
    </w:p>
    <w:p w14:paraId="4FDE02DD" w14:textId="77777777"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p>
    <w:p w14:paraId="2A461042" w14:textId="77777777" w:rsidR="00166305" w:rsidRPr="009C0FA9" w:rsidRDefault="00166305" w:rsidP="005F2F4F">
      <w:pPr>
        <w:spacing w:after="120" w:line="320" w:lineRule="exact"/>
        <w:ind w:leftChars="176" w:left="389" w:hanging="2"/>
        <w:jc w:val="both"/>
        <w:rPr>
          <w:rFonts w:ascii="微軟正黑體" w:eastAsia="微軟正黑體" w:hAnsi="微軟正黑體"/>
          <w:lang w:eastAsia="zh-TW"/>
        </w:rPr>
      </w:pPr>
    </w:p>
    <w:p w14:paraId="52DDF83E" w14:textId="3B809B99" w:rsidR="00166305" w:rsidRPr="009C0FA9" w:rsidRDefault="00166305" w:rsidP="005F2F4F">
      <w:pPr>
        <w:spacing w:after="120"/>
        <w:ind w:leftChars="236" w:left="908" w:hangingChars="177" w:hanging="389"/>
        <w:jc w:val="both"/>
        <w:rPr>
          <w:rFonts w:ascii="微軟正黑體" w:eastAsia="微軟正黑體" w:hAnsi="微軟正黑體"/>
          <w:lang w:eastAsia="zh-TW"/>
        </w:rPr>
      </w:pPr>
      <w:r w:rsidRPr="009C0FA9">
        <w:rPr>
          <w:rFonts w:ascii="微軟正黑體" w:eastAsia="微軟正黑體" w:hAnsi="微軟正黑體"/>
          <w:noProof/>
          <w:lang w:eastAsia="zh-TW" w:bidi="mn-Mong-CN"/>
        </w:rPr>
        <mc:AlternateContent>
          <mc:Choice Requires="wps">
            <w:drawing>
              <wp:anchor distT="0" distB="0" distL="114300" distR="114300" simplePos="0" relativeHeight="251658244" behindDoc="0" locked="0" layoutInCell="1" allowOverlap="1" wp14:anchorId="4C143993" wp14:editId="3EF197D1">
                <wp:simplePos x="0" y="0"/>
                <wp:positionH relativeFrom="column">
                  <wp:posOffset>812564</wp:posOffset>
                </wp:positionH>
                <wp:positionV relativeFrom="paragraph">
                  <wp:posOffset>181270</wp:posOffset>
                </wp:positionV>
                <wp:extent cx="1842135" cy="1842135"/>
                <wp:effectExtent l="0" t="0" r="24765" b="24765"/>
                <wp:wrapNone/>
                <wp:docPr id="1857380186" name="矩形 1"/>
                <wp:cNvGraphicFramePr/>
                <a:graphic xmlns:a="http://schemas.openxmlformats.org/drawingml/2006/main">
                  <a:graphicData uri="http://schemas.microsoft.com/office/word/2010/wordprocessingShape">
                    <wps:wsp>
                      <wps:cNvSpPr/>
                      <wps:spPr>
                        <a:xfrm>
                          <a:off x="0" y="0"/>
                          <a:ext cx="1842135" cy="1842135"/>
                        </a:xfrm>
                        <a:prstGeom prst="rect">
                          <a:avLst/>
                        </a:prstGeom>
                        <a:noFill/>
                        <a:ln>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DBAC0" id="矩形 1" o:spid="_x0000_s1026" style="position:absolute;margin-left:64pt;margin-top:14.25pt;width:145.05pt;height:145.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" filled="f" strokecolor="black [3213]" strokeweight="2pt">
                <v:stroke dashstyle="3 1"/>
              </v:rect>
            </w:pict>
          </mc:Fallback>
        </mc:AlternateContent>
      </w:r>
    </w:p>
    <w:p w14:paraId="28893FBC" w14:textId="77777777" w:rsidR="00166305" w:rsidRPr="009C0FA9" w:rsidRDefault="00166305" w:rsidP="005F2F4F">
      <w:pPr>
        <w:spacing w:after="120"/>
        <w:ind w:leftChars="236" w:left="908" w:hangingChars="177" w:hanging="389"/>
        <w:jc w:val="both"/>
        <w:rPr>
          <w:rFonts w:ascii="微軟正黑體" w:eastAsia="微軟正黑體" w:hAnsi="微軟正黑體"/>
          <w:lang w:eastAsia="zh-TW"/>
        </w:rPr>
      </w:pPr>
    </w:p>
    <w:p w14:paraId="345EE7A3" w14:textId="77777777" w:rsidR="00166305" w:rsidRPr="009C0FA9" w:rsidRDefault="00166305" w:rsidP="005F2F4F">
      <w:pPr>
        <w:spacing w:after="120"/>
        <w:ind w:leftChars="236" w:left="908" w:hangingChars="177" w:hanging="389"/>
        <w:jc w:val="both"/>
        <w:rPr>
          <w:rFonts w:ascii="微軟正黑體" w:eastAsia="微軟正黑體" w:hAnsi="微軟正黑體"/>
          <w:lang w:eastAsia="zh-TW"/>
        </w:rPr>
      </w:pPr>
      <w:r w:rsidRPr="009C0FA9">
        <w:rPr>
          <w:rFonts w:ascii="微軟正黑體" w:eastAsia="微軟正黑體" w:hAnsi="微軟正黑體"/>
          <w:noProof/>
          <w:lang w:eastAsia="zh-TW" w:bidi="mn-Mong-CN"/>
        </w:rPr>
        <mc:AlternateContent>
          <mc:Choice Requires="wps">
            <w:drawing>
              <wp:anchor distT="0" distB="0" distL="114300" distR="114300" simplePos="0" relativeHeight="251658245" behindDoc="0" locked="0" layoutInCell="1" allowOverlap="1" wp14:anchorId="5559F77A" wp14:editId="7777F941">
                <wp:simplePos x="0" y="0"/>
                <wp:positionH relativeFrom="column">
                  <wp:posOffset>3323989</wp:posOffset>
                </wp:positionH>
                <wp:positionV relativeFrom="paragraph">
                  <wp:posOffset>239690</wp:posOffset>
                </wp:positionV>
                <wp:extent cx="1173480" cy="1173480"/>
                <wp:effectExtent l="0" t="0" r="26670" b="26670"/>
                <wp:wrapNone/>
                <wp:docPr id="1048512697" name="矩形 1"/>
                <wp:cNvGraphicFramePr/>
                <a:graphic xmlns:a="http://schemas.openxmlformats.org/drawingml/2006/main">
                  <a:graphicData uri="http://schemas.microsoft.com/office/word/2010/wordprocessingShape">
                    <wps:wsp>
                      <wps:cNvSpPr/>
                      <wps:spPr>
                        <a:xfrm>
                          <a:off x="0" y="0"/>
                          <a:ext cx="1173480" cy="1173480"/>
                        </a:xfrm>
                        <a:prstGeom prst="rect">
                          <a:avLst/>
                        </a:prstGeom>
                        <a:noFill/>
                        <a:ln>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2A6795" id="矩形 1" o:spid="_x0000_s1026" style="position:absolute;margin-left:261.75pt;margin-top:18.85pt;width:92.4pt;height:92.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" filled="f" strokecolor="black [3213]" strokeweight="2pt">
                <v:stroke dashstyle="3 1"/>
              </v:rect>
            </w:pict>
          </mc:Fallback>
        </mc:AlternateContent>
      </w:r>
    </w:p>
    <w:p w14:paraId="37E937F9" w14:textId="77777777" w:rsidR="00166305" w:rsidRPr="009C0FA9" w:rsidRDefault="00166305" w:rsidP="005F2F4F">
      <w:pPr>
        <w:spacing w:after="120"/>
        <w:ind w:leftChars="236" w:left="908" w:hangingChars="177" w:hanging="389"/>
        <w:jc w:val="both"/>
        <w:rPr>
          <w:rFonts w:ascii="微軟正黑體" w:eastAsia="微軟正黑體" w:hAnsi="微軟正黑體"/>
          <w:lang w:eastAsia="zh-TW"/>
        </w:rPr>
      </w:pPr>
    </w:p>
    <w:p w14:paraId="09152A8B" w14:textId="77777777" w:rsidR="00166305" w:rsidRPr="009C0FA9" w:rsidRDefault="00166305" w:rsidP="005F2F4F">
      <w:pPr>
        <w:spacing w:after="120"/>
        <w:ind w:leftChars="236" w:left="908" w:hangingChars="177" w:hanging="389"/>
        <w:jc w:val="both"/>
        <w:rPr>
          <w:rFonts w:ascii="微軟正黑體" w:eastAsia="微軟正黑體" w:hAnsi="微軟正黑體"/>
          <w:lang w:eastAsia="zh-TW"/>
        </w:rPr>
      </w:pPr>
    </w:p>
    <w:p w14:paraId="0C0DDD3B" w14:textId="77777777" w:rsidR="00166305" w:rsidRPr="009C0FA9" w:rsidRDefault="00166305" w:rsidP="005F2F4F">
      <w:pPr>
        <w:spacing w:after="120"/>
        <w:ind w:leftChars="236" w:left="908" w:hangingChars="177" w:hanging="389"/>
        <w:jc w:val="both"/>
        <w:rPr>
          <w:rFonts w:ascii="微軟正黑體" w:eastAsia="微軟正黑體" w:hAnsi="微軟正黑體"/>
          <w:lang w:eastAsia="zh-TW"/>
        </w:rPr>
      </w:pPr>
    </w:p>
    <w:p w14:paraId="0AECE5E5" w14:textId="77777777" w:rsidR="00166305" w:rsidRPr="009C0FA9" w:rsidRDefault="00166305" w:rsidP="005F2F4F">
      <w:pPr>
        <w:spacing w:after="120"/>
        <w:ind w:leftChars="236" w:left="908" w:hangingChars="177" w:hanging="389"/>
        <w:jc w:val="both"/>
        <w:rPr>
          <w:rFonts w:ascii="微軟正黑體" w:eastAsia="微軟正黑體" w:hAnsi="微軟正黑體"/>
          <w:lang w:eastAsia="zh-TW"/>
        </w:rPr>
      </w:pPr>
    </w:p>
    <w:p w14:paraId="3D3C4447" w14:textId="77777777" w:rsidR="00166305" w:rsidRPr="009C0FA9" w:rsidRDefault="00166305" w:rsidP="005F2F4F">
      <w:pPr>
        <w:spacing w:after="120"/>
        <w:ind w:leftChars="176" w:left="389" w:hanging="2"/>
        <w:jc w:val="both"/>
        <w:rPr>
          <w:rFonts w:ascii="微軟正黑體" w:eastAsia="微軟正黑體" w:hAnsi="微軟正黑體"/>
          <w:lang w:eastAsia="zh-TW"/>
        </w:rPr>
      </w:pP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 xml:space="preserve">       </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（申請人印鑑）</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 xml:space="preserve">     </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（負責人印鑑章）</w:t>
      </w:r>
    </w:p>
    <w:p w14:paraId="64A952EA" w14:textId="5E6BC1F8" w:rsidR="00166305" w:rsidRPr="009C0FA9" w:rsidRDefault="00166305" w:rsidP="005F2F4F">
      <w:pPr>
        <w:spacing w:after="120" w:line="300" w:lineRule="exact"/>
        <w:rPr>
          <w:rFonts w:ascii="微軟正黑體" w:eastAsia="微軟正黑體" w:hAnsi="微軟正黑體"/>
          <w:sz w:val="20"/>
          <w:szCs w:val="20"/>
          <w:lang w:eastAsia="zh-TW"/>
        </w:rPr>
      </w:pPr>
    </w:p>
    <w:p w14:paraId="71EC0FFB" w14:textId="082DF9D6" w:rsidR="00166305" w:rsidRPr="009C0FA9" w:rsidRDefault="00166305">
      <w:pPr>
        <w:spacing w:after="0" w:line="240" w:lineRule="auto"/>
        <w:rPr>
          <w:rFonts w:ascii="微軟正黑體" w:eastAsia="微軟正黑體" w:hAnsi="微軟正黑體"/>
          <w:lang w:eastAsia="zh-TW"/>
        </w:rPr>
      </w:pPr>
      <w:r w:rsidRPr="009C0FA9">
        <w:rPr>
          <w:rFonts w:ascii="微軟正黑體" w:eastAsia="微軟正黑體" w:hAnsi="微軟正黑體"/>
          <w:lang w:eastAsia="zh-TW"/>
        </w:rPr>
        <w:br w:type="page"/>
      </w:r>
    </w:p>
    <w:p w14:paraId="35695A20" w14:textId="3984FAF7" w:rsidR="00166305" w:rsidRPr="00613EE3" w:rsidRDefault="00166305" w:rsidP="005F2F4F">
      <w:pPr>
        <w:tabs>
          <w:tab w:val="left" w:pos="993"/>
        </w:tabs>
        <w:spacing w:after="120" w:line="240" w:lineRule="auto"/>
        <w:rPr>
          <w:rFonts w:ascii="微軟正黑體" w:eastAsia="微軟正黑體" w:hAnsi="微軟正黑體"/>
          <w:b/>
          <w:bCs/>
          <w:sz w:val="24"/>
          <w:szCs w:val="24"/>
          <w:lang w:eastAsia="zh-TW"/>
        </w:rPr>
      </w:pPr>
      <w:bookmarkStart w:id="15" w:name="_Toc228345537"/>
      <w:r w:rsidRPr="00613EE3">
        <w:rPr>
          <w:rFonts w:ascii="微軟正黑體" w:eastAsia="微軟正黑體" w:hAnsi="微軟正黑體" w:hint="eastAsia"/>
          <w:b/>
          <w:bCs/>
          <w:sz w:val="24"/>
          <w:szCs w:val="24"/>
          <w:lang w:eastAsia="zh-TW"/>
        </w:rPr>
        <w:lastRenderedPageBreak/>
        <w:t>附件一之十二</w:t>
      </w:r>
      <w:r w:rsidRPr="00613EE3">
        <w:rPr>
          <w:rFonts w:ascii="微軟正黑體" w:eastAsia="微軟正黑體" w:hAnsi="微軟正黑體"/>
          <w:b/>
          <w:bCs/>
          <w:sz w:val="24"/>
          <w:szCs w:val="24"/>
          <w:lang w:eastAsia="zh-TW"/>
        </w:rPr>
        <w:t xml:space="preserve"> </w:t>
      </w:r>
      <w:r w:rsidRPr="00613EE3">
        <w:rPr>
          <w:rFonts w:ascii="微軟正黑體" w:eastAsia="微軟正黑體" w:hAnsi="微軟正黑體" w:hint="eastAsia"/>
          <w:b/>
          <w:bCs/>
          <w:sz w:val="24"/>
          <w:szCs w:val="24"/>
          <w:lang w:eastAsia="zh-TW"/>
        </w:rPr>
        <w:t>金融機構融資意願書</w:t>
      </w:r>
      <w:bookmarkEnd w:id="15"/>
    </w:p>
    <w:p w14:paraId="2C532857" w14:textId="1E7CD792" w:rsidR="00166305" w:rsidRPr="009C0FA9" w:rsidRDefault="00166305" w:rsidP="005F2F4F">
      <w:pPr>
        <w:spacing w:after="0" w:line="240" w:lineRule="exact"/>
        <w:rPr>
          <w:rFonts w:ascii="微軟正黑體" w:eastAsia="微軟正黑體" w:hAnsi="微軟正黑體"/>
          <w:sz w:val="16"/>
          <w:szCs w:val="16"/>
          <w:lang w:eastAsia="zh-TW"/>
        </w:rPr>
      </w:pPr>
      <w:r w:rsidRPr="009C0FA9">
        <w:rPr>
          <w:rFonts w:ascii="微軟正黑體" w:eastAsia="微軟正黑體" w:hAnsi="微軟正黑體" w:hint="eastAsia"/>
          <w:sz w:val="16"/>
          <w:szCs w:val="16"/>
          <w:lang w:eastAsia="zh-TW"/>
        </w:rPr>
        <w:t>(如有必要，請依下列格式另行繕打)</w:t>
      </w:r>
    </w:p>
    <w:p w14:paraId="25B34569" w14:textId="41B8D2D0" w:rsidR="00166305" w:rsidRPr="009C0FA9" w:rsidRDefault="00166305" w:rsidP="005F2F4F">
      <w:pPr>
        <w:spacing w:after="120" w:line="240" w:lineRule="auto"/>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hint="eastAsia"/>
          <w:b/>
          <w:sz w:val="32"/>
          <w:szCs w:val="32"/>
          <w:lang w:eastAsia="zh-TW"/>
        </w:rPr>
        <w:t>「高雄市資源回收細分類廠有償BTO+BOT案」</w:t>
      </w:r>
    </w:p>
    <w:p w14:paraId="051CC9A2" w14:textId="0ABD3EAD" w:rsidR="00166305" w:rsidRPr="009C0FA9" w:rsidRDefault="00166305" w:rsidP="005F2F4F">
      <w:pPr>
        <w:spacing w:after="120" w:line="240" w:lineRule="auto"/>
        <w:ind w:left="192" w:hangingChars="60" w:hanging="192"/>
        <w:jc w:val="center"/>
        <w:rPr>
          <w:rFonts w:ascii="微軟正黑體" w:eastAsia="微軟正黑體" w:hAnsi="微軟正黑體"/>
          <w:b/>
          <w:sz w:val="32"/>
          <w:szCs w:val="32"/>
          <w:lang w:eastAsia="zh-TW"/>
        </w:rPr>
      </w:pPr>
      <w:r w:rsidRPr="009C0FA9">
        <w:rPr>
          <w:rFonts w:ascii="微軟正黑體" w:eastAsia="微軟正黑體" w:hAnsi="微軟正黑體" w:hint="eastAsia"/>
          <w:b/>
          <w:sz w:val="32"/>
          <w:szCs w:val="32"/>
          <w:lang w:eastAsia="zh-TW"/>
        </w:rPr>
        <w:t>金融機構融資意願書(範例)</w:t>
      </w:r>
    </w:p>
    <w:p w14:paraId="41FC0711" w14:textId="52289406"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貴公司參與「高雄市資源回收細分類廠有償</w:t>
      </w:r>
      <w:r w:rsidRPr="009C0FA9">
        <w:rPr>
          <w:rFonts w:ascii="微軟正黑體" w:eastAsia="微軟正黑體" w:hAnsi="微軟正黑體"/>
          <w:lang w:eastAsia="zh-TW"/>
        </w:rPr>
        <w:t>BTO+BOT案」(以下簡稱本</w:t>
      </w:r>
      <w:r w:rsidRPr="009C0FA9">
        <w:rPr>
          <w:rFonts w:ascii="微軟正黑體" w:eastAsia="微軟正黑體" w:hAnsi="微軟正黑體" w:hint="eastAsia"/>
          <w:lang w:eastAsia="zh-TW"/>
        </w:rPr>
        <w:t>案</w:t>
      </w:r>
      <w:r w:rsidRPr="009C0FA9">
        <w:rPr>
          <w:rFonts w:ascii="微軟正黑體" w:eastAsia="微軟正黑體" w:hAnsi="微軟正黑體"/>
          <w:lang w:eastAsia="zh-TW"/>
        </w:rPr>
        <w:t>)之甄審，如獲評定為最優申請人，並完成與</w:t>
      </w:r>
      <w:r w:rsidRPr="009C0FA9">
        <w:rPr>
          <w:rFonts w:ascii="微軟正黑體" w:eastAsia="微軟正黑體" w:hAnsi="微軟正黑體" w:hint="eastAsia"/>
          <w:lang w:eastAsia="zh-TW"/>
        </w:rPr>
        <w:t>高雄</w:t>
      </w:r>
      <w:r w:rsidRPr="009C0FA9">
        <w:rPr>
          <w:rFonts w:ascii="微軟正黑體" w:eastAsia="微軟正黑體" w:hAnsi="微軟正黑體"/>
          <w:lang w:eastAsia="zh-TW"/>
        </w:rPr>
        <w:t>市政府經</w:t>
      </w:r>
      <w:r w:rsidR="00B917E0" w:rsidRPr="00EF32E0">
        <w:rPr>
          <w:rFonts w:ascii="微軟正黑體" w:eastAsia="微軟正黑體" w:hAnsi="微軟正黑體" w:hint="eastAsia"/>
          <w:color w:val="FF0000"/>
          <w:lang w:eastAsia="zh-TW"/>
        </w:rPr>
        <w:t>環境保護局</w:t>
      </w:r>
      <w:r w:rsidRPr="009C0FA9">
        <w:rPr>
          <w:rFonts w:ascii="微軟正黑體" w:eastAsia="微軟正黑體" w:hAnsi="微軟正黑體"/>
          <w:lang w:eastAsia="zh-TW"/>
        </w:rPr>
        <w:t>簽妥投資契約後，本行願</w:t>
      </w:r>
      <w:r w:rsidRPr="009C0FA9">
        <w:rPr>
          <w:rFonts w:ascii="微軟正黑體" w:eastAsia="微軟正黑體" w:hAnsi="微軟正黑體" w:hint="eastAsia"/>
          <w:lang w:eastAsia="zh-TW"/>
        </w:rPr>
        <w:t>意於考量各項風險及擔保條件後，提供本案所需相關融資。惟有關實際授信金額及條件，需視該計畫之資金用途、還款財源、用款進度及本行資金狀況，依本行授信程序報准且於組成聯合授信銀行團後辦理。</w:t>
      </w:r>
    </w:p>
    <w:p w14:paraId="75CE291B"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p>
    <w:p w14:paraId="6865680F"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此致</w:t>
      </w:r>
      <w:r w:rsidRPr="009C0FA9">
        <w:rPr>
          <w:rFonts w:ascii="微軟正黑體" w:eastAsia="微軟正黑體" w:hAnsi="微軟正黑體"/>
          <w:lang w:eastAsia="zh-TW"/>
        </w:rPr>
        <w:t xml:space="preserve"> </w:t>
      </w:r>
    </w:p>
    <w:p w14:paraId="2956BA67" w14:textId="1555FE3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（單一申請人或合作聯盟之授權代表名稱）</w:t>
      </w:r>
    </w:p>
    <w:p w14:paraId="38DD50F4"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p>
    <w:p w14:paraId="3DE2DE37" w14:textId="767EA214"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 xml:space="preserve">金融機構名稱：                                 </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 xml:space="preserve">         </w:t>
      </w:r>
      <w:r w:rsidRPr="009C0FA9">
        <w:rPr>
          <w:rFonts w:ascii="微軟正黑體" w:eastAsia="微軟正黑體" w:hAnsi="微軟正黑體"/>
          <w:lang w:eastAsia="zh-TW"/>
        </w:rPr>
        <w:t>（加蓋金融機構印信）</w:t>
      </w:r>
    </w:p>
    <w:p w14:paraId="4373C6A9"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負責人（或代表人）：</w:t>
      </w:r>
      <w:r w:rsidRPr="009C0FA9">
        <w:rPr>
          <w:rFonts w:ascii="微軟正黑體" w:eastAsia="微軟正黑體" w:hAnsi="微軟正黑體"/>
          <w:lang w:eastAsia="zh-TW"/>
        </w:rPr>
        <w:t xml:space="preserve"> </w:t>
      </w:r>
    </w:p>
    <w:p w14:paraId="05EC6F7B" w14:textId="24BF8C98"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 xml:space="preserve">                                                         </w:t>
      </w:r>
      <w:r w:rsidRPr="009C0FA9">
        <w:rPr>
          <w:rFonts w:ascii="微軟正黑體" w:eastAsia="微軟正黑體" w:hAnsi="微軟正黑體"/>
          <w:lang w:eastAsia="zh-TW"/>
        </w:rPr>
        <w:t>(職銜) (姓名) (簽章)</w:t>
      </w:r>
    </w:p>
    <w:p w14:paraId="14481023" w14:textId="777777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p>
    <w:p w14:paraId="41CF312F" w14:textId="13252D50"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地址：</w:t>
      </w:r>
    </w:p>
    <w:p w14:paraId="266EAC25" w14:textId="0EF7DA77" w:rsidR="00166305" w:rsidRPr="009C0FA9" w:rsidRDefault="00166305" w:rsidP="005F2F4F">
      <w:pPr>
        <w:spacing w:after="120" w:line="240" w:lineRule="auto"/>
        <w:ind w:firstLineChars="236" w:firstLine="519"/>
        <w:jc w:val="both"/>
        <w:rPr>
          <w:rFonts w:ascii="微軟正黑體" w:eastAsia="微軟正黑體" w:hAnsi="微軟正黑體"/>
          <w:lang w:eastAsia="zh-TW"/>
        </w:rPr>
      </w:pPr>
      <w:r w:rsidRPr="009C0FA9">
        <w:rPr>
          <w:rFonts w:ascii="微軟正黑體" w:eastAsia="微軟正黑體" w:hAnsi="微軟正黑體" w:hint="eastAsia"/>
          <w:lang w:eastAsia="zh-TW"/>
        </w:rPr>
        <w:t>電話：</w:t>
      </w:r>
    </w:p>
    <w:p w14:paraId="4501D81F" w14:textId="77777777" w:rsidR="00166305" w:rsidRPr="009C0FA9" w:rsidRDefault="00166305" w:rsidP="005F2F4F">
      <w:pPr>
        <w:spacing w:after="120" w:line="240" w:lineRule="auto"/>
        <w:ind w:left="216" w:hangingChars="60" w:hanging="216"/>
        <w:jc w:val="distribute"/>
        <w:rPr>
          <w:rFonts w:ascii="微軟正黑體" w:eastAsia="微軟正黑體" w:hAnsi="微軟正黑體"/>
          <w:b/>
          <w:sz w:val="36"/>
          <w:szCs w:val="36"/>
          <w:lang w:eastAsia="zh-TW"/>
        </w:rPr>
      </w:pPr>
    </w:p>
    <w:p w14:paraId="440DBE46" w14:textId="77777777" w:rsidR="00166305" w:rsidRPr="009C0FA9" w:rsidRDefault="00166305" w:rsidP="005F2F4F">
      <w:pPr>
        <w:spacing w:after="120" w:line="240" w:lineRule="auto"/>
        <w:ind w:left="216" w:hangingChars="60" w:hanging="216"/>
        <w:jc w:val="distribute"/>
        <w:rPr>
          <w:rFonts w:ascii="微軟正黑體" w:eastAsia="微軟正黑體" w:hAnsi="微軟正黑體"/>
          <w:b/>
          <w:sz w:val="36"/>
          <w:szCs w:val="36"/>
          <w:lang w:eastAsia="zh-TW"/>
        </w:rPr>
      </w:pPr>
    </w:p>
    <w:p w14:paraId="312FBDD3" w14:textId="77777777" w:rsidR="00166305" w:rsidRPr="009C0FA9" w:rsidRDefault="00166305" w:rsidP="005F2F4F">
      <w:pPr>
        <w:spacing w:after="120" w:line="240" w:lineRule="auto"/>
        <w:ind w:left="216" w:hangingChars="60" w:hanging="216"/>
        <w:jc w:val="distribute"/>
        <w:rPr>
          <w:rFonts w:ascii="微軟正黑體" w:eastAsia="微軟正黑體" w:hAnsi="微軟正黑體"/>
          <w:sz w:val="36"/>
          <w:szCs w:val="36"/>
          <w:lang w:eastAsia="zh-TW"/>
        </w:rPr>
      </w:pPr>
      <w:r w:rsidRPr="009C0FA9">
        <w:rPr>
          <w:rFonts w:ascii="微軟正黑體" w:eastAsia="微軟正黑體" w:hAnsi="微軟正黑體" w:hint="eastAsia"/>
          <w:sz w:val="36"/>
          <w:szCs w:val="36"/>
          <w:lang w:eastAsia="zh-TW"/>
        </w:rPr>
        <w:t>中華民國       年       月       日</w:t>
      </w:r>
    </w:p>
    <w:p w14:paraId="6DC5018C" w14:textId="22522929" w:rsidR="00166305" w:rsidRPr="009C0FA9" w:rsidRDefault="00166305" w:rsidP="005F2F4F">
      <w:pPr>
        <w:spacing w:after="120" w:line="240" w:lineRule="auto"/>
        <w:ind w:left="216" w:hangingChars="60" w:hanging="216"/>
        <w:jc w:val="distribute"/>
        <w:rPr>
          <w:rFonts w:ascii="微軟正黑體" w:eastAsia="微軟正黑體" w:hAnsi="微軟正黑體"/>
          <w:b/>
          <w:sz w:val="36"/>
          <w:szCs w:val="36"/>
          <w:lang w:eastAsia="zh-TW"/>
        </w:rPr>
      </w:pPr>
      <w:r w:rsidRPr="009C0FA9">
        <w:rPr>
          <w:rFonts w:ascii="微軟正黑體" w:eastAsia="微軟正黑體" w:hAnsi="微軟正黑體"/>
          <w:b/>
          <w:sz w:val="36"/>
          <w:szCs w:val="36"/>
          <w:lang w:eastAsia="zh-TW"/>
        </w:rPr>
        <w:br w:type="page"/>
      </w:r>
    </w:p>
    <w:p w14:paraId="470D8A21" w14:textId="30C8CA3D" w:rsidR="00166305" w:rsidRPr="00E465F5" w:rsidRDefault="00166305" w:rsidP="005F2F4F">
      <w:pPr>
        <w:tabs>
          <w:tab w:val="left" w:pos="993"/>
        </w:tabs>
        <w:spacing w:after="120" w:line="240" w:lineRule="auto"/>
        <w:rPr>
          <w:rFonts w:ascii="微軟正黑體" w:eastAsia="微軟正黑體" w:hAnsi="微軟正黑體"/>
          <w:b/>
          <w:bCs/>
          <w:sz w:val="24"/>
          <w:szCs w:val="24"/>
          <w:lang w:eastAsia="zh-TW"/>
        </w:rPr>
      </w:pPr>
      <w:bookmarkStart w:id="16" w:name="_Toc228345538"/>
      <w:r w:rsidRPr="00E465F5">
        <w:rPr>
          <w:rFonts w:ascii="微軟正黑體" w:eastAsia="微軟正黑體" w:hAnsi="微軟正黑體" w:hint="eastAsia"/>
          <w:b/>
          <w:bCs/>
          <w:sz w:val="24"/>
          <w:szCs w:val="24"/>
          <w:lang w:eastAsia="zh-TW"/>
        </w:rPr>
        <w:lastRenderedPageBreak/>
        <w:t>附件一之十三</w:t>
      </w:r>
      <w:r w:rsidRPr="00E465F5">
        <w:rPr>
          <w:rFonts w:ascii="微軟正黑體" w:eastAsia="微軟正黑體" w:hAnsi="微軟正黑體"/>
          <w:b/>
          <w:bCs/>
          <w:sz w:val="24"/>
          <w:szCs w:val="24"/>
          <w:lang w:eastAsia="zh-TW"/>
        </w:rPr>
        <w:t xml:space="preserve"> </w:t>
      </w:r>
      <w:r w:rsidRPr="00E465F5">
        <w:rPr>
          <w:rFonts w:ascii="微軟正黑體" w:eastAsia="微軟正黑體" w:hAnsi="微軟正黑體" w:hint="eastAsia"/>
          <w:b/>
          <w:bCs/>
          <w:sz w:val="24"/>
          <w:szCs w:val="24"/>
          <w:lang w:eastAsia="zh-TW"/>
        </w:rPr>
        <w:t>技術能力資格證明文件</w:t>
      </w:r>
      <w:bookmarkEnd w:id="16"/>
    </w:p>
    <w:p w14:paraId="68B0073A" w14:textId="2D9C89DF" w:rsidR="00166305" w:rsidRPr="00E465F5" w:rsidRDefault="00166305" w:rsidP="005F2F4F">
      <w:pPr>
        <w:spacing w:after="120" w:line="320" w:lineRule="exact"/>
        <w:ind w:firstLine="1"/>
        <w:rPr>
          <w:rFonts w:ascii="微軟正黑體" w:eastAsia="微軟正黑體" w:hAnsi="微軟正黑體"/>
          <w:b/>
          <w:bCs/>
          <w:sz w:val="24"/>
          <w:szCs w:val="24"/>
          <w:lang w:eastAsia="zh-TW"/>
        </w:rPr>
      </w:pPr>
      <w:r w:rsidRPr="00E465F5">
        <w:rPr>
          <w:rFonts w:ascii="微軟正黑體" w:eastAsia="微軟正黑體" w:hAnsi="微軟正黑體" w:hint="eastAsia"/>
          <w:b/>
          <w:bCs/>
          <w:sz w:val="24"/>
          <w:szCs w:val="24"/>
          <w:lang w:eastAsia="zh-TW"/>
        </w:rPr>
        <w:t>壹、資源回收物細分類廠或廢棄物處理設施興建工程實績</w:t>
      </w:r>
    </w:p>
    <w:p w14:paraId="44121D41" w14:textId="77777777" w:rsidR="00166305" w:rsidRPr="009C0FA9" w:rsidRDefault="00166305" w:rsidP="005F2F4F">
      <w:pPr>
        <w:spacing w:after="120" w:line="300" w:lineRule="exact"/>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一、廠名：</w:t>
      </w:r>
    </w:p>
    <w:p w14:paraId="05F910A5" w14:textId="77777777" w:rsidR="00166305" w:rsidRPr="009C0FA9" w:rsidRDefault="00166305" w:rsidP="005F2F4F">
      <w:pPr>
        <w:spacing w:after="120" w:line="300" w:lineRule="exact"/>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二、廠址：</w:t>
      </w:r>
    </w:p>
    <w:p w14:paraId="4863147C" w14:textId="77777777" w:rsidR="00166305" w:rsidRPr="009C0FA9" w:rsidRDefault="00166305" w:rsidP="005F2F4F">
      <w:pPr>
        <w:spacing w:after="120" w:line="300" w:lineRule="exact"/>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三、業主／合約人</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名稱：</w:t>
      </w:r>
    </w:p>
    <w:p w14:paraId="62DE166B" w14:textId="77777777" w:rsidR="00166305" w:rsidRPr="009C0FA9" w:rsidRDefault="00166305" w:rsidP="005F2F4F">
      <w:pPr>
        <w:spacing w:after="120" w:line="300" w:lineRule="exact"/>
        <w:ind w:leftChars="827" w:left="2208"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住址：</w:t>
      </w:r>
    </w:p>
    <w:p w14:paraId="0D1B6316" w14:textId="3C214197" w:rsidR="00166305" w:rsidRPr="009C0FA9" w:rsidRDefault="00166305" w:rsidP="005F2F4F">
      <w:pPr>
        <w:spacing w:after="120" w:line="300" w:lineRule="exact"/>
        <w:ind w:leftChars="827" w:left="2208"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電話：</w:t>
      </w:r>
    </w:p>
    <w:p w14:paraId="6EB4F68A" w14:textId="42D4897E" w:rsidR="00166305" w:rsidRPr="009C0FA9" w:rsidRDefault="00166305" w:rsidP="005F2F4F">
      <w:pPr>
        <w:spacing w:after="120" w:line="300" w:lineRule="exact"/>
        <w:ind w:leftChars="827" w:left="2208"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傳真號碼：</w:t>
      </w:r>
    </w:p>
    <w:p w14:paraId="05AF1310" w14:textId="01A8EF28" w:rsidR="00166305" w:rsidRPr="009C0FA9" w:rsidRDefault="00166305" w:rsidP="005F2F4F">
      <w:pPr>
        <w:spacing w:after="120" w:line="300" w:lineRule="exact"/>
        <w:ind w:left="422" w:hangingChars="192" w:hanging="422"/>
        <w:jc w:val="both"/>
        <w:rPr>
          <w:rFonts w:ascii="微軟正黑體" w:eastAsia="微軟正黑體" w:hAnsi="微軟正黑體"/>
          <w:lang w:eastAsia="zh-TW"/>
        </w:rPr>
      </w:pPr>
      <w:r w:rsidRPr="009C0FA9">
        <w:rPr>
          <w:rFonts w:ascii="微軟正黑體" w:eastAsia="微軟正黑體" w:hAnsi="微軟正黑體" w:hint="eastAsia"/>
          <w:lang w:eastAsia="zh-TW"/>
        </w:rPr>
        <w:t>四、經驗或實績承攬人︰（應為申請人（包括合作聯盟成員）或與申請人簽訂協力廠商合作意願書之協力廠商）</w:t>
      </w:r>
    </w:p>
    <w:p w14:paraId="287AFC05" w14:textId="26EEC922" w:rsidR="00166305" w:rsidRPr="009C0FA9" w:rsidRDefault="00166305" w:rsidP="005F2F4F">
      <w:pPr>
        <w:spacing w:after="120" w:line="300" w:lineRule="exact"/>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五、資源回收物細分類廠或廢棄物處理設施興建工程契約生效日期︰</w:t>
      </w:r>
    </w:p>
    <w:p w14:paraId="11230FEE" w14:textId="0FFCA4AE" w:rsidR="00166305" w:rsidRPr="009C0FA9" w:rsidRDefault="00166305" w:rsidP="005F2F4F">
      <w:pPr>
        <w:spacing w:after="120" w:line="300" w:lineRule="exact"/>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六、資源回收物細分類廠或廢棄物處理設施容量</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噸</w:t>
      </w:r>
      <w:r w:rsidRPr="009C0FA9">
        <w:rPr>
          <w:rFonts w:ascii="微軟正黑體" w:eastAsia="微軟正黑體" w:hAnsi="微軟正黑體"/>
          <w:lang w:eastAsia="zh-TW"/>
        </w:rPr>
        <w:t>/</w:t>
      </w:r>
      <w:r w:rsidRPr="009C0FA9">
        <w:rPr>
          <w:rFonts w:ascii="微軟正黑體" w:eastAsia="微軟正黑體" w:hAnsi="微軟正黑體" w:hint="eastAsia"/>
          <w:lang w:eastAsia="zh-TW"/>
        </w:rPr>
        <w:t>日</w:t>
      </w:r>
    </w:p>
    <w:p w14:paraId="0926D536" w14:textId="71E184C2" w:rsidR="00166305" w:rsidRPr="009C0FA9" w:rsidRDefault="00166305" w:rsidP="005F2F4F">
      <w:pPr>
        <w:spacing w:after="120" w:line="300" w:lineRule="exact"/>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七、細分類廠及廢棄物處理產線數目︰</w:t>
      </w:r>
    </w:p>
    <w:p w14:paraId="4E4D5D14" w14:textId="5F610848" w:rsidR="00166305" w:rsidRPr="009C0FA9" w:rsidRDefault="00166305" w:rsidP="005F2F4F">
      <w:pPr>
        <w:spacing w:after="120" w:line="300" w:lineRule="exact"/>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八、磁選設備：</w:t>
      </w:r>
    </w:p>
    <w:p w14:paraId="08F8ABD9" w14:textId="10195642" w:rsidR="00166305" w:rsidRPr="009C0FA9" w:rsidRDefault="00166305" w:rsidP="005F2F4F">
      <w:pPr>
        <w:spacing w:after="120" w:line="300" w:lineRule="exact"/>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九、光選設備：</w:t>
      </w:r>
    </w:p>
    <w:p w14:paraId="46E566AB" w14:textId="0A94E930" w:rsidR="00166305" w:rsidRPr="009C0FA9" w:rsidRDefault="00166305" w:rsidP="005F2F4F">
      <w:pPr>
        <w:spacing w:after="120" w:line="300" w:lineRule="exact"/>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十、其他資源回收物細分類廠或廢棄物處理設施：</w:t>
      </w:r>
    </w:p>
    <w:p w14:paraId="69A088DB" w14:textId="39A63D30" w:rsidR="00166305" w:rsidRPr="009C0FA9" w:rsidRDefault="00166305" w:rsidP="005F2F4F">
      <w:pPr>
        <w:spacing w:after="120" w:line="300" w:lineRule="exact"/>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十一、驗收後開始正式運轉日期︰</w:t>
      </w:r>
    </w:p>
    <w:p w14:paraId="71E7A22B" w14:textId="29CDE5EA" w:rsidR="00166305" w:rsidRPr="009C0FA9" w:rsidRDefault="00166305" w:rsidP="005F2F4F">
      <w:pPr>
        <w:spacing w:after="120" w:line="300" w:lineRule="exact"/>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十二、至申請截止日止之運轉時間︰</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年（填寫之年數應大於等於兩年）</w:t>
      </w:r>
    </w:p>
    <w:p w14:paraId="520DCCBB" w14:textId="565DC2E1" w:rsidR="00166305" w:rsidRPr="00E465F5" w:rsidRDefault="00166305" w:rsidP="005F2F4F">
      <w:pPr>
        <w:spacing w:after="120" w:line="300" w:lineRule="exact"/>
        <w:ind w:firstLine="1"/>
        <w:rPr>
          <w:rFonts w:ascii="微軟正黑體" w:eastAsia="微軟正黑體" w:hAnsi="微軟正黑體"/>
          <w:b/>
          <w:bCs/>
          <w:sz w:val="24"/>
          <w:szCs w:val="24"/>
          <w:lang w:eastAsia="zh-TW"/>
        </w:rPr>
      </w:pPr>
      <w:r w:rsidRPr="00E465F5">
        <w:rPr>
          <w:rFonts w:ascii="微軟正黑體" w:eastAsia="微軟正黑體" w:hAnsi="微軟正黑體" w:hint="eastAsia"/>
          <w:b/>
          <w:bCs/>
          <w:sz w:val="24"/>
          <w:szCs w:val="24"/>
          <w:lang w:eastAsia="zh-TW"/>
        </w:rPr>
        <w:t>貳、資源回收物細分類廠或廢棄物處理設施操作維護實績</w:t>
      </w:r>
    </w:p>
    <w:p w14:paraId="662B97A9" w14:textId="77777777" w:rsidR="00166305" w:rsidRPr="009C0FA9" w:rsidRDefault="00166305" w:rsidP="005F2F4F">
      <w:pPr>
        <w:spacing w:after="120" w:line="300" w:lineRule="exact"/>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一、廠名：</w:t>
      </w:r>
    </w:p>
    <w:p w14:paraId="316612BA" w14:textId="77777777" w:rsidR="00166305" w:rsidRPr="009C0FA9" w:rsidRDefault="00166305" w:rsidP="005F2F4F">
      <w:pPr>
        <w:spacing w:after="120" w:line="300" w:lineRule="exact"/>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二、廠址：</w:t>
      </w:r>
    </w:p>
    <w:p w14:paraId="33E9255D" w14:textId="77777777" w:rsidR="00166305" w:rsidRPr="009C0FA9" w:rsidRDefault="00166305" w:rsidP="005F2F4F">
      <w:pPr>
        <w:spacing w:after="120" w:line="300" w:lineRule="exact"/>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三、業主／合約人</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名稱：</w:t>
      </w:r>
    </w:p>
    <w:p w14:paraId="124B38AE" w14:textId="4C104D0A" w:rsidR="00166305" w:rsidRPr="009C0FA9" w:rsidRDefault="00166305" w:rsidP="005F2F4F">
      <w:pPr>
        <w:spacing w:after="120" w:line="300" w:lineRule="exact"/>
        <w:ind w:leftChars="709" w:left="194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住址：</w:t>
      </w:r>
    </w:p>
    <w:p w14:paraId="6ACA2128" w14:textId="286853F9" w:rsidR="00166305" w:rsidRPr="009C0FA9" w:rsidRDefault="00166305" w:rsidP="005F2F4F">
      <w:pPr>
        <w:spacing w:after="120" w:line="300" w:lineRule="exact"/>
        <w:ind w:leftChars="709" w:left="1560"/>
        <w:jc w:val="both"/>
        <w:rPr>
          <w:rFonts w:ascii="微軟正黑體" w:eastAsia="微軟正黑體" w:hAnsi="微軟正黑體"/>
          <w:lang w:eastAsia="zh-TW"/>
        </w:rPr>
      </w:pPr>
      <w:r w:rsidRPr="009C0FA9">
        <w:rPr>
          <w:rFonts w:ascii="微軟正黑體" w:eastAsia="微軟正黑體" w:hAnsi="微軟正黑體" w:hint="eastAsia"/>
          <w:lang w:eastAsia="zh-TW"/>
        </w:rPr>
        <w:t>電話：</w:t>
      </w:r>
    </w:p>
    <w:p w14:paraId="6766F357" w14:textId="456A3B0B" w:rsidR="00166305" w:rsidRPr="009C0FA9" w:rsidRDefault="00166305" w:rsidP="005F2F4F">
      <w:pPr>
        <w:spacing w:after="120" w:line="300" w:lineRule="exact"/>
        <w:ind w:leftChars="709" w:left="194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傳真號碼：</w:t>
      </w:r>
    </w:p>
    <w:p w14:paraId="4EA65418" w14:textId="1048D929" w:rsidR="00166305" w:rsidRPr="009C0FA9" w:rsidRDefault="00166305" w:rsidP="005F2F4F">
      <w:pPr>
        <w:spacing w:after="120" w:line="300" w:lineRule="exact"/>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四、經驗或實績承攬人︰（應為申請人（包括合作聯盟成員）或與申請人簽訂協力廠商合作意願書之協力廠商）</w:t>
      </w:r>
    </w:p>
    <w:p w14:paraId="5DF5035E" w14:textId="77777777" w:rsidR="00166305" w:rsidRPr="009C0FA9" w:rsidRDefault="00166305" w:rsidP="005F2F4F">
      <w:pPr>
        <w:spacing w:after="120" w:line="300" w:lineRule="exact"/>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五、經驗或實績基本資料︰</w:t>
      </w:r>
    </w:p>
    <w:p w14:paraId="5DEB7174" w14:textId="302388F2" w:rsidR="00166305" w:rsidRPr="009C0FA9" w:rsidRDefault="00166305" w:rsidP="005F2F4F">
      <w:pPr>
        <w:spacing w:after="120" w:line="300" w:lineRule="exact"/>
        <w:ind w:leftChars="177" w:left="389" w:firstLine="1"/>
        <w:jc w:val="both"/>
        <w:rPr>
          <w:rFonts w:ascii="微軟正黑體" w:eastAsia="微軟正黑體" w:hAnsi="微軟正黑體"/>
          <w:lang w:eastAsia="zh-TW"/>
        </w:rPr>
      </w:pPr>
      <w:r w:rsidRPr="009C0FA9">
        <w:rPr>
          <w:rFonts w:ascii="微軟正黑體" w:eastAsia="微軟正黑體" w:hAnsi="微軟正黑體" w:hint="eastAsia"/>
          <w:lang w:eastAsia="zh-TW"/>
        </w:rPr>
        <w:t>截至申請截止日前至少有</w:t>
      </w:r>
      <w:r w:rsidRPr="009C0FA9">
        <w:rPr>
          <w:rFonts w:ascii="微軟正黑體" w:eastAsia="微軟正黑體" w:hAnsi="微軟正黑體"/>
          <w:lang w:eastAsia="zh-TW"/>
        </w:rPr>
        <w:t>1座處理容量在50公噸/日以上(包含50公噸/日) 之處理設施操作維護實績</w:t>
      </w:r>
      <w:r w:rsidRPr="009C0FA9">
        <w:rPr>
          <w:rFonts w:ascii="微軟正黑體" w:eastAsia="微軟正黑體" w:hAnsi="微軟正黑體" w:hint="eastAsia"/>
          <w:lang w:eastAsia="zh-TW"/>
        </w:rPr>
        <w:t>︰</w:t>
      </w:r>
      <w:r w:rsidRPr="009C0FA9">
        <w:rPr>
          <w:rFonts w:ascii="微軟正黑體" w:eastAsia="微軟正黑體" w:hAnsi="微軟正黑體"/>
          <w:lang w:eastAsia="zh-TW"/>
        </w:rPr>
        <w:t xml:space="preserve"> </w:t>
      </w:r>
    </w:p>
    <w:p w14:paraId="2C6C5711" w14:textId="77777777" w:rsidR="00166305" w:rsidRPr="009C0FA9" w:rsidRDefault="00166305" w:rsidP="005F2F4F">
      <w:pPr>
        <w:spacing w:after="120" w:line="300" w:lineRule="exact"/>
        <w:ind w:leftChars="177" w:left="389" w:firstLine="1"/>
        <w:jc w:val="both"/>
        <w:rPr>
          <w:rFonts w:ascii="微軟正黑體" w:eastAsia="微軟正黑體" w:hAnsi="微軟正黑體"/>
          <w:lang w:eastAsia="zh-TW"/>
        </w:rPr>
      </w:pPr>
      <w:r w:rsidRPr="009C0FA9">
        <w:rPr>
          <w:rFonts w:ascii="微軟正黑體" w:eastAsia="微軟正黑體" w:hAnsi="微軟正黑體"/>
          <w:lang w:eastAsia="zh-TW"/>
        </w:rPr>
        <w:t>1.</w:t>
      </w:r>
      <w:r w:rsidRPr="009C0FA9">
        <w:rPr>
          <w:rFonts w:ascii="微軟正黑體" w:eastAsia="微軟正黑體" w:hAnsi="微軟正黑體" w:hint="eastAsia"/>
          <w:lang w:eastAsia="zh-TW"/>
        </w:rPr>
        <w:t>契約生效日期︰</w:t>
      </w:r>
    </w:p>
    <w:p w14:paraId="5354FE8B" w14:textId="7B7F528B" w:rsidR="00166305" w:rsidRPr="009C0FA9" w:rsidRDefault="00166305" w:rsidP="005F2F4F">
      <w:pPr>
        <w:spacing w:after="120" w:line="300" w:lineRule="exact"/>
        <w:ind w:leftChars="177" w:left="389" w:firstLine="1"/>
        <w:jc w:val="both"/>
        <w:rPr>
          <w:rFonts w:ascii="微軟正黑體" w:eastAsia="微軟正黑體" w:hAnsi="微軟正黑體"/>
          <w:lang w:eastAsia="zh-TW"/>
        </w:rPr>
      </w:pPr>
      <w:r w:rsidRPr="009C0FA9">
        <w:rPr>
          <w:rFonts w:ascii="微軟正黑體" w:eastAsia="微軟正黑體" w:hAnsi="微軟正黑體"/>
          <w:lang w:eastAsia="zh-TW"/>
        </w:rPr>
        <w:t>2.</w:t>
      </w:r>
      <w:r w:rsidRPr="009C0FA9">
        <w:rPr>
          <w:rFonts w:ascii="微軟正黑體" w:eastAsia="微軟正黑體" w:hAnsi="微軟正黑體" w:hint="eastAsia"/>
          <w:lang w:eastAsia="zh-TW"/>
        </w:rPr>
        <w:t>資源回收物細分類廠或廢棄物處理設施容量︰</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噸</w:t>
      </w:r>
      <w:r w:rsidRPr="009C0FA9">
        <w:rPr>
          <w:rFonts w:ascii="微軟正黑體" w:eastAsia="微軟正黑體" w:hAnsi="微軟正黑體"/>
          <w:lang w:eastAsia="zh-TW"/>
        </w:rPr>
        <w:t>/</w:t>
      </w:r>
      <w:r w:rsidRPr="009C0FA9">
        <w:rPr>
          <w:rFonts w:ascii="微軟正黑體" w:eastAsia="微軟正黑體" w:hAnsi="微軟正黑體" w:hint="eastAsia"/>
          <w:lang w:eastAsia="zh-TW"/>
        </w:rPr>
        <w:t>日</w:t>
      </w:r>
    </w:p>
    <w:p w14:paraId="7EB5EC64" w14:textId="77C3FF43" w:rsidR="00166305" w:rsidRPr="009C0FA9" w:rsidRDefault="00166305" w:rsidP="005F2F4F">
      <w:pPr>
        <w:spacing w:after="120" w:line="300" w:lineRule="exact"/>
        <w:ind w:leftChars="177" w:left="389" w:firstLine="1"/>
        <w:jc w:val="both"/>
        <w:rPr>
          <w:rFonts w:ascii="微軟正黑體" w:eastAsia="微軟正黑體" w:hAnsi="微軟正黑體"/>
          <w:lang w:eastAsia="zh-TW"/>
        </w:rPr>
      </w:pPr>
      <w:r w:rsidRPr="009C0FA9">
        <w:rPr>
          <w:rFonts w:ascii="微軟正黑體" w:eastAsia="微軟正黑體" w:hAnsi="微軟正黑體"/>
          <w:lang w:eastAsia="zh-TW"/>
        </w:rPr>
        <w:t>3.</w:t>
      </w:r>
      <w:r w:rsidRPr="009C0FA9">
        <w:rPr>
          <w:rFonts w:ascii="微軟正黑體" w:eastAsia="微軟正黑體" w:hAnsi="微軟正黑體" w:hint="eastAsia"/>
          <w:lang w:eastAsia="zh-TW"/>
        </w:rPr>
        <w:t>細分類廠及廢棄物處理產線︰</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爐</w:t>
      </w:r>
    </w:p>
    <w:p w14:paraId="243AA6A0" w14:textId="0A3B993A" w:rsidR="00166305" w:rsidRPr="009C0FA9" w:rsidRDefault="00166305" w:rsidP="005F2F4F">
      <w:pPr>
        <w:spacing w:after="120" w:line="300" w:lineRule="exact"/>
        <w:ind w:leftChars="177" w:left="389" w:firstLine="1"/>
        <w:jc w:val="both"/>
        <w:rPr>
          <w:rFonts w:ascii="微軟正黑體" w:eastAsia="微軟正黑體" w:hAnsi="微軟正黑體"/>
          <w:lang w:eastAsia="zh-TW"/>
        </w:rPr>
      </w:pPr>
      <w:r w:rsidRPr="009C0FA9">
        <w:rPr>
          <w:rFonts w:ascii="微軟正黑體" w:eastAsia="微軟正黑體" w:hAnsi="微軟正黑體"/>
          <w:lang w:eastAsia="zh-TW"/>
        </w:rPr>
        <w:t>4.</w:t>
      </w:r>
      <w:r w:rsidRPr="009C0FA9">
        <w:rPr>
          <w:rFonts w:ascii="微軟正黑體" w:eastAsia="微軟正黑體" w:hAnsi="微軟正黑體" w:hint="eastAsia"/>
          <w:lang w:eastAsia="zh-TW"/>
        </w:rPr>
        <w:t>磁選設備：</w:t>
      </w:r>
    </w:p>
    <w:p w14:paraId="6BC1CE87" w14:textId="7CF5AAC0" w:rsidR="00166305" w:rsidRPr="009C0FA9" w:rsidRDefault="00166305" w:rsidP="005F2F4F">
      <w:pPr>
        <w:spacing w:after="120" w:line="300" w:lineRule="exact"/>
        <w:ind w:leftChars="177" w:left="389" w:firstLine="1"/>
        <w:jc w:val="both"/>
        <w:rPr>
          <w:rFonts w:ascii="微軟正黑體" w:eastAsia="微軟正黑體" w:hAnsi="微軟正黑體"/>
          <w:lang w:eastAsia="zh-TW"/>
        </w:rPr>
      </w:pPr>
      <w:r w:rsidRPr="009C0FA9">
        <w:rPr>
          <w:rFonts w:ascii="微軟正黑體" w:eastAsia="微軟正黑體" w:hAnsi="微軟正黑體" w:hint="eastAsia"/>
          <w:lang w:eastAsia="zh-TW"/>
        </w:rPr>
        <w:t>5.光分選設備：</w:t>
      </w:r>
    </w:p>
    <w:p w14:paraId="4B9CDBDC" w14:textId="41821CBD" w:rsidR="00166305" w:rsidRPr="009C0FA9" w:rsidRDefault="00166305" w:rsidP="005F2F4F">
      <w:pPr>
        <w:spacing w:after="120" w:line="300" w:lineRule="exact"/>
        <w:ind w:leftChars="177" w:left="389" w:firstLine="1"/>
        <w:jc w:val="both"/>
        <w:rPr>
          <w:rFonts w:ascii="微軟正黑體" w:eastAsia="微軟正黑體" w:hAnsi="微軟正黑體"/>
          <w:lang w:eastAsia="zh-TW"/>
        </w:rPr>
      </w:pPr>
      <w:r w:rsidRPr="009C0FA9">
        <w:rPr>
          <w:rFonts w:ascii="微軟正黑體" w:eastAsia="微軟正黑體" w:hAnsi="微軟正黑體" w:hint="eastAsia"/>
          <w:lang w:eastAsia="zh-TW"/>
        </w:rPr>
        <w:t>6.其他資源回收物細分類廠或廢棄物處理設施：</w:t>
      </w:r>
    </w:p>
    <w:p w14:paraId="4F5635F2" w14:textId="78768C66" w:rsidR="00166305" w:rsidRPr="009C0FA9" w:rsidRDefault="00166305" w:rsidP="005F2F4F">
      <w:pPr>
        <w:spacing w:after="120" w:line="300" w:lineRule="exact"/>
        <w:ind w:leftChars="177" w:left="389" w:firstLine="1"/>
        <w:jc w:val="both"/>
        <w:rPr>
          <w:rFonts w:ascii="微軟正黑體" w:eastAsia="微軟正黑體" w:hAnsi="微軟正黑體"/>
          <w:lang w:eastAsia="zh-TW"/>
        </w:rPr>
      </w:pPr>
      <w:r w:rsidRPr="009C0FA9">
        <w:rPr>
          <w:rFonts w:ascii="微軟正黑體" w:eastAsia="微軟正黑體" w:hAnsi="微軟正黑體" w:hint="eastAsia"/>
          <w:lang w:eastAsia="zh-TW"/>
        </w:rPr>
        <w:t>7</w:t>
      </w:r>
      <w:r w:rsidRPr="009C0FA9">
        <w:rPr>
          <w:rFonts w:ascii="微軟正黑體" w:eastAsia="微軟正黑體" w:hAnsi="微軟正黑體"/>
          <w:lang w:eastAsia="zh-TW"/>
        </w:rPr>
        <w:t>.</w:t>
      </w:r>
      <w:r w:rsidRPr="009C0FA9">
        <w:rPr>
          <w:rFonts w:ascii="微軟正黑體" w:eastAsia="微軟正黑體" w:hAnsi="微軟正黑體" w:hint="eastAsia"/>
          <w:lang w:eastAsia="zh-TW"/>
        </w:rPr>
        <w:t>驗收後開始正式運轉日期︰</w:t>
      </w:r>
    </w:p>
    <w:p w14:paraId="63B5AF3B" w14:textId="36DC788E" w:rsidR="00166305" w:rsidRPr="009C0FA9" w:rsidRDefault="00166305" w:rsidP="005F2F4F">
      <w:pPr>
        <w:spacing w:after="120" w:line="300" w:lineRule="exact"/>
        <w:ind w:leftChars="177" w:left="389" w:firstLine="1"/>
        <w:jc w:val="both"/>
        <w:rPr>
          <w:rFonts w:ascii="微軟正黑體" w:eastAsia="微軟正黑體" w:hAnsi="微軟正黑體"/>
          <w:lang w:eastAsia="zh-TW"/>
        </w:rPr>
      </w:pPr>
      <w:r w:rsidRPr="009C0FA9">
        <w:rPr>
          <w:rFonts w:ascii="微軟正黑體" w:eastAsia="微軟正黑體" w:hAnsi="微軟正黑體" w:hint="eastAsia"/>
          <w:lang w:eastAsia="zh-TW"/>
        </w:rPr>
        <w:lastRenderedPageBreak/>
        <w:t>8</w:t>
      </w:r>
      <w:r w:rsidRPr="009C0FA9">
        <w:rPr>
          <w:rFonts w:ascii="微軟正黑體" w:eastAsia="微軟正黑體" w:hAnsi="微軟正黑體"/>
          <w:lang w:eastAsia="zh-TW"/>
        </w:rPr>
        <w:t>.</w:t>
      </w:r>
      <w:r w:rsidRPr="009C0FA9">
        <w:rPr>
          <w:rFonts w:ascii="微軟正黑體" w:eastAsia="微軟正黑體" w:hAnsi="微軟正黑體" w:hint="eastAsia"/>
          <w:lang w:eastAsia="zh-TW"/>
        </w:rPr>
        <w:t>至申請截止日止之操作管理時間︰</w:t>
      </w: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年（填寫之年數應大於等於兩年）</w:t>
      </w:r>
    </w:p>
    <w:p w14:paraId="7D09C11D" w14:textId="62F98BDC" w:rsidR="00166305" w:rsidRPr="009C0FA9" w:rsidRDefault="00166305" w:rsidP="005F2F4F">
      <w:pPr>
        <w:spacing w:after="120" w:line="300" w:lineRule="exact"/>
        <w:ind w:leftChars="177" w:left="389" w:firstLine="1"/>
        <w:jc w:val="both"/>
        <w:rPr>
          <w:rFonts w:ascii="微軟正黑體" w:eastAsia="微軟正黑體" w:hAnsi="微軟正黑體"/>
          <w:lang w:eastAsia="zh-TW"/>
        </w:rPr>
      </w:pPr>
      <w:r w:rsidRPr="009C0FA9">
        <w:rPr>
          <w:rFonts w:ascii="微軟正黑體" w:eastAsia="微軟正黑體" w:hAnsi="微軟正黑體" w:hint="eastAsia"/>
          <w:lang w:eastAsia="zh-TW"/>
        </w:rPr>
        <w:t>9</w:t>
      </w:r>
      <w:r w:rsidRPr="009C0FA9">
        <w:rPr>
          <w:rFonts w:ascii="微軟正黑體" w:eastAsia="微軟正黑體" w:hAnsi="微軟正黑體"/>
          <w:lang w:eastAsia="zh-TW"/>
        </w:rPr>
        <w:t>.</w:t>
      </w:r>
      <w:r w:rsidRPr="009C0FA9">
        <w:rPr>
          <w:rFonts w:ascii="微軟正黑體" w:eastAsia="微軟正黑體" w:hAnsi="微軟正黑體" w:hint="eastAsia"/>
          <w:lang w:eastAsia="zh-TW"/>
        </w:rPr>
        <w:t>契約服務範圍及工作項目︰</w:t>
      </w:r>
    </w:p>
    <w:p w14:paraId="6939A5A7" w14:textId="77777777" w:rsidR="00166305" w:rsidRPr="00E465F5" w:rsidRDefault="00166305" w:rsidP="005F2F4F">
      <w:pPr>
        <w:spacing w:after="120" w:line="320" w:lineRule="exact"/>
        <w:ind w:firstLine="1"/>
        <w:rPr>
          <w:rFonts w:ascii="微軟正黑體" w:eastAsia="微軟正黑體" w:hAnsi="微軟正黑體"/>
          <w:b/>
          <w:bCs/>
          <w:sz w:val="24"/>
          <w:szCs w:val="24"/>
          <w:lang w:eastAsia="zh-TW"/>
        </w:rPr>
      </w:pPr>
      <w:r w:rsidRPr="00E465F5">
        <w:rPr>
          <w:rFonts w:ascii="微軟正黑體" w:eastAsia="微軟正黑體" w:hAnsi="微軟正黑體" w:hint="eastAsia"/>
          <w:b/>
          <w:bCs/>
          <w:sz w:val="24"/>
          <w:szCs w:val="24"/>
          <w:lang w:eastAsia="zh-TW"/>
        </w:rPr>
        <w:t>參、附業主授權代表授權書（政府工程除外）</w:t>
      </w:r>
    </w:p>
    <w:tbl>
      <w:tblPr>
        <w:tblW w:w="0" w:type="auto"/>
        <w:jc w:val="right"/>
        <w:tblLook w:val="04A0" w:firstRow="1" w:lastRow="0" w:firstColumn="1" w:lastColumn="0" w:noHBand="0" w:noVBand="1"/>
      </w:tblPr>
      <w:tblGrid>
        <w:gridCol w:w="4537"/>
      </w:tblGrid>
      <w:tr w:rsidR="005F2F4F" w:rsidRPr="009C0FA9" w14:paraId="35EB2D72" w14:textId="77777777" w:rsidTr="005F2F4F">
        <w:trPr>
          <w:trHeight w:val="359"/>
          <w:jc w:val="right"/>
        </w:trPr>
        <w:tc>
          <w:tcPr>
            <w:tcW w:w="4537" w:type="dxa"/>
            <w:tcBorders>
              <w:bottom w:val="single" w:sz="12" w:space="0" w:color="auto"/>
            </w:tcBorders>
          </w:tcPr>
          <w:p w14:paraId="43AF308D" w14:textId="77777777" w:rsidR="00166305" w:rsidRPr="009C0FA9" w:rsidRDefault="00166305" w:rsidP="005F2F4F">
            <w:pPr>
              <w:spacing w:after="120"/>
              <w:jc w:val="center"/>
              <w:rPr>
                <w:rFonts w:ascii="微軟正黑體" w:eastAsia="微軟正黑體" w:hAnsi="微軟正黑體"/>
                <w:lang w:eastAsia="zh-TW"/>
              </w:rPr>
            </w:pPr>
          </w:p>
          <w:p w14:paraId="13B5863A" w14:textId="77777777" w:rsidR="00166305" w:rsidRPr="009C0FA9" w:rsidRDefault="00166305" w:rsidP="005F2F4F">
            <w:pPr>
              <w:spacing w:after="120"/>
              <w:jc w:val="center"/>
              <w:rPr>
                <w:rFonts w:ascii="微軟正黑體" w:eastAsia="微軟正黑體" w:hAnsi="微軟正黑體"/>
                <w:lang w:eastAsia="zh-TW"/>
              </w:rPr>
            </w:pPr>
          </w:p>
        </w:tc>
      </w:tr>
      <w:tr w:rsidR="005F2F4F" w:rsidRPr="009C0FA9" w14:paraId="6F49F78B" w14:textId="77777777" w:rsidTr="005F2F4F">
        <w:trPr>
          <w:jc w:val="right"/>
        </w:trPr>
        <w:tc>
          <w:tcPr>
            <w:tcW w:w="4537" w:type="dxa"/>
            <w:tcBorders>
              <w:top w:val="single" w:sz="12" w:space="0" w:color="auto"/>
              <w:bottom w:val="single" w:sz="12" w:space="0" w:color="auto"/>
            </w:tcBorders>
          </w:tcPr>
          <w:p w14:paraId="26633028" w14:textId="5A728EC3" w:rsidR="00166305" w:rsidRPr="00E465F5" w:rsidRDefault="00166305" w:rsidP="005F2F4F">
            <w:pPr>
              <w:spacing w:after="120"/>
              <w:ind w:firstLine="1"/>
              <w:jc w:val="center"/>
              <w:rPr>
                <w:rFonts w:ascii="微軟正黑體" w:eastAsia="微軟正黑體" w:hAnsi="微軟正黑體"/>
                <w:b/>
                <w:bCs/>
              </w:rPr>
            </w:pPr>
            <w:r w:rsidRPr="00E465F5">
              <w:rPr>
                <w:rFonts w:ascii="微軟正黑體" w:eastAsia="微軟正黑體" w:hAnsi="微軟正黑體" w:hint="eastAsia"/>
                <w:b/>
                <w:bCs/>
              </w:rPr>
              <w:t>業主授權代表簽章</w:t>
            </w:r>
          </w:p>
          <w:p w14:paraId="0352F0F1" w14:textId="77777777" w:rsidR="00166305" w:rsidRPr="009C0FA9" w:rsidRDefault="00166305" w:rsidP="005F2F4F">
            <w:pPr>
              <w:spacing w:after="120"/>
              <w:jc w:val="center"/>
              <w:rPr>
                <w:rFonts w:ascii="微軟正黑體" w:eastAsia="微軟正黑體" w:hAnsi="微軟正黑體"/>
              </w:rPr>
            </w:pPr>
          </w:p>
          <w:p w14:paraId="1A3B481B" w14:textId="77777777" w:rsidR="00166305" w:rsidRPr="009C0FA9" w:rsidRDefault="00166305" w:rsidP="005F2F4F">
            <w:pPr>
              <w:spacing w:after="120"/>
              <w:jc w:val="center"/>
              <w:rPr>
                <w:rFonts w:ascii="微軟正黑體" w:eastAsia="微軟正黑體" w:hAnsi="微軟正黑體"/>
              </w:rPr>
            </w:pPr>
          </w:p>
        </w:tc>
      </w:tr>
      <w:tr w:rsidR="005F2F4F" w:rsidRPr="009C0FA9" w14:paraId="3CC2CC8A" w14:textId="77777777" w:rsidTr="005F2F4F">
        <w:trPr>
          <w:jc w:val="right"/>
        </w:trPr>
        <w:tc>
          <w:tcPr>
            <w:tcW w:w="4537" w:type="dxa"/>
            <w:tcBorders>
              <w:top w:val="single" w:sz="12" w:space="0" w:color="auto"/>
              <w:bottom w:val="single" w:sz="12" w:space="0" w:color="auto"/>
            </w:tcBorders>
          </w:tcPr>
          <w:p w14:paraId="5BB1B184" w14:textId="77777777" w:rsidR="00166305" w:rsidRPr="00E465F5" w:rsidRDefault="00166305" w:rsidP="005F2F4F">
            <w:pPr>
              <w:spacing w:after="120"/>
              <w:ind w:firstLine="1"/>
              <w:jc w:val="center"/>
              <w:rPr>
                <w:rFonts w:ascii="微軟正黑體" w:eastAsia="微軟正黑體" w:hAnsi="微軟正黑體"/>
                <w:b/>
                <w:bCs/>
              </w:rPr>
            </w:pPr>
            <w:r w:rsidRPr="00E465F5">
              <w:rPr>
                <w:rFonts w:ascii="微軟正黑體" w:eastAsia="微軟正黑體" w:hAnsi="微軟正黑體"/>
                <w:b/>
                <w:bCs/>
              </w:rPr>
              <w:t>姓名（請以正楷書寫）</w:t>
            </w:r>
          </w:p>
          <w:p w14:paraId="24434285" w14:textId="77777777" w:rsidR="00166305" w:rsidRPr="009C0FA9" w:rsidRDefault="00166305" w:rsidP="005F2F4F">
            <w:pPr>
              <w:spacing w:after="120"/>
              <w:jc w:val="center"/>
              <w:rPr>
                <w:rFonts w:ascii="微軟正黑體" w:eastAsia="微軟正黑體" w:hAnsi="微軟正黑體"/>
              </w:rPr>
            </w:pPr>
          </w:p>
          <w:p w14:paraId="03AA7122" w14:textId="7723E2B6" w:rsidR="00166305" w:rsidRPr="009C0FA9" w:rsidRDefault="00166305" w:rsidP="005F2F4F">
            <w:pPr>
              <w:spacing w:after="120"/>
              <w:jc w:val="center"/>
              <w:rPr>
                <w:rFonts w:ascii="微軟正黑體" w:eastAsia="微軟正黑體" w:hAnsi="微軟正黑體"/>
              </w:rPr>
            </w:pPr>
          </w:p>
        </w:tc>
      </w:tr>
      <w:tr w:rsidR="005F2F4F" w:rsidRPr="009C0FA9" w14:paraId="29F57943" w14:textId="77777777" w:rsidTr="005F2F4F">
        <w:trPr>
          <w:jc w:val="right"/>
        </w:trPr>
        <w:tc>
          <w:tcPr>
            <w:tcW w:w="4537" w:type="dxa"/>
            <w:tcBorders>
              <w:top w:val="single" w:sz="12" w:space="0" w:color="auto"/>
              <w:bottom w:val="single" w:sz="12" w:space="0" w:color="auto"/>
            </w:tcBorders>
          </w:tcPr>
          <w:p w14:paraId="0F8C2056" w14:textId="77777777" w:rsidR="00166305" w:rsidRPr="00E465F5" w:rsidRDefault="00166305" w:rsidP="005F2F4F">
            <w:pPr>
              <w:spacing w:after="120"/>
              <w:ind w:firstLine="1"/>
              <w:jc w:val="center"/>
              <w:rPr>
                <w:rFonts w:ascii="微軟正黑體" w:eastAsia="微軟正黑體" w:hAnsi="微軟正黑體"/>
                <w:b/>
                <w:bCs/>
              </w:rPr>
            </w:pPr>
            <w:r w:rsidRPr="00E465F5">
              <w:rPr>
                <w:rFonts w:ascii="微軟正黑體" w:eastAsia="微軟正黑體" w:hAnsi="微軟正黑體" w:hint="eastAsia"/>
                <w:b/>
                <w:bCs/>
              </w:rPr>
              <w:t>職稱</w:t>
            </w:r>
          </w:p>
          <w:p w14:paraId="2CDC07C4" w14:textId="77777777" w:rsidR="00166305" w:rsidRPr="009C0FA9" w:rsidRDefault="00166305" w:rsidP="005F2F4F">
            <w:pPr>
              <w:spacing w:after="120"/>
              <w:jc w:val="center"/>
              <w:rPr>
                <w:rFonts w:ascii="微軟正黑體" w:eastAsia="微軟正黑體" w:hAnsi="微軟正黑體"/>
              </w:rPr>
            </w:pPr>
          </w:p>
          <w:p w14:paraId="182DA3E6" w14:textId="292AB7EE" w:rsidR="00166305" w:rsidRPr="009C0FA9" w:rsidRDefault="00166305" w:rsidP="005F2F4F">
            <w:pPr>
              <w:spacing w:after="120"/>
              <w:jc w:val="center"/>
              <w:rPr>
                <w:rFonts w:ascii="微軟正黑體" w:eastAsia="微軟正黑體" w:hAnsi="微軟正黑體"/>
              </w:rPr>
            </w:pPr>
          </w:p>
        </w:tc>
      </w:tr>
      <w:tr w:rsidR="005F2F4F" w:rsidRPr="009C0FA9" w14:paraId="1A422EA7" w14:textId="77777777" w:rsidTr="005F2F4F">
        <w:trPr>
          <w:jc w:val="right"/>
        </w:trPr>
        <w:tc>
          <w:tcPr>
            <w:tcW w:w="4537" w:type="dxa"/>
            <w:tcBorders>
              <w:top w:val="single" w:sz="12" w:space="0" w:color="auto"/>
            </w:tcBorders>
          </w:tcPr>
          <w:p w14:paraId="30E69DD8" w14:textId="38D930B7" w:rsidR="00166305" w:rsidRPr="009C0FA9" w:rsidRDefault="00166305" w:rsidP="005F2F4F">
            <w:pPr>
              <w:spacing w:after="120"/>
              <w:ind w:firstLine="1"/>
              <w:jc w:val="center"/>
            </w:pPr>
            <w:r w:rsidRPr="00E465F5">
              <w:rPr>
                <w:rFonts w:ascii="微軟正黑體" w:eastAsia="微軟正黑體" w:hAnsi="微軟正黑體" w:hint="eastAsia"/>
                <w:b/>
                <w:bCs/>
              </w:rPr>
              <w:t>簽署地點與日期</w:t>
            </w:r>
          </w:p>
        </w:tc>
      </w:tr>
    </w:tbl>
    <w:p w14:paraId="25D32000" w14:textId="77777777" w:rsidR="00166305" w:rsidRPr="009C0FA9" w:rsidRDefault="00166305" w:rsidP="005F2F4F">
      <w:pPr>
        <w:spacing w:after="0" w:line="300" w:lineRule="exact"/>
        <w:rPr>
          <w:rFonts w:ascii="微軟正黑體" w:eastAsia="微軟正黑體" w:hAnsi="微軟正黑體"/>
          <w:sz w:val="20"/>
          <w:szCs w:val="20"/>
        </w:rPr>
      </w:pPr>
      <w:r w:rsidRPr="009C0FA9">
        <w:rPr>
          <w:rFonts w:ascii="微軟正黑體" w:eastAsia="微軟正黑體" w:hAnsi="微軟正黑體" w:hint="eastAsia"/>
          <w:sz w:val="20"/>
          <w:szCs w:val="20"/>
        </w:rPr>
        <w:t>備註：</w:t>
      </w:r>
    </w:p>
    <w:p w14:paraId="2F7F7891" w14:textId="7633B815" w:rsidR="00166305" w:rsidRPr="009C0FA9" w:rsidRDefault="00166305" w:rsidP="005F2F4F">
      <w:pPr>
        <w:spacing w:after="0" w:line="300" w:lineRule="exact"/>
        <w:ind w:leftChars="-1" w:left="567" w:hanging="569"/>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一、應就各經驗或實績廠分別填具本表。</w:t>
      </w:r>
    </w:p>
    <w:p w14:paraId="059AE98C" w14:textId="7E82ACFF" w:rsidR="00166305" w:rsidRPr="009C0FA9" w:rsidRDefault="00166305" w:rsidP="005F2F4F">
      <w:pPr>
        <w:spacing w:after="0" w:line="300" w:lineRule="exact"/>
        <w:ind w:left="408" w:hanging="408"/>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二、出具證明者為外國之政府機構時，其所出具之證明文件須經中華民國駐外使領館、代表處、辦事處或其他經外交部授權機構依駐外領務人員辦理公證事務辦法予以認證，並應附中文譯本。</w:t>
      </w:r>
    </w:p>
    <w:p w14:paraId="0F1DFAF5" w14:textId="5943E9C1" w:rsidR="00166305" w:rsidRPr="009C0FA9" w:rsidRDefault="00166305" w:rsidP="005F2F4F">
      <w:pPr>
        <w:spacing w:after="0" w:line="300" w:lineRule="exact"/>
        <w:ind w:left="394" w:hanging="394"/>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三、出具證明者為外國私人機構或個人時，其所出具之證明文件須經該國公證機關公證或認證，並由中華民國駐外使領館、代表處、辦事處或其他經外交部授權機構依駐外領務人員辦理公證事務辦法予以認證，並應附中文譯本。</w:t>
      </w:r>
    </w:p>
    <w:p w14:paraId="2143C247" w14:textId="36079C03" w:rsidR="00166305" w:rsidRPr="009C0FA9" w:rsidRDefault="00166305" w:rsidP="005F2F4F">
      <w:pPr>
        <w:spacing w:after="0" w:line="300" w:lineRule="exact"/>
        <w:ind w:left="408" w:hanging="408"/>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四、出具證明者為大陸地區之機關、私人機構或個人時，其所出具之證明文件須經大陸地區公證機關公證或認證，並由財團法人海峽交流基金會驗證。</w:t>
      </w:r>
      <w:r w:rsidRPr="009C0FA9">
        <w:rPr>
          <w:rFonts w:ascii="微軟正黑體" w:eastAsia="微軟正黑體" w:hAnsi="微軟正黑體"/>
          <w:b/>
          <w:sz w:val="36"/>
          <w:szCs w:val="36"/>
          <w:lang w:eastAsia="zh-TW"/>
        </w:rPr>
        <w:br w:type="page"/>
      </w:r>
    </w:p>
    <w:p w14:paraId="37798937" w14:textId="3EEA5F08" w:rsidR="00166305" w:rsidRPr="00E465F5" w:rsidRDefault="00166305" w:rsidP="005F2F4F">
      <w:pPr>
        <w:tabs>
          <w:tab w:val="left" w:pos="993"/>
        </w:tabs>
        <w:spacing w:after="120" w:line="240" w:lineRule="auto"/>
        <w:rPr>
          <w:rFonts w:ascii="微軟正黑體" w:eastAsia="微軟正黑體" w:hAnsi="微軟正黑體"/>
          <w:b/>
          <w:bCs/>
          <w:sz w:val="24"/>
          <w:szCs w:val="24"/>
          <w:lang w:eastAsia="zh-TW"/>
        </w:rPr>
      </w:pPr>
      <w:bookmarkStart w:id="17" w:name="_Toc228345539"/>
      <w:r w:rsidRPr="00E465F5">
        <w:rPr>
          <w:rFonts w:ascii="微軟正黑體" w:eastAsia="微軟正黑體" w:hAnsi="微軟正黑體" w:hint="eastAsia"/>
          <w:b/>
          <w:bCs/>
          <w:sz w:val="24"/>
          <w:szCs w:val="24"/>
          <w:lang w:eastAsia="zh-TW"/>
        </w:rPr>
        <w:lastRenderedPageBreak/>
        <w:t>附件一之十四</w:t>
      </w:r>
      <w:r w:rsidRPr="00E465F5">
        <w:rPr>
          <w:rFonts w:ascii="微軟正黑體" w:eastAsia="微軟正黑體" w:hAnsi="微軟正黑體"/>
          <w:b/>
          <w:bCs/>
          <w:sz w:val="24"/>
          <w:szCs w:val="24"/>
          <w:lang w:eastAsia="zh-TW"/>
        </w:rPr>
        <w:t xml:space="preserve"> </w:t>
      </w:r>
      <w:r w:rsidRPr="00E465F5">
        <w:rPr>
          <w:rFonts w:ascii="微軟正黑體" w:eastAsia="微軟正黑體" w:hAnsi="微軟正黑體" w:hint="eastAsia"/>
          <w:b/>
          <w:bCs/>
          <w:sz w:val="24"/>
          <w:szCs w:val="24"/>
          <w:lang w:eastAsia="zh-TW"/>
        </w:rPr>
        <w:t>申請人疑義請求釋疑表</w:t>
      </w:r>
      <w:bookmarkEnd w:id="17"/>
    </w:p>
    <w:p w14:paraId="2946F9CD" w14:textId="18789548"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案名：「高雄市資源回收細分類廠有償BTO+BOT案」</w:t>
      </w:r>
    </w:p>
    <w:p w14:paraId="22E9FC39" w14:textId="501826E2"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□申請須知</w:t>
      </w:r>
      <w:r w:rsidRPr="009C0FA9">
        <w:rPr>
          <w:rFonts w:ascii="微軟正黑體" w:eastAsia="微軟正黑體" w:hAnsi="微軟正黑體"/>
          <w:lang w:eastAsia="zh-TW"/>
        </w:rPr>
        <w:t xml:space="preserve">    □投資契約    □興建基本需求書    □操作營運基本需求書</w:t>
      </w:r>
    </w:p>
    <w:p w14:paraId="057DECE1" w14:textId="77777777"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lang w:eastAsia="zh-TW"/>
        </w:rPr>
        <w:t>(屬何部分請勾選)</w:t>
      </w:r>
    </w:p>
    <w:p w14:paraId="4AF522DE" w14:textId="450E40F9"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受文者：高雄市政府環境保護局</w:t>
      </w:r>
    </w:p>
    <w:p w14:paraId="39478227" w14:textId="77777777"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請求釋疑者：</w:t>
      </w:r>
    </w:p>
    <w:p w14:paraId="0758F467" w14:textId="77777777"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請求釋疑者通訊地址：</w:t>
      </w:r>
    </w:p>
    <w:p w14:paraId="7AA4CBE9" w14:textId="77777777"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事由：檢附本申請須知疑義請求釋疑問題詳如附表，連本頁合計共</w:t>
      </w:r>
      <w:r w:rsidRPr="009C0FA9">
        <w:rPr>
          <w:rFonts w:ascii="微軟正黑體" w:eastAsia="微軟正黑體" w:hAnsi="微軟正黑體"/>
          <w:lang w:eastAsia="zh-TW"/>
        </w:rPr>
        <w:t xml:space="preserve">     頁。</w:t>
      </w:r>
    </w:p>
    <w:p w14:paraId="1F2FA833" w14:textId="77777777"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注意事項：</w:t>
      </w:r>
    </w:p>
    <w:p w14:paraId="7E82E386" w14:textId="4E7948D1" w:rsidR="00166305" w:rsidRPr="009C0FA9" w:rsidRDefault="00166305" w:rsidP="005F2F4F">
      <w:pPr>
        <w:spacing w:after="120" w:line="240" w:lineRule="auto"/>
        <w:ind w:left="436" w:hangingChars="198" w:hanging="436"/>
        <w:jc w:val="both"/>
        <w:rPr>
          <w:rFonts w:ascii="微軟正黑體" w:eastAsia="微軟正黑體" w:hAnsi="微軟正黑體"/>
          <w:lang w:eastAsia="zh-TW"/>
        </w:rPr>
      </w:pPr>
      <w:r w:rsidRPr="009C0FA9">
        <w:rPr>
          <w:rFonts w:ascii="微軟正黑體" w:eastAsia="微軟正黑體" w:hAnsi="微軟正黑體" w:hint="eastAsia"/>
          <w:lang w:eastAsia="zh-TW"/>
        </w:rPr>
        <w:t>一、</w:t>
      </w:r>
      <w:r w:rsidRPr="009C0FA9">
        <w:rPr>
          <w:rFonts w:ascii="微軟正黑體" w:eastAsia="微軟正黑體" w:hAnsi="微軟正黑體"/>
          <w:lang w:eastAsia="zh-TW"/>
        </w:rPr>
        <w:t>請申請人務必填寫請求釋疑者連絡方式，</w:t>
      </w:r>
      <w:r>
        <w:rPr>
          <w:rFonts w:ascii="微軟正黑體" w:eastAsia="微軟正黑體" w:hAnsi="微軟正黑體" w:hint="eastAsia"/>
          <w:lang w:eastAsia="zh-TW"/>
        </w:rPr>
        <w:t>被授權</w:t>
      </w:r>
      <w:r w:rsidRPr="009C0FA9">
        <w:rPr>
          <w:rFonts w:ascii="微軟正黑體" w:eastAsia="微軟正黑體" w:hAnsi="微軟正黑體"/>
          <w:lang w:eastAsia="zh-TW"/>
        </w:rPr>
        <w:t>機關釋疑將以郵寄或公告方式</w:t>
      </w:r>
      <w:r w:rsidRPr="009C0FA9">
        <w:rPr>
          <w:rFonts w:ascii="微軟正黑體" w:eastAsia="微軟正黑體" w:hAnsi="微軟正黑體" w:hint="eastAsia"/>
          <w:lang w:eastAsia="zh-TW"/>
        </w:rPr>
        <w:t>答覆此疑義，必要時將其內容列於補充說明通知各領標申請人。</w:t>
      </w:r>
    </w:p>
    <w:p w14:paraId="34AE2CF2" w14:textId="6ABF57EE" w:rsidR="00166305" w:rsidRPr="009C0FA9" w:rsidRDefault="00166305" w:rsidP="005F2F4F">
      <w:pPr>
        <w:spacing w:after="120" w:line="240" w:lineRule="auto"/>
        <w:ind w:left="436" w:hangingChars="198" w:hanging="436"/>
        <w:jc w:val="both"/>
        <w:rPr>
          <w:rFonts w:ascii="微軟正黑體" w:eastAsia="微軟正黑體" w:hAnsi="微軟正黑體"/>
          <w:lang w:eastAsia="zh-TW"/>
        </w:rPr>
      </w:pPr>
      <w:r w:rsidRPr="009C0FA9">
        <w:rPr>
          <w:rFonts w:ascii="微軟正黑體" w:eastAsia="微軟正黑體" w:hAnsi="微軟正黑體" w:hint="eastAsia"/>
          <w:lang w:eastAsia="zh-TW"/>
        </w:rPr>
        <w:t>二、</w:t>
      </w:r>
      <w:r w:rsidRPr="009C0FA9">
        <w:rPr>
          <w:rFonts w:ascii="微軟正黑體" w:eastAsia="微軟正黑體" w:hAnsi="微軟正黑體"/>
          <w:lang w:eastAsia="zh-TW"/>
        </w:rPr>
        <w:t>填寫字跡應端正清晰，否則若造成誤判時，</w:t>
      </w:r>
      <w:r>
        <w:rPr>
          <w:rFonts w:ascii="微軟正黑體" w:eastAsia="微軟正黑體" w:hAnsi="微軟正黑體" w:hint="eastAsia"/>
          <w:lang w:eastAsia="zh-TW"/>
        </w:rPr>
        <w:t>被授權</w:t>
      </w:r>
      <w:r w:rsidRPr="009C0FA9">
        <w:rPr>
          <w:rFonts w:ascii="微軟正黑體" w:eastAsia="微軟正黑體" w:hAnsi="微軟正黑體"/>
          <w:lang w:eastAsia="zh-TW"/>
        </w:rPr>
        <w:t>機關不負責；或模糊不清，</w:t>
      </w:r>
      <w:r w:rsidRPr="009C0FA9">
        <w:rPr>
          <w:rFonts w:ascii="微軟正黑體" w:eastAsia="微軟正黑體" w:hAnsi="微軟正黑體" w:hint="eastAsia"/>
          <w:lang w:eastAsia="zh-TW"/>
        </w:rPr>
        <w:t>使</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機關無法辨明原意時，則不予接受。</w:t>
      </w:r>
    </w:p>
    <w:p w14:paraId="18FF1EB3" w14:textId="499D30C2"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三、</w:t>
      </w:r>
      <w:r w:rsidRPr="009C0FA9">
        <w:rPr>
          <w:rFonts w:ascii="微軟正黑體" w:eastAsia="微軟正黑體" w:hAnsi="微軟正黑體"/>
          <w:lang w:eastAsia="zh-TW"/>
        </w:rPr>
        <w:t>申請人於電傳或郵寄後，應再電詢</w:t>
      </w:r>
      <w:r>
        <w:rPr>
          <w:rFonts w:ascii="微軟正黑體" w:eastAsia="微軟正黑體" w:hAnsi="微軟正黑體" w:hint="eastAsia"/>
          <w:lang w:eastAsia="zh-TW"/>
        </w:rPr>
        <w:t>被授權</w:t>
      </w:r>
      <w:r w:rsidRPr="009C0FA9">
        <w:rPr>
          <w:rFonts w:ascii="微軟正黑體" w:eastAsia="微軟正黑體" w:hAnsi="微軟正黑體"/>
          <w:lang w:eastAsia="zh-TW"/>
        </w:rPr>
        <w:t>機關確認電傳或信件如期到達。</w:t>
      </w:r>
    </w:p>
    <w:p w14:paraId="141BC717" w14:textId="2E646083" w:rsidR="00166305" w:rsidRPr="009C0FA9" w:rsidRDefault="00166305" w:rsidP="005F2F4F">
      <w:pPr>
        <w:spacing w:after="120" w:line="240" w:lineRule="auto"/>
        <w:ind w:left="422" w:hangingChars="192" w:hanging="422"/>
        <w:jc w:val="both"/>
        <w:rPr>
          <w:rFonts w:ascii="微軟正黑體" w:eastAsia="微軟正黑體" w:hAnsi="微軟正黑體"/>
          <w:lang w:eastAsia="zh-TW"/>
        </w:rPr>
      </w:pPr>
      <w:r w:rsidRPr="009C0FA9">
        <w:rPr>
          <w:rFonts w:ascii="微軟正黑體" w:eastAsia="微軟正黑體" w:hAnsi="微軟正黑體" w:hint="eastAsia"/>
          <w:lang w:eastAsia="zh-TW"/>
        </w:rPr>
        <w:t>四、</w:t>
      </w:r>
      <w:r w:rsidRPr="009C0FA9">
        <w:rPr>
          <w:rFonts w:ascii="微軟正黑體" w:eastAsia="微軟正黑體" w:hAnsi="微軟正黑體"/>
          <w:lang w:eastAsia="zh-TW"/>
        </w:rPr>
        <w:t>本表請依申請須知之規定，於本申請須知</w:t>
      </w:r>
      <w:r w:rsidRPr="00516761">
        <w:rPr>
          <w:rFonts w:ascii="微軟正黑體" w:eastAsia="微軟正黑體" w:hAnsi="微軟正黑體"/>
          <w:lang w:eastAsia="zh-TW"/>
        </w:rPr>
        <w:t>公告日起</w:t>
      </w:r>
      <w:r>
        <w:rPr>
          <w:rFonts w:ascii="微軟正黑體" w:eastAsia="微軟正黑體" w:hAnsi="微軟正黑體" w:hint="eastAsia"/>
          <w:lang w:eastAsia="zh-TW"/>
        </w:rPr>
        <w:t>30</w:t>
      </w:r>
      <w:r w:rsidRPr="00516761">
        <w:rPr>
          <w:rFonts w:ascii="微軟正黑體" w:eastAsia="微軟正黑體" w:hAnsi="微軟正黑體"/>
          <w:lang w:eastAsia="zh-TW"/>
        </w:rPr>
        <w:t>日內</w:t>
      </w:r>
      <w:r w:rsidRPr="00516761">
        <w:rPr>
          <w:rFonts w:ascii="微軟正黑體" w:eastAsia="微軟正黑體" w:hAnsi="微軟正黑體" w:hint="eastAsia"/>
          <w:lang w:eastAsia="zh-TW"/>
        </w:rPr>
        <w:t>將本</w:t>
      </w:r>
      <w:r w:rsidRPr="009C0FA9">
        <w:rPr>
          <w:rFonts w:ascii="微軟正黑體" w:eastAsia="微軟正黑體" w:hAnsi="微軟正黑體" w:hint="eastAsia"/>
          <w:lang w:eastAsia="zh-TW"/>
        </w:rPr>
        <w:t>表以正體中文填妥後，正式發文</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機關請求釋疑，逾期或未符上述規定者概不受理。</w:t>
      </w:r>
    </w:p>
    <w:tbl>
      <w:tblPr>
        <w:tblW w:w="5000" w:type="pct"/>
        <w:tblLook w:val="04A0" w:firstRow="1" w:lastRow="0" w:firstColumn="1" w:lastColumn="0" w:noHBand="0" w:noVBand="1"/>
      </w:tblPr>
      <w:tblGrid>
        <w:gridCol w:w="2700"/>
        <w:gridCol w:w="2700"/>
        <w:gridCol w:w="2700"/>
        <w:gridCol w:w="2700"/>
      </w:tblGrid>
      <w:tr w:rsidR="005F2F4F" w:rsidRPr="009C0FA9" w14:paraId="2B176905" w14:textId="77777777" w:rsidTr="005F2F4F">
        <w:trPr>
          <w:trHeight w:val="169"/>
        </w:trPr>
        <w:tc>
          <w:tcPr>
            <w:tcW w:w="1250" w:type="pct"/>
            <w:shd w:val="clear" w:color="auto" w:fill="F2F2F2" w:themeFill="background1" w:themeFillShade="F2"/>
            <w:vAlign w:val="center"/>
          </w:tcPr>
          <w:p w14:paraId="6441C090" w14:textId="178B2C0A" w:rsidR="00166305" w:rsidRPr="009C0FA9" w:rsidRDefault="00166305" w:rsidP="005F2F4F">
            <w:pPr>
              <w:spacing w:after="120" w:line="240" w:lineRule="auto"/>
              <w:jc w:val="center"/>
              <w:rPr>
                <w:rFonts w:ascii="微軟正黑體" w:eastAsia="微軟正黑體" w:hAnsi="微軟正黑體"/>
              </w:rPr>
            </w:pPr>
            <w:r w:rsidRPr="009C0FA9">
              <w:rPr>
                <w:rFonts w:ascii="微軟正黑體" w:eastAsia="微軟正黑體" w:hAnsi="微軟正黑體" w:hint="eastAsia"/>
              </w:rPr>
              <w:t>項次</w:t>
            </w:r>
          </w:p>
        </w:tc>
        <w:tc>
          <w:tcPr>
            <w:tcW w:w="1250" w:type="pct"/>
            <w:shd w:val="clear" w:color="auto" w:fill="F2F2F2" w:themeFill="background1" w:themeFillShade="F2"/>
            <w:vAlign w:val="center"/>
          </w:tcPr>
          <w:p w14:paraId="4985454E" w14:textId="5826AACC" w:rsidR="00166305" w:rsidRPr="009C0FA9" w:rsidRDefault="00166305" w:rsidP="005F2F4F">
            <w:pPr>
              <w:spacing w:after="120" w:line="240" w:lineRule="auto"/>
              <w:jc w:val="center"/>
              <w:rPr>
                <w:rFonts w:ascii="微軟正黑體" w:eastAsia="微軟正黑體" w:hAnsi="微軟正黑體"/>
              </w:rPr>
            </w:pPr>
            <w:r w:rsidRPr="009C0FA9">
              <w:rPr>
                <w:rFonts w:ascii="微軟正黑體" w:eastAsia="微軟正黑體" w:hAnsi="微軟正黑體" w:hint="eastAsia"/>
              </w:rPr>
              <w:t>章節</w:t>
            </w:r>
            <w:r w:rsidRPr="009C0FA9">
              <w:rPr>
                <w:rFonts w:ascii="微軟正黑體" w:eastAsia="微軟正黑體" w:hAnsi="微軟正黑體"/>
              </w:rPr>
              <w:br/>
              <w:t>(</w:t>
            </w:r>
            <w:r w:rsidRPr="009C0FA9">
              <w:rPr>
                <w:rFonts w:ascii="微軟正黑體" w:eastAsia="微軟正黑體" w:hAnsi="微軟正黑體" w:hint="eastAsia"/>
              </w:rPr>
              <w:t>請加註頁碩</w:t>
            </w:r>
            <w:r w:rsidRPr="009C0FA9">
              <w:rPr>
                <w:rFonts w:ascii="微軟正黑體" w:eastAsia="微軟正黑體" w:hAnsi="微軟正黑體"/>
              </w:rPr>
              <w:t>)</w:t>
            </w:r>
          </w:p>
        </w:tc>
        <w:tc>
          <w:tcPr>
            <w:tcW w:w="1250" w:type="pct"/>
            <w:shd w:val="clear" w:color="auto" w:fill="F2F2F2" w:themeFill="background1" w:themeFillShade="F2"/>
            <w:vAlign w:val="center"/>
          </w:tcPr>
          <w:p w14:paraId="18C097E1" w14:textId="0CDB08A1" w:rsidR="00166305" w:rsidRPr="009C0FA9" w:rsidRDefault="00166305" w:rsidP="005F2F4F">
            <w:pPr>
              <w:spacing w:after="120" w:line="240" w:lineRule="auto"/>
              <w:jc w:val="center"/>
              <w:rPr>
                <w:rFonts w:ascii="微軟正黑體" w:eastAsia="微軟正黑體" w:hAnsi="微軟正黑體"/>
              </w:rPr>
            </w:pPr>
            <w:r w:rsidRPr="009C0FA9">
              <w:rPr>
                <w:rFonts w:ascii="微軟正黑體" w:eastAsia="微軟正黑體" w:hAnsi="微軟正黑體" w:hint="eastAsia"/>
              </w:rPr>
              <w:t>公告內容</w:t>
            </w:r>
          </w:p>
        </w:tc>
        <w:tc>
          <w:tcPr>
            <w:tcW w:w="1250" w:type="pct"/>
            <w:shd w:val="clear" w:color="auto" w:fill="F2F2F2" w:themeFill="background1" w:themeFillShade="F2"/>
            <w:vAlign w:val="center"/>
          </w:tcPr>
          <w:p w14:paraId="2F8F64B6" w14:textId="0A3BC765" w:rsidR="00166305" w:rsidRPr="009C0FA9" w:rsidRDefault="00166305" w:rsidP="005F2F4F">
            <w:pPr>
              <w:spacing w:after="120" w:line="240" w:lineRule="auto"/>
              <w:jc w:val="center"/>
              <w:rPr>
                <w:rFonts w:ascii="微軟正黑體" w:eastAsia="微軟正黑體" w:hAnsi="微軟正黑體"/>
              </w:rPr>
            </w:pPr>
            <w:r w:rsidRPr="009C0FA9">
              <w:rPr>
                <w:rFonts w:ascii="微軟正黑體" w:eastAsia="微軟正黑體" w:hAnsi="微軟正黑體" w:hint="eastAsia"/>
              </w:rPr>
              <w:t>請求釋疑問題</w:t>
            </w:r>
          </w:p>
        </w:tc>
      </w:tr>
      <w:tr w:rsidR="005F2F4F" w:rsidRPr="009C0FA9" w14:paraId="366E127B" w14:textId="77777777" w:rsidTr="005F2F4F">
        <w:tc>
          <w:tcPr>
            <w:tcW w:w="1250" w:type="pct"/>
          </w:tcPr>
          <w:p w14:paraId="3C24A28F" w14:textId="77777777" w:rsidR="00166305" w:rsidRPr="009C0FA9" w:rsidRDefault="00166305" w:rsidP="005F2F4F">
            <w:pPr>
              <w:spacing w:after="120" w:line="240" w:lineRule="auto"/>
              <w:jc w:val="both"/>
              <w:rPr>
                <w:rFonts w:ascii="微軟正黑體" w:eastAsia="微軟正黑體" w:hAnsi="微軟正黑體"/>
              </w:rPr>
            </w:pPr>
          </w:p>
        </w:tc>
        <w:tc>
          <w:tcPr>
            <w:tcW w:w="1250" w:type="pct"/>
          </w:tcPr>
          <w:p w14:paraId="647D1533" w14:textId="77777777" w:rsidR="00166305" w:rsidRPr="009C0FA9" w:rsidRDefault="00166305" w:rsidP="005F2F4F">
            <w:pPr>
              <w:spacing w:after="120" w:line="240" w:lineRule="auto"/>
              <w:jc w:val="both"/>
              <w:rPr>
                <w:rFonts w:ascii="微軟正黑體" w:eastAsia="微軟正黑體" w:hAnsi="微軟正黑體"/>
              </w:rPr>
            </w:pPr>
          </w:p>
        </w:tc>
        <w:tc>
          <w:tcPr>
            <w:tcW w:w="1250" w:type="pct"/>
          </w:tcPr>
          <w:p w14:paraId="2DA329C8" w14:textId="77777777" w:rsidR="00166305" w:rsidRPr="009C0FA9" w:rsidRDefault="00166305" w:rsidP="005F2F4F">
            <w:pPr>
              <w:spacing w:after="120" w:line="240" w:lineRule="auto"/>
              <w:jc w:val="both"/>
              <w:rPr>
                <w:rFonts w:ascii="微軟正黑體" w:eastAsia="微軟正黑體" w:hAnsi="微軟正黑體"/>
              </w:rPr>
            </w:pPr>
          </w:p>
        </w:tc>
        <w:tc>
          <w:tcPr>
            <w:tcW w:w="1250" w:type="pct"/>
          </w:tcPr>
          <w:p w14:paraId="6786B8D8" w14:textId="77777777" w:rsidR="00166305" w:rsidRPr="009C0FA9" w:rsidRDefault="00166305" w:rsidP="005F2F4F">
            <w:pPr>
              <w:spacing w:after="120" w:line="240" w:lineRule="auto"/>
              <w:jc w:val="both"/>
              <w:rPr>
                <w:rFonts w:ascii="微軟正黑體" w:eastAsia="微軟正黑體" w:hAnsi="微軟正黑體"/>
              </w:rPr>
            </w:pPr>
          </w:p>
        </w:tc>
      </w:tr>
      <w:tr w:rsidR="005F2F4F" w:rsidRPr="009C0FA9" w14:paraId="21FE3438" w14:textId="77777777" w:rsidTr="005F2F4F">
        <w:tc>
          <w:tcPr>
            <w:tcW w:w="1250" w:type="pct"/>
          </w:tcPr>
          <w:p w14:paraId="5D96F11F" w14:textId="77777777" w:rsidR="00166305" w:rsidRPr="009C0FA9" w:rsidRDefault="00166305" w:rsidP="005F2F4F">
            <w:pPr>
              <w:spacing w:after="120" w:line="240" w:lineRule="auto"/>
              <w:jc w:val="both"/>
              <w:rPr>
                <w:rFonts w:ascii="微軟正黑體" w:eastAsia="微軟正黑體" w:hAnsi="微軟正黑體"/>
              </w:rPr>
            </w:pPr>
          </w:p>
        </w:tc>
        <w:tc>
          <w:tcPr>
            <w:tcW w:w="1250" w:type="pct"/>
          </w:tcPr>
          <w:p w14:paraId="02AD19D1" w14:textId="77777777" w:rsidR="00166305" w:rsidRPr="009C0FA9" w:rsidRDefault="00166305" w:rsidP="005F2F4F">
            <w:pPr>
              <w:spacing w:after="120" w:line="240" w:lineRule="auto"/>
              <w:jc w:val="both"/>
              <w:rPr>
                <w:rFonts w:ascii="微軟正黑體" w:eastAsia="微軟正黑體" w:hAnsi="微軟正黑體"/>
              </w:rPr>
            </w:pPr>
          </w:p>
        </w:tc>
        <w:tc>
          <w:tcPr>
            <w:tcW w:w="1250" w:type="pct"/>
          </w:tcPr>
          <w:p w14:paraId="45C41B73" w14:textId="77777777" w:rsidR="00166305" w:rsidRPr="009C0FA9" w:rsidRDefault="00166305" w:rsidP="005F2F4F">
            <w:pPr>
              <w:spacing w:after="120" w:line="240" w:lineRule="auto"/>
              <w:jc w:val="both"/>
              <w:rPr>
                <w:rFonts w:ascii="微軟正黑體" w:eastAsia="微軟正黑體" w:hAnsi="微軟正黑體"/>
              </w:rPr>
            </w:pPr>
          </w:p>
        </w:tc>
        <w:tc>
          <w:tcPr>
            <w:tcW w:w="1250" w:type="pct"/>
          </w:tcPr>
          <w:p w14:paraId="0F5DF149" w14:textId="77777777" w:rsidR="00166305" w:rsidRPr="009C0FA9" w:rsidRDefault="00166305" w:rsidP="005F2F4F">
            <w:pPr>
              <w:spacing w:after="120" w:line="240" w:lineRule="auto"/>
              <w:jc w:val="both"/>
              <w:rPr>
                <w:rFonts w:ascii="微軟正黑體" w:eastAsia="微軟正黑體" w:hAnsi="微軟正黑體"/>
              </w:rPr>
            </w:pPr>
          </w:p>
        </w:tc>
      </w:tr>
    </w:tbl>
    <w:p w14:paraId="1B777FB1" w14:textId="77777777"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註：本表不敷使用時，請自行影印</w:t>
      </w:r>
      <w:r w:rsidRPr="009C0FA9">
        <w:rPr>
          <w:rFonts w:ascii="微軟正黑體" w:eastAsia="微軟正黑體" w:hAnsi="微軟正黑體"/>
          <w:lang w:eastAsia="zh-TW"/>
        </w:rPr>
        <w:t>(</w:t>
      </w:r>
      <w:r w:rsidRPr="009C0FA9">
        <w:rPr>
          <w:rFonts w:ascii="微軟正黑體" w:eastAsia="微軟正黑體" w:hAnsi="微軟正黑體" w:hint="eastAsia"/>
          <w:lang w:eastAsia="zh-TW"/>
        </w:rPr>
        <w:t>日期未填時，以本申請文件收件日為準</w:t>
      </w:r>
      <w:r w:rsidRPr="009C0FA9">
        <w:rPr>
          <w:rFonts w:ascii="微軟正黑體" w:eastAsia="微軟正黑體" w:hAnsi="微軟正黑體"/>
          <w:lang w:eastAsia="zh-TW"/>
        </w:rPr>
        <w:t>)</w:t>
      </w:r>
    </w:p>
    <w:p w14:paraId="08B18930" w14:textId="77777777" w:rsidR="00166305" w:rsidRPr="009C0FA9" w:rsidRDefault="00166305" w:rsidP="005F2F4F">
      <w:pPr>
        <w:spacing w:after="120" w:line="240" w:lineRule="auto"/>
        <w:jc w:val="both"/>
        <w:rPr>
          <w:rFonts w:ascii="微軟正黑體" w:eastAsia="微軟正黑體" w:hAnsi="微軟正黑體"/>
          <w:lang w:eastAsia="zh-TW"/>
        </w:rPr>
      </w:pPr>
    </w:p>
    <w:p w14:paraId="30F9D92C" w14:textId="32E7F676" w:rsidR="00166305" w:rsidRPr="009C0FA9" w:rsidRDefault="00166305" w:rsidP="005F2F4F">
      <w:pPr>
        <w:spacing w:after="120" w:line="240" w:lineRule="auto"/>
        <w:ind w:left="216" w:hangingChars="60" w:hanging="216"/>
        <w:jc w:val="distribute"/>
        <w:rPr>
          <w:rFonts w:ascii="微軟正黑體" w:eastAsia="微軟正黑體" w:hAnsi="微軟正黑體"/>
          <w:sz w:val="36"/>
          <w:szCs w:val="36"/>
          <w:lang w:eastAsia="zh-TW"/>
        </w:rPr>
      </w:pPr>
      <w:r w:rsidRPr="009C0FA9">
        <w:rPr>
          <w:rFonts w:ascii="微軟正黑體" w:eastAsia="微軟正黑體" w:hAnsi="微軟正黑體" w:hint="eastAsia"/>
          <w:sz w:val="36"/>
          <w:szCs w:val="36"/>
          <w:lang w:eastAsia="zh-TW"/>
        </w:rPr>
        <w:t>中華民國       年       月       日</w:t>
      </w:r>
    </w:p>
    <w:p w14:paraId="515487BB" w14:textId="116E836A" w:rsidR="00166305" w:rsidRPr="009C0FA9" w:rsidRDefault="00166305" w:rsidP="005F2F4F">
      <w:pPr>
        <w:spacing w:after="0" w:line="240" w:lineRule="auto"/>
        <w:rPr>
          <w:rFonts w:ascii="微軟正黑體" w:eastAsia="微軟正黑體" w:hAnsi="微軟正黑體"/>
          <w:b/>
          <w:sz w:val="36"/>
          <w:szCs w:val="36"/>
          <w:lang w:eastAsia="zh-TW"/>
        </w:rPr>
      </w:pPr>
      <w:r w:rsidRPr="009C0FA9">
        <w:rPr>
          <w:rFonts w:ascii="微軟正黑體" w:eastAsia="微軟正黑體" w:hAnsi="微軟正黑體"/>
          <w:b/>
          <w:sz w:val="36"/>
          <w:szCs w:val="36"/>
          <w:lang w:eastAsia="zh-TW"/>
        </w:rPr>
        <w:br w:type="page"/>
      </w:r>
    </w:p>
    <w:p w14:paraId="2B3C9834" w14:textId="39FBAFBB" w:rsidR="00166305" w:rsidRPr="00613EE3" w:rsidRDefault="00166305" w:rsidP="005F2F4F">
      <w:pPr>
        <w:tabs>
          <w:tab w:val="left" w:pos="993"/>
        </w:tabs>
        <w:spacing w:after="120" w:line="240" w:lineRule="auto"/>
        <w:rPr>
          <w:rFonts w:ascii="微軟正黑體" w:eastAsia="微軟正黑體" w:hAnsi="微軟正黑體"/>
          <w:b/>
          <w:bCs/>
          <w:sz w:val="24"/>
          <w:szCs w:val="24"/>
          <w:lang w:eastAsia="zh-TW"/>
        </w:rPr>
      </w:pPr>
      <w:bookmarkStart w:id="18" w:name="_Toc228345540"/>
      <w:r w:rsidRPr="00613EE3">
        <w:rPr>
          <w:rFonts w:ascii="微軟正黑體" w:eastAsia="微軟正黑體" w:hAnsi="微軟正黑體" w:hint="eastAsia"/>
          <w:b/>
          <w:bCs/>
          <w:sz w:val="24"/>
          <w:szCs w:val="24"/>
          <w:lang w:eastAsia="zh-TW"/>
        </w:rPr>
        <w:lastRenderedPageBreak/>
        <w:t>附件一之十五</w:t>
      </w:r>
      <w:r w:rsidRPr="00613EE3">
        <w:rPr>
          <w:rFonts w:ascii="微軟正黑體" w:eastAsia="微軟正黑體" w:hAnsi="微軟正黑體"/>
          <w:b/>
          <w:bCs/>
          <w:sz w:val="24"/>
          <w:szCs w:val="24"/>
          <w:lang w:eastAsia="zh-TW"/>
        </w:rPr>
        <w:t xml:space="preserve"> </w:t>
      </w:r>
      <w:r w:rsidRPr="00613EE3">
        <w:rPr>
          <w:rFonts w:ascii="微軟正黑體" w:eastAsia="微軟正黑體" w:hAnsi="微軟正黑體" w:hint="eastAsia"/>
          <w:b/>
          <w:bCs/>
          <w:sz w:val="24"/>
          <w:szCs w:val="24"/>
          <w:lang w:eastAsia="zh-TW"/>
        </w:rPr>
        <w:t>申請保證金／履約保證金不可撤銷擔保信用狀格式</w:t>
      </w:r>
      <w:bookmarkEnd w:id="18"/>
    </w:p>
    <w:p w14:paraId="4EA7D649" w14:textId="4F0AEDA0" w:rsidR="00166305" w:rsidRPr="009C0FA9" w:rsidRDefault="00166305" w:rsidP="005F2F4F">
      <w:pPr>
        <w:spacing w:after="120" w:line="240" w:lineRule="auto"/>
        <w:jc w:val="both"/>
        <w:rPr>
          <w:rFonts w:ascii="微軟正黑體" w:eastAsia="微軟正黑體" w:hAnsi="微軟正黑體"/>
          <w:lang w:eastAsia="zh-TW"/>
        </w:rPr>
      </w:pPr>
      <w:r w:rsidRPr="009C0FA9">
        <w:rPr>
          <w:rFonts w:ascii="微軟正黑體" w:eastAsia="微軟正黑體" w:hAnsi="微軟正黑體"/>
          <w:lang w:eastAsia="zh-TW"/>
        </w:rPr>
        <w:t xml:space="preserve">                       </w:t>
      </w:r>
      <w:r w:rsidRPr="009C0FA9">
        <w:rPr>
          <w:rFonts w:ascii="微軟正黑體" w:eastAsia="微軟正黑體" w:hAnsi="微軟正黑體" w:hint="eastAsia"/>
          <w:lang w:eastAsia="zh-TW"/>
        </w:rPr>
        <w:t>銀行</w:t>
      </w:r>
    </w:p>
    <w:p w14:paraId="17D48EBB" w14:textId="77777777"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地址：</w:t>
      </w:r>
    </w:p>
    <w:p w14:paraId="5074581A" w14:textId="77777777" w:rsidR="00166305" w:rsidRPr="009C0FA9" w:rsidRDefault="00166305" w:rsidP="005F2F4F">
      <w:pPr>
        <w:spacing w:after="120" w:line="240" w:lineRule="auto"/>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申請保證金／履約保證金不可撤銷擔保信用狀格式</w:t>
      </w:r>
    </w:p>
    <w:p w14:paraId="1A64B1D1" w14:textId="77777777" w:rsidR="00166305" w:rsidRPr="009C0FA9" w:rsidRDefault="00166305" w:rsidP="005F2F4F">
      <w:pPr>
        <w:spacing w:after="120" w:line="240" w:lineRule="auto"/>
        <w:ind w:left="389" w:hangingChars="177" w:hanging="389"/>
        <w:jc w:val="both"/>
        <w:rPr>
          <w:rFonts w:ascii="微軟正黑體" w:eastAsia="微軟正黑體" w:hAnsi="微軟正黑體"/>
        </w:rPr>
      </w:pPr>
      <w:r w:rsidRPr="009C0FA9">
        <w:rPr>
          <w:rFonts w:ascii="微軟正黑體" w:eastAsia="微軟正黑體" w:hAnsi="微軟正黑體" w:hint="eastAsia"/>
        </w:rPr>
        <w:t>日期：</w:t>
      </w:r>
    </w:p>
    <w:tbl>
      <w:tblPr>
        <w:tblW w:w="10065" w:type="dxa"/>
        <w:tblInd w:w="-5" w:type="dxa"/>
        <w:tblLook w:val="04A0" w:firstRow="1" w:lastRow="0" w:firstColumn="1" w:lastColumn="0" w:noHBand="0" w:noVBand="1"/>
      </w:tblPr>
      <w:tblGrid>
        <w:gridCol w:w="3544"/>
        <w:gridCol w:w="2356"/>
        <w:gridCol w:w="4165"/>
      </w:tblGrid>
      <w:tr w:rsidR="005F2F4F" w:rsidRPr="009C0FA9" w14:paraId="1C722623" w14:textId="77777777" w:rsidTr="005F2F4F">
        <w:tc>
          <w:tcPr>
            <w:tcW w:w="3544" w:type="dxa"/>
            <w:vMerge w:val="restart"/>
            <w:vAlign w:val="center"/>
          </w:tcPr>
          <w:p w14:paraId="7E6ACDE9" w14:textId="290D1BB1" w:rsidR="00166305" w:rsidRPr="009C0FA9" w:rsidRDefault="00166305" w:rsidP="005F2F4F">
            <w:pPr>
              <w:spacing w:after="0" w:line="300" w:lineRule="exact"/>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茲循右列申請人之請求開發本信用狀，本信用狀規定如有未盡事宜，適用國際商會所訂「信用狀統一慣例與實務」第</w:t>
            </w:r>
            <w:r w:rsidRPr="009C0FA9">
              <w:rPr>
                <w:rFonts w:ascii="微軟正黑體" w:eastAsia="微軟正黑體" w:hAnsi="微軟正黑體"/>
                <w:sz w:val="20"/>
                <w:szCs w:val="20"/>
                <w:lang w:eastAsia="zh-TW"/>
              </w:rPr>
              <w:t>600</w:t>
            </w:r>
            <w:r w:rsidRPr="009C0FA9">
              <w:rPr>
                <w:rFonts w:ascii="微軟正黑體" w:eastAsia="微軟正黑體" w:hAnsi="微軟正黑體" w:hint="eastAsia"/>
                <w:sz w:val="20"/>
                <w:szCs w:val="20"/>
                <w:lang w:eastAsia="zh-TW"/>
              </w:rPr>
              <w:t>號</w:t>
            </w:r>
            <w:r w:rsidRPr="009C0FA9">
              <w:rPr>
                <w:rFonts w:ascii="微軟正黑體" w:eastAsia="微軟正黑體" w:hAnsi="微軟正黑體"/>
                <w:sz w:val="20"/>
                <w:szCs w:val="20"/>
                <w:lang w:eastAsia="zh-TW"/>
              </w:rPr>
              <w:t>2007</w:t>
            </w:r>
            <w:r w:rsidRPr="009C0FA9">
              <w:rPr>
                <w:rFonts w:ascii="微軟正黑體" w:eastAsia="微軟正黑體" w:hAnsi="微軟正黑體" w:hint="eastAsia"/>
                <w:sz w:val="20"/>
                <w:szCs w:val="20"/>
                <w:lang w:eastAsia="zh-TW"/>
              </w:rPr>
              <w:t>年版之規定。</w:t>
            </w:r>
          </w:p>
        </w:tc>
        <w:tc>
          <w:tcPr>
            <w:tcW w:w="2356" w:type="dxa"/>
            <w:vAlign w:val="center"/>
          </w:tcPr>
          <w:p w14:paraId="626A5589" w14:textId="3A46C478" w:rsidR="00166305" w:rsidRPr="009C0FA9" w:rsidRDefault="00166305" w:rsidP="005F2F4F">
            <w:pPr>
              <w:spacing w:after="0" w:line="300" w:lineRule="exact"/>
              <w:jc w:val="both"/>
              <w:rPr>
                <w:rFonts w:ascii="微軟正黑體" w:eastAsia="微軟正黑體" w:hAnsi="微軟正黑體"/>
                <w:sz w:val="20"/>
                <w:szCs w:val="20"/>
              </w:rPr>
            </w:pPr>
            <w:r w:rsidRPr="009C0FA9">
              <w:rPr>
                <w:rFonts w:ascii="微軟正黑體" w:eastAsia="微軟正黑體" w:hAnsi="微軟正黑體" w:hint="eastAsia"/>
                <w:sz w:val="20"/>
                <w:szCs w:val="20"/>
              </w:rPr>
              <w:t>信用狀號碼：</w:t>
            </w:r>
          </w:p>
        </w:tc>
        <w:tc>
          <w:tcPr>
            <w:tcW w:w="4165" w:type="dxa"/>
            <w:vAlign w:val="center"/>
          </w:tcPr>
          <w:p w14:paraId="41178D64" w14:textId="77777777" w:rsidR="00166305" w:rsidRPr="009C0FA9" w:rsidRDefault="00166305" w:rsidP="005F2F4F">
            <w:pPr>
              <w:spacing w:after="0" w:line="300" w:lineRule="exact"/>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通知銀行編號：</w:t>
            </w:r>
          </w:p>
          <w:p w14:paraId="24604635" w14:textId="33FBFCEB" w:rsidR="00166305" w:rsidRPr="009C0FA9" w:rsidRDefault="00166305" w:rsidP="005F2F4F">
            <w:pPr>
              <w:spacing w:after="0" w:line="300" w:lineRule="exact"/>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日期：</w:t>
            </w:r>
          </w:p>
        </w:tc>
      </w:tr>
      <w:tr w:rsidR="005F2F4F" w:rsidRPr="009C0FA9" w14:paraId="3098BAF0" w14:textId="77777777" w:rsidTr="005F2F4F">
        <w:tc>
          <w:tcPr>
            <w:tcW w:w="3544" w:type="dxa"/>
            <w:vMerge/>
            <w:vAlign w:val="center"/>
          </w:tcPr>
          <w:p w14:paraId="622DE01C" w14:textId="77777777" w:rsidR="00166305" w:rsidRPr="009C0FA9" w:rsidRDefault="00166305" w:rsidP="005F2F4F">
            <w:pPr>
              <w:spacing w:after="0" w:line="300" w:lineRule="exact"/>
              <w:jc w:val="both"/>
              <w:rPr>
                <w:rFonts w:ascii="微軟正黑體" w:eastAsia="微軟正黑體" w:hAnsi="微軟正黑體"/>
                <w:sz w:val="20"/>
                <w:szCs w:val="20"/>
                <w:lang w:eastAsia="zh-TW"/>
              </w:rPr>
            </w:pPr>
          </w:p>
        </w:tc>
        <w:tc>
          <w:tcPr>
            <w:tcW w:w="6521" w:type="dxa"/>
            <w:gridSpan w:val="2"/>
            <w:vAlign w:val="center"/>
          </w:tcPr>
          <w:p w14:paraId="11EBD2AC" w14:textId="77777777" w:rsidR="00166305" w:rsidRPr="009C0FA9" w:rsidRDefault="00166305" w:rsidP="005F2F4F">
            <w:pPr>
              <w:spacing w:after="0" w:line="300" w:lineRule="exact"/>
              <w:jc w:val="both"/>
              <w:rPr>
                <w:rFonts w:ascii="微軟正黑體" w:eastAsia="微軟正黑體" w:hAnsi="微軟正黑體"/>
                <w:sz w:val="20"/>
                <w:szCs w:val="20"/>
              </w:rPr>
            </w:pPr>
            <w:r w:rsidRPr="009C0FA9">
              <w:rPr>
                <w:rFonts w:ascii="微軟正黑體" w:eastAsia="微軟正黑體" w:hAnsi="微軟正黑體" w:hint="eastAsia"/>
                <w:sz w:val="20"/>
                <w:szCs w:val="20"/>
              </w:rPr>
              <w:t>申請人：</w:t>
            </w:r>
            <w:r w:rsidRPr="009C0FA9">
              <w:rPr>
                <w:rFonts w:ascii="微軟正黑體" w:eastAsia="微軟正黑體" w:hAnsi="微軟正黑體"/>
                <w:sz w:val="20"/>
                <w:szCs w:val="20"/>
              </w:rPr>
              <w:t xml:space="preserve"> </w:t>
            </w:r>
          </w:p>
          <w:p w14:paraId="0D5FD5C6" w14:textId="30EF22B4" w:rsidR="00166305" w:rsidRPr="009C0FA9" w:rsidRDefault="00166305" w:rsidP="005F2F4F">
            <w:pPr>
              <w:spacing w:after="0" w:line="300" w:lineRule="exact"/>
              <w:jc w:val="both"/>
              <w:rPr>
                <w:rFonts w:ascii="微軟正黑體" w:eastAsia="微軟正黑體" w:hAnsi="微軟正黑體"/>
                <w:sz w:val="20"/>
                <w:szCs w:val="20"/>
              </w:rPr>
            </w:pPr>
            <w:r w:rsidRPr="009C0FA9">
              <w:rPr>
                <w:rFonts w:ascii="微軟正黑體" w:eastAsia="微軟正黑體" w:hAnsi="微軟正黑體" w:hint="eastAsia"/>
                <w:sz w:val="20"/>
                <w:szCs w:val="20"/>
              </w:rPr>
              <w:t>地址：</w:t>
            </w:r>
          </w:p>
        </w:tc>
      </w:tr>
      <w:tr w:rsidR="005F2F4F" w:rsidRPr="009C0FA9" w14:paraId="5F95D1AA" w14:textId="77777777" w:rsidTr="005F2F4F">
        <w:tc>
          <w:tcPr>
            <w:tcW w:w="3544" w:type="dxa"/>
            <w:vAlign w:val="center"/>
          </w:tcPr>
          <w:p w14:paraId="6E4850E4" w14:textId="49E3DE52" w:rsidR="00166305" w:rsidRPr="009C0FA9" w:rsidRDefault="00166305" w:rsidP="005F2F4F">
            <w:pPr>
              <w:spacing w:after="0" w:line="300" w:lineRule="exact"/>
              <w:jc w:val="both"/>
              <w:rPr>
                <w:rFonts w:ascii="微軟正黑體" w:eastAsia="微軟正黑體" w:hAnsi="微軟正黑體"/>
                <w:sz w:val="20"/>
                <w:szCs w:val="20"/>
              </w:rPr>
            </w:pPr>
            <w:r w:rsidRPr="009C0FA9">
              <w:rPr>
                <w:rFonts w:ascii="微軟正黑體" w:eastAsia="微軟正黑體" w:hAnsi="微軟正黑體" w:hint="eastAsia"/>
                <w:sz w:val="20"/>
                <w:szCs w:val="20"/>
              </w:rPr>
              <w:t>通知銀行：</w:t>
            </w:r>
          </w:p>
        </w:tc>
        <w:tc>
          <w:tcPr>
            <w:tcW w:w="6521" w:type="dxa"/>
            <w:gridSpan w:val="2"/>
            <w:vAlign w:val="center"/>
          </w:tcPr>
          <w:p w14:paraId="246F5ED5" w14:textId="4166B4F4" w:rsidR="00166305" w:rsidRPr="009C0FA9" w:rsidRDefault="00166305" w:rsidP="005F2F4F">
            <w:pPr>
              <w:spacing w:after="0" w:line="300" w:lineRule="exact"/>
              <w:jc w:val="both"/>
              <w:rPr>
                <w:rFonts w:ascii="微軟正黑體" w:eastAsia="微軟正黑體" w:hAnsi="微軟正黑體"/>
                <w:sz w:val="20"/>
                <w:szCs w:val="20"/>
              </w:rPr>
            </w:pPr>
            <w:r w:rsidRPr="009C0FA9">
              <w:rPr>
                <w:rFonts w:ascii="微軟正黑體" w:eastAsia="微軟正黑體" w:hAnsi="微軟正黑體" w:hint="eastAsia"/>
                <w:sz w:val="20"/>
                <w:szCs w:val="20"/>
              </w:rPr>
              <w:t>金額：新臺幣</w:t>
            </w:r>
            <w:r w:rsidRPr="009C0FA9">
              <w:rPr>
                <w:rFonts w:ascii="微軟正黑體" w:eastAsia="微軟正黑體" w:hAnsi="微軟正黑體"/>
                <w:sz w:val="20"/>
                <w:szCs w:val="20"/>
              </w:rPr>
              <w:t xml:space="preserve">      </w:t>
            </w:r>
            <w:r w:rsidRPr="009C0FA9">
              <w:rPr>
                <w:rFonts w:ascii="微軟正黑體" w:eastAsia="微軟正黑體" w:hAnsi="微軟正黑體" w:hint="eastAsia"/>
                <w:sz w:val="20"/>
                <w:szCs w:val="20"/>
              </w:rPr>
              <w:t xml:space="preserve">  </w:t>
            </w:r>
            <w:r w:rsidRPr="009C0FA9">
              <w:rPr>
                <w:rFonts w:ascii="微軟正黑體" w:eastAsia="微軟正黑體" w:hAnsi="微軟正黑體"/>
                <w:sz w:val="20"/>
                <w:szCs w:val="20"/>
              </w:rPr>
              <w:t xml:space="preserve">    </w:t>
            </w:r>
            <w:r w:rsidRPr="009C0FA9">
              <w:rPr>
                <w:rFonts w:ascii="微軟正黑體" w:eastAsia="微軟正黑體" w:hAnsi="微軟正黑體" w:hint="eastAsia"/>
                <w:sz w:val="20"/>
                <w:szCs w:val="20"/>
              </w:rPr>
              <w:t>元正</w:t>
            </w:r>
          </w:p>
        </w:tc>
      </w:tr>
      <w:tr w:rsidR="005F2F4F" w:rsidRPr="009C0FA9" w14:paraId="6A1DFE96" w14:textId="77777777" w:rsidTr="005F2F4F">
        <w:tc>
          <w:tcPr>
            <w:tcW w:w="3544" w:type="dxa"/>
            <w:vAlign w:val="center"/>
          </w:tcPr>
          <w:p w14:paraId="3AB89501" w14:textId="69AD91EC" w:rsidR="00166305" w:rsidRPr="009C0FA9" w:rsidRDefault="00166305" w:rsidP="005F2F4F">
            <w:pPr>
              <w:spacing w:after="0" w:line="300" w:lineRule="exact"/>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受益人：高雄市政府環境保護局</w:t>
            </w:r>
          </w:p>
          <w:p w14:paraId="1199611E" w14:textId="3BD3087E" w:rsidR="00166305" w:rsidRPr="009C0FA9" w:rsidRDefault="00166305" w:rsidP="005F2F4F">
            <w:pPr>
              <w:spacing w:after="0" w:line="300" w:lineRule="exact"/>
              <w:jc w:val="both"/>
              <w:rPr>
                <w:rFonts w:ascii="微軟正黑體" w:eastAsia="微軟正黑體" w:hAnsi="微軟正黑體"/>
                <w:sz w:val="20"/>
                <w:szCs w:val="20"/>
              </w:rPr>
            </w:pPr>
            <w:r w:rsidRPr="009C0FA9">
              <w:rPr>
                <w:rFonts w:ascii="微軟正黑體" w:eastAsia="微軟正黑體" w:hAnsi="微軟正黑體" w:hint="eastAsia"/>
                <w:sz w:val="20"/>
                <w:szCs w:val="20"/>
              </w:rPr>
              <w:t>地址：</w:t>
            </w:r>
          </w:p>
        </w:tc>
        <w:tc>
          <w:tcPr>
            <w:tcW w:w="6521" w:type="dxa"/>
            <w:gridSpan w:val="2"/>
            <w:vAlign w:val="center"/>
          </w:tcPr>
          <w:p w14:paraId="69AA196C" w14:textId="77777777" w:rsidR="00166305" w:rsidRPr="009C0FA9" w:rsidRDefault="00166305" w:rsidP="005F2F4F">
            <w:pPr>
              <w:spacing w:after="0" w:line="300" w:lineRule="exact"/>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於中華民國境內銀行提示文件之有效期限：</w:t>
            </w:r>
            <w:r w:rsidRPr="009C0FA9">
              <w:rPr>
                <w:rFonts w:ascii="微軟正黑體" w:eastAsia="微軟正黑體" w:hAnsi="微軟正黑體"/>
                <w:sz w:val="20"/>
                <w:szCs w:val="20"/>
                <w:lang w:eastAsia="zh-TW"/>
              </w:rPr>
              <w:t xml:space="preserve"> </w:t>
            </w:r>
          </w:p>
          <w:p w14:paraId="6E5FBE8C" w14:textId="11E2C09A" w:rsidR="00166305" w:rsidRPr="009C0FA9" w:rsidRDefault="00166305" w:rsidP="005F2F4F">
            <w:pPr>
              <w:spacing w:after="0" w:line="300" w:lineRule="exact"/>
              <w:jc w:val="both"/>
              <w:rPr>
                <w:rFonts w:ascii="微軟正黑體" w:eastAsia="微軟正黑體" w:hAnsi="微軟正黑體"/>
                <w:sz w:val="20"/>
                <w:szCs w:val="20"/>
              </w:rPr>
            </w:pPr>
            <w:r w:rsidRPr="009C0FA9">
              <w:rPr>
                <w:rFonts w:ascii="微軟正黑體" w:eastAsia="微軟正黑體" w:hAnsi="微軟正黑體" w:hint="eastAsia"/>
                <w:sz w:val="20"/>
                <w:szCs w:val="20"/>
              </w:rPr>
              <w:t>至民國</w:t>
            </w:r>
            <w:r w:rsidRPr="009C0FA9">
              <w:rPr>
                <w:rFonts w:ascii="微軟正黑體" w:eastAsia="微軟正黑體" w:hAnsi="微軟正黑體"/>
                <w:sz w:val="20"/>
                <w:szCs w:val="20"/>
              </w:rPr>
              <w:t xml:space="preserve">      </w:t>
            </w:r>
            <w:r w:rsidRPr="009C0FA9">
              <w:rPr>
                <w:rFonts w:ascii="微軟正黑體" w:eastAsia="微軟正黑體" w:hAnsi="微軟正黑體" w:hint="eastAsia"/>
                <w:sz w:val="20"/>
                <w:szCs w:val="20"/>
              </w:rPr>
              <w:t>年</w:t>
            </w:r>
            <w:r w:rsidRPr="009C0FA9">
              <w:rPr>
                <w:rFonts w:ascii="微軟正黑體" w:eastAsia="微軟正黑體" w:hAnsi="微軟正黑體"/>
                <w:sz w:val="20"/>
                <w:szCs w:val="20"/>
              </w:rPr>
              <w:t xml:space="preserve">      </w:t>
            </w:r>
            <w:r w:rsidRPr="009C0FA9">
              <w:rPr>
                <w:rFonts w:ascii="微軟正黑體" w:eastAsia="微軟正黑體" w:hAnsi="微軟正黑體" w:hint="eastAsia"/>
                <w:sz w:val="20"/>
                <w:szCs w:val="20"/>
              </w:rPr>
              <w:t>月</w:t>
            </w:r>
            <w:r w:rsidRPr="009C0FA9">
              <w:rPr>
                <w:rFonts w:ascii="微軟正黑體" w:eastAsia="微軟正黑體" w:hAnsi="微軟正黑體"/>
                <w:sz w:val="20"/>
                <w:szCs w:val="20"/>
              </w:rPr>
              <w:t xml:space="preserve">      </w:t>
            </w:r>
            <w:r w:rsidRPr="009C0FA9">
              <w:rPr>
                <w:rFonts w:ascii="微軟正黑體" w:eastAsia="微軟正黑體" w:hAnsi="微軟正黑體" w:hint="eastAsia"/>
                <w:sz w:val="20"/>
                <w:szCs w:val="20"/>
              </w:rPr>
              <w:t>日止</w:t>
            </w:r>
          </w:p>
        </w:tc>
      </w:tr>
      <w:tr w:rsidR="005F2F4F" w:rsidRPr="009C0FA9" w14:paraId="2B1D79FE" w14:textId="77777777" w:rsidTr="005F2F4F">
        <w:tc>
          <w:tcPr>
            <w:tcW w:w="10065" w:type="dxa"/>
            <w:gridSpan w:val="3"/>
            <w:vAlign w:val="center"/>
          </w:tcPr>
          <w:p w14:paraId="104F08FF" w14:textId="276BC62D" w:rsidR="00166305" w:rsidRPr="009C0FA9" w:rsidRDefault="00166305" w:rsidP="005F2F4F">
            <w:pPr>
              <w:spacing w:after="0" w:line="300" w:lineRule="exact"/>
              <w:jc w:val="both"/>
              <w:rPr>
                <w:rFonts w:ascii="微軟正黑體" w:eastAsia="微軟正黑體" w:hAnsi="微軟正黑體"/>
                <w:sz w:val="20"/>
                <w:szCs w:val="20"/>
                <w:lang w:eastAsia="zh-TW"/>
              </w:rPr>
            </w:pPr>
            <w:r w:rsidRPr="009C0FA9">
              <w:rPr>
                <w:rFonts w:ascii="微軟正黑體" w:eastAsia="微軟正黑體" w:hAnsi="微軟正黑體"/>
                <w:sz w:val="20"/>
                <w:szCs w:val="20"/>
                <w:lang w:eastAsia="zh-TW"/>
              </w:rPr>
              <w:t>本信用狀係為擔保</w:t>
            </w:r>
            <w:r w:rsidRPr="009C0FA9">
              <w:rPr>
                <w:rFonts w:ascii="微軟正黑體" w:eastAsia="微軟正黑體" w:hAnsi="微軟正黑體"/>
                <w:sz w:val="20"/>
                <w:szCs w:val="20"/>
                <w:u w:val="single"/>
                <w:lang w:eastAsia="zh-TW"/>
              </w:rPr>
              <w:t xml:space="preserve">      (申請人／最優申請人)      </w:t>
            </w:r>
            <w:r w:rsidRPr="009C0FA9">
              <w:rPr>
                <w:rFonts w:ascii="微軟正黑體" w:eastAsia="微軟正黑體" w:hAnsi="微軟正黑體"/>
                <w:sz w:val="20"/>
                <w:szCs w:val="20"/>
                <w:lang w:eastAsia="zh-TW"/>
              </w:rPr>
              <w:t>就信用狀受益人</w:t>
            </w:r>
            <w:r w:rsidRPr="009C0FA9">
              <w:rPr>
                <w:rFonts w:ascii="微軟正黑體" w:eastAsia="微軟正黑體" w:hAnsi="微軟正黑體"/>
                <w:sz w:val="20"/>
                <w:szCs w:val="20"/>
                <w:u w:val="single"/>
                <w:lang w:eastAsia="zh-TW"/>
              </w:rPr>
              <w:t xml:space="preserve">           </w:t>
            </w:r>
            <w:r w:rsidRPr="009C0FA9">
              <w:rPr>
                <w:rFonts w:ascii="微軟正黑體" w:eastAsia="微軟正黑體" w:hAnsi="微軟正黑體"/>
                <w:sz w:val="20"/>
                <w:szCs w:val="20"/>
                <w:lang w:eastAsia="zh-TW"/>
              </w:rPr>
              <w:t>所辦理</w:t>
            </w:r>
            <w:r w:rsidRPr="009C0FA9">
              <w:rPr>
                <w:rFonts w:ascii="微軟正黑體" w:eastAsia="微軟正黑體" w:hAnsi="微軟正黑體"/>
                <w:lang w:eastAsia="zh-TW"/>
              </w:rPr>
              <w:br/>
            </w:r>
            <w:r w:rsidRPr="009C0FA9">
              <w:rPr>
                <w:rFonts w:ascii="微軟正黑體" w:eastAsia="微軟正黑體" w:hAnsi="微軟正黑體"/>
                <w:sz w:val="20"/>
                <w:szCs w:val="20"/>
                <w:u w:val="single"/>
                <w:lang w:eastAsia="zh-TW"/>
              </w:rPr>
              <w:t xml:space="preserve">     「高雄市資源回收細分類廠有償BTO+BOT案」     </w:t>
            </w:r>
            <w:r w:rsidRPr="009C0FA9">
              <w:rPr>
                <w:rFonts w:ascii="微軟正黑體" w:eastAsia="微軟正黑體" w:hAnsi="微軟正黑體"/>
                <w:sz w:val="20"/>
                <w:szCs w:val="20"/>
                <w:lang w:eastAsia="zh-TW"/>
              </w:rPr>
              <w:t>(招商案號：</w:t>
            </w:r>
            <w:r w:rsidRPr="009C0FA9">
              <w:rPr>
                <w:rFonts w:ascii="微軟正黑體" w:eastAsia="微軟正黑體" w:hAnsi="微軟正黑體"/>
                <w:sz w:val="20"/>
                <w:szCs w:val="20"/>
                <w:u w:val="single"/>
                <w:lang w:eastAsia="zh-TW"/>
              </w:rPr>
              <w:t xml:space="preserve">               </w:t>
            </w:r>
            <w:r w:rsidRPr="009C0FA9">
              <w:rPr>
                <w:rFonts w:ascii="微軟正黑體" w:eastAsia="微軟正黑體" w:hAnsi="微軟正黑體"/>
                <w:sz w:val="20"/>
                <w:szCs w:val="20"/>
                <w:lang w:eastAsia="zh-TW"/>
              </w:rPr>
              <w:t>號)招商案之申請／評決履約所須繳納之(申請保證金／履約保證金)。</w:t>
            </w:r>
          </w:p>
          <w:p w14:paraId="336C6299" w14:textId="77777777" w:rsidR="00166305" w:rsidRPr="009C0FA9" w:rsidRDefault="00166305" w:rsidP="005F2F4F">
            <w:pPr>
              <w:spacing w:after="0" w:line="300" w:lineRule="exact"/>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上開受益人在不超過上開金額範圍內，依下列條件提示單證洽兌，本行保證立即給付。</w:t>
            </w:r>
          </w:p>
          <w:p w14:paraId="4318CC7E" w14:textId="2319E4D4" w:rsidR="00166305" w:rsidRPr="009C0FA9" w:rsidRDefault="00166305" w:rsidP="005F2F4F">
            <w:pPr>
              <w:spacing w:after="0" w:line="300" w:lineRule="exact"/>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一、付款人：</w:t>
            </w:r>
            <w:r w:rsidRPr="009C0FA9">
              <w:rPr>
                <w:rFonts w:ascii="微軟正黑體" w:eastAsia="微軟正黑體" w:hAnsi="微軟正黑體"/>
                <w:sz w:val="20"/>
                <w:szCs w:val="20"/>
                <w:u w:val="single"/>
                <w:lang w:eastAsia="zh-TW"/>
              </w:rPr>
              <w:t xml:space="preserve">                    </w:t>
            </w:r>
            <w:r w:rsidRPr="009C0FA9">
              <w:rPr>
                <w:rFonts w:ascii="微軟正黑體" w:eastAsia="微軟正黑體" w:hAnsi="微軟正黑體" w:hint="eastAsia"/>
                <w:sz w:val="20"/>
                <w:szCs w:val="20"/>
                <w:lang w:eastAsia="zh-TW"/>
              </w:rPr>
              <w:t>銀行。</w:t>
            </w:r>
          </w:p>
          <w:p w14:paraId="2969DDE8" w14:textId="77777777" w:rsidR="00166305" w:rsidRPr="009C0FA9" w:rsidRDefault="00166305" w:rsidP="005F2F4F">
            <w:pPr>
              <w:spacing w:after="0" w:line="300" w:lineRule="exact"/>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二、付款方式：於接獲申請書後立即支付或見票即付。</w:t>
            </w:r>
          </w:p>
          <w:p w14:paraId="5D72E8D8" w14:textId="77777777" w:rsidR="00166305" w:rsidRPr="009C0FA9" w:rsidRDefault="00166305" w:rsidP="005F2F4F">
            <w:pPr>
              <w:spacing w:after="0" w:line="300" w:lineRule="exact"/>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三、金額：不逾本信用狀金額。</w:t>
            </w:r>
          </w:p>
          <w:p w14:paraId="1C5B7EF6" w14:textId="77777777" w:rsidR="00166305" w:rsidRPr="009C0FA9" w:rsidRDefault="00166305" w:rsidP="005F2F4F">
            <w:pPr>
              <w:spacing w:after="0" w:line="300" w:lineRule="exact"/>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四、應檢附之單證如下：</w:t>
            </w:r>
          </w:p>
          <w:p w14:paraId="7D226AB2" w14:textId="6EDB33C1" w:rsidR="00166305" w:rsidRPr="009C0FA9" w:rsidRDefault="00166305" w:rsidP="005F2F4F">
            <w:pPr>
              <w:spacing w:after="0" w:line="300" w:lineRule="exact"/>
              <w:ind w:leftChars="135" w:left="297"/>
              <w:jc w:val="both"/>
              <w:rPr>
                <w:rFonts w:ascii="微軟正黑體" w:eastAsia="微軟正黑體" w:hAnsi="微軟正黑體"/>
                <w:sz w:val="20"/>
                <w:szCs w:val="20"/>
                <w:lang w:eastAsia="zh-TW"/>
              </w:rPr>
            </w:pPr>
            <w:r w:rsidRPr="009C0FA9">
              <w:rPr>
                <w:rFonts w:ascii="微軟正黑體" w:eastAsia="微軟正黑體" w:hAnsi="微軟正黑體"/>
                <w:sz w:val="20"/>
                <w:szCs w:val="20"/>
                <w:lang w:eastAsia="zh-TW"/>
              </w:rPr>
              <w:t>1.</w:t>
            </w:r>
            <w:r w:rsidRPr="009C0FA9">
              <w:rPr>
                <w:rFonts w:ascii="微軟正黑體" w:eastAsia="微軟正黑體" w:hAnsi="微軟正黑體" w:hint="eastAsia"/>
                <w:sz w:val="20"/>
                <w:szCs w:val="20"/>
                <w:lang w:eastAsia="zh-TW"/>
              </w:rPr>
              <w:t xml:space="preserve"> 付款申請書乙份，載明申請人於上述招商案有違反招商案規定之情形</w:t>
            </w:r>
            <w:r w:rsidRPr="009C0FA9">
              <w:rPr>
                <w:rFonts w:ascii="微軟正黑體" w:eastAsia="微軟正黑體" w:hAnsi="微軟正黑體"/>
                <w:sz w:val="20"/>
                <w:szCs w:val="20"/>
                <w:lang w:eastAsia="zh-TW"/>
              </w:rPr>
              <w:t xml:space="preserve"> </w:t>
            </w:r>
          </w:p>
          <w:p w14:paraId="2C642BDF" w14:textId="6A5D6707" w:rsidR="00166305" w:rsidRPr="009C0FA9" w:rsidRDefault="00166305" w:rsidP="005F2F4F">
            <w:pPr>
              <w:spacing w:after="0" w:line="300" w:lineRule="exact"/>
              <w:ind w:leftChars="135" w:left="297"/>
              <w:jc w:val="both"/>
              <w:rPr>
                <w:rFonts w:ascii="微軟正黑體" w:eastAsia="微軟正黑體" w:hAnsi="微軟正黑體"/>
                <w:sz w:val="20"/>
                <w:szCs w:val="20"/>
                <w:lang w:eastAsia="zh-TW"/>
              </w:rPr>
            </w:pPr>
            <w:r w:rsidRPr="009C0FA9">
              <w:rPr>
                <w:rFonts w:ascii="微軟正黑體" w:eastAsia="微軟正黑體" w:hAnsi="微軟正黑體"/>
                <w:sz w:val="20"/>
                <w:szCs w:val="20"/>
                <w:lang w:eastAsia="zh-TW"/>
              </w:rPr>
              <w:t>2.</w:t>
            </w:r>
            <w:r w:rsidRPr="009C0FA9">
              <w:rPr>
                <w:rFonts w:ascii="微軟正黑體" w:eastAsia="微軟正黑體" w:hAnsi="微軟正黑體" w:hint="eastAsia"/>
                <w:sz w:val="20"/>
                <w:szCs w:val="20"/>
                <w:lang w:eastAsia="zh-TW"/>
              </w:rPr>
              <w:t xml:space="preserve"> 匯票</w:t>
            </w:r>
          </w:p>
          <w:p w14:paraId="697E3E00" w14:textId="5A9E237C" w:rsidR="00166305" w:rsidRPr="009C0FA9" w:rsidRDefault="00166305" w:rsidP="005F2F4F">
            <w:pPr>
              <w:spacing w:after="0" w:line="300" w:lineRule="exact"/>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上項單證應載明本信用狀之日期、號碼、招商案號及招商標的。</w:t>
            </w:r>
          </w:p>
        </w:tc>
      </w:tr>
      <w:tr w:rsidR="005F2F4F" w:rsidRPr="009C0FA9" w14:paraId="3C84AA01" w14:textId="77777777" w:rsidTr="005F2F4F">
        <w:tc>
          <w:tcPr>
            <w:tcW w:w="10065" w:type="dxa"/>
            <w:gridSpan w:val="3"/>
            <w:vAlign w:val="center"/>
          </w:tcPr>
          <w:p w14:paraId="474F0309" w14:textId="77777777" w:rsidR="00166305" w:rsidRPr="009C0FA9" w:rsidRDefault="00166305" w:rsidP="005F2F4F">
            <w:pPr>
              <w:spacing w:after="0" w:line="300" w:lineRule="exact"/>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特別指示：</w:t>
            </w:r>
          </w:p>
          <w:p w14:paraId="3D344204" w14:textId="552835C8" w:rsidR="00166305" w:rsidRPr="009C0FA9" w:rsidRDefault="00166305" w:rsidP="005F2F4F">
            <w:pPr>
              <w:spacing w:after="0" w:line="300" w:lineRule="exact"/>
              <w:jc w:val="both"/>
              <w:rPr>
                <w:rFonts w:ascii="微軟正黑體" w:eastAsia="微軟正黑體" w:hAnsi="微軟正黑體"/>
                <w:sz w:val="20"/>
                <w:szCs w:val="20"/>
                <w:lang w:eastAsia="zh-TW"/>
              </w:rPr>
            </w:pPr>
            <w:r w:rsidRPr="009C0FA9">
              <w:rPr>
                <w:rFonts w:ascii="微軟正黑體" w:eastAsia="微軟正黑體" w:hAnsi="微軟正黑體"/>
                <w:sz w:val="20"/>
                <w:szCs w:val="20"/>
                <w:lang w:eastAsia="zh-TW"/>
              </w:rPr>
              <w:t>1.</w:t>
            </w:r>
            <w:r w:rsidRPr="009C0FA9">
              <w:rPr>
                <w:rFonts w:ascii="微軟正黑體" w:eastAsia="微軟正黑體" w:hAnsi="微軟正黑體" w:hint="eastAsia"/>
                <w:sz w:val="20"/>
                <w:szCs w:val="20"/>
                <w:lang w:eastAsia="zh-TW"/>
              </w:rPr>
              <w:t xml:space="preserve"> 與本信用狀有關之費用，由申請人負擔。</w:t>
            </w:r>
          </w:p>
          <w:p w14:paraId="31DE6991" w14:textId="02A42990" w:rsidR="00166305" w:rsidRPr="009C0FA9" w:rsidRDefault="00166305" w:rsidP="005F2F4F">
            <w:pPr>
              <w:spacing w:after="0" w:line="300" w:lineRule="exact"/>
              <w:jc w:val="both"/>
              <w:rPr>
                <w:rFonts w:ascii="微軟正黑體" w:eastAsia="微軟正黑體" w:hAnsi="微軟正黑體"/>
                <w:sz w:val="20"/>
                <w:szCs w:val="20"/>
                <w:lang w:eastAsia="zh-TW"/>
              </w:rPr>
            </w:pPr>
            <w:r w:rsidRPr="009C0FA9">
              <w:rPr>
                <w:rFonts w:ascii="微軟正黑體" w:eastAsia="微軟正黑體" w:hAnsi="微軟正黑體"/>
                <w:sz w:val="20"/>
                <w:szCs w:val="20"/>
                <w:lang w:eastAsia="zh-TW"/>
              </w:rPr>
              <w:t>2.</w:t>
            </w:r>
            <w:r w:rsidRPr="009C0FA9">
              <w:rPr>
                <w:rFonts w:ascii="微軟正黑體" w:eastAsia="微軟正黑體" w:hAnsi="微軟正黑體" w:hint="eastAsia"/>
                <w:sz w:val="20"/>
                <w:szCs w:val="20"/>
                <w:lang w:eastAsia="zh-TW"/>
              </w:rPr>
              <w:t xml:space="preserve"> 受益人得請求分批付款。</w:t>
            </w:r>
          </w:p>
        </w:tc>
      </w:tr>
      <w:tr w:rsidR="005F2F4F" w:rsidRPr="009C0FA9" w14:paraId="652C65F2" w14:textId="77777777" w:rsidTr="005F2F4F">
        <w:tc>
          <w:tcPr>
            <w:tcW w:w="10065" w:type="dxa"/>
            <w:gridSpan w:val="3"/>
            <w:vAlign w:val="center"/>
          </w:tcPr>
          <w:p w14:paraId="2ADD5D67" w14:textId="77777777" w:rsidR="00166305" w:rsidRPr="009C0FA9" w:rsidRDefault="00166305" w:rsidP="005F2F4F">
            <w:pPr>
              <w:spacing w:after="0" w:line="300" w:lineRule="exact"/>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備註：</w:t>
            </w:r>
            <w:r w:rsidRPr="009C0FA9">
              <w:rPr>
                <w:rFonts w:ascii="微軟正黑體" w:eastAsia="微軟正黑體" w:hAnsi="微軟正黑體"/>
                <w:sz w:val="20"/>
                <w:szCs w:val="20"/>
                <w:lang w:eastAsia="zh-TW"/>
              </w:rPr>
              <w:t xml:space="preserve"> </w:t>
            </w:r>
          </w:p>
          <w:p w14:paraId="20201A59" w14:textId="00EC465F" w:rsidR="00166305" w:rsidRPr="009C0FA9" w:rsidRDefault="00166305" w:rsidP="005F2F4F">
            <w:pPr>
              <w:spacing w:after="0" w:line="300" w:lineRule="exact"/>
              <w:ind w:left="314" w:hangingChars="157" w:hanging="314"/>
              <w:jc w:val="both"/>
              <w:rPr>
                <w:rFonts w:ascii="微軟正黑體" w:eastAsia="微軟正黑體" w:hAnsi="微軟正黑體"/>
                <w:sz w:val="20"/>
                <w:szCs w:val="20"/>
                <w:lang w:eastAsia="zh-TW"/>
              </w:rPr>
            </w:pPr>
            <w:r w:rsidRPr="009C0FA9">
              <w:rPr>
                <w:rFonts w:ascii="微軟正黑體" w:eastAsia="微軟正黑體" w:hAnsi="微軟正黑體"/>
                <w:sz w:val="20"/>
                <w:szCs w:val="20"/>
                <w:lang w:eastAsia="zh-TW"/>
              </w:rPr>
              <w:t>1.</w:t>
            </w:r>
            <w:r w:rsidRPr="009C0FA9">
              <w:rPr>
                <w:rFonts w:ascii="微軟正黑體" w:eastAsia="微軟正黑體" w:hAnsi="微軟正黑體" w:hint="eastAsia"/>
                <w:sz w:val="20"/>
                <w:szCs w:val="20"/>
                <w:lang w:eastAsia="zh-TW"/>
              </w:rPr>
              <w:t xml:space="preserve"> 上述文件須於有效期限內向中華民國境內任一銀行辦理提示請求讓購、託收或付款。上述單據與本信用狀規定相符時，本行保證無條件立即付款予匯票之簽發人、背書人或善意持有人。</w:t>
            </w:r>
          </w:p>
          <w:p w14:paraId="26B8FF34" w14:textId="03545407" w:rsidR="00166305" w:rsidRPr="009C0FA9" w:rsidRDefault="00166305" w:rsidP="005F2F4F">
            <w:pPr>
              <w:spacing w:after="0" w:line="300" w:lineRule="exact"/>
              <w:ind w:left="314" w:hangingChars="157" w:hanging="314"/>
              <w:jc w:val="both"/>
              <w:rPr>
                <w:rFonts w:ascii="微軟正黑體" w:eastAsia="微軟正黑體" w:hAnsi="微軟正黑體"/>
                <w:sz w:val="20"/>
                <w:szCs w:val="20"/>
                <w:lang w:eastAsia="zh-TW"/>
              </w:rPr>
            </w:pPr>
            <w:r w:rsidRPr="009C0FA9">
              <w:rPr>
                <w:rFonts w:ascii="微軟正黑體" w:eastAsia="微軟正黑體" w:hAnsi="微軟正黑體"/>
                <w:sz w:val="20"/>
                <w:szCs w:val="20"/>
                <w:lang w:eastAsia="zh-TW"/>
              </w:rPr>
              <w:t>2.</w:t>
            </w:r>
            <w:r w:rsidRPr="009C0FA9">
              <w:rPr>
                <w:rFonts w:ascii="微軟正黑體" w:eastAsia="微軟正黑體" w:hAnsi="微軟正黑體" w:hint="eastAsia"/>
                <w:sz w:val="20"/>
                <w:szCs w:val="20"/>
                <w:lang w:eastAsia="zh-TW"/>
              </w:rPr>
              <w:t xml:space="preserve"> 本信用狀之開狀銀行如非在中華民國設立登記之銀行，應經由在中華民國設立登記且在境內營業之銀行保兌。</w:t>
            </w:r>
          </w:p>
          <w:p w14:paraId="222342B6" w14:textId="709DA16B" w:rsidR="00166305" w:rsidRPr="009C0FA9" w:rsidRDefault="00166305" w:rsidP="005F2F4F">
            <w:pPr>
              <w:spacing w:after="0" w:line="300" w:lineRule="exact"/>
              <w:jc w:val="right"/>
              <w:rPr>
                <w:rFonts w:ascii="微軟正黑體" w:eastAsia="微軟正黑體" w:hAnsi="微軟正黑體"/>
                <w:sz w:val="20"/>
                <w:szCs w:val="20"/>
                <w:lang w:eastAsia="zh-TW"/>
              </w:rPr>
            </w:pPr>
            <w:r w:rsidRPr="009C0FA9">
              <w:rPr>
                <w:rFonts w:ascii="微軟正黑體" w:eastAsia="微軟正黑體" w:hAnsi="微軟正黑體"/>
                <w:sz w:val="20"/>
                <w:szCs w:val="20"/>
                <w:u w:val="single"/>
                <w:lang w:eastAsia="zh-TW"/>
              </w:rPr>
              <w:t xml:space="preserve">                   </w:t>
            </w:r>
            <w:r w:rsidRPr="009C0FA9">
              <w:rPr>
                <w:rFonts w:ascii="微軟正黑體" w:eastAsia="微軟正黑體" w:hAnsi="微軟正黑體" w:hint="eastAsia"/>
                <w:sz w:val="20"/>
                <w:szCs w:val="20"/>
                <w:lang w:eastAsia="zh-TW"/>
              </w:rPr>
              <w:t>銀行</w:t>
            </w:r>
          </w:p>
          <w:p w14:paraId="1777ACC9" w14:textId="33D795E1" w:rsidR="00166305" w:rsidRPr="009C0FA9" w:rsidRDefault="00166305" w:rsidP="005F2F4F">
            <w:pPr>
              <w:spacing w:after="0" w:line="300" w:lineRule="exact"/>
              <w:jc w:val="right"/>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（加蓋金融機構印信）</w:t>
            </w:r>
          </w:p>
        </w:tc>
      </w:tr>
    </w:tbl>
    <w:p w14:paraId="7D819372" w14:textId="77777777" w:rsidR="00166305" w:rsidRPr="009C0FA9" w:rsidRDefault="00166305">
      <w:pPr>
        <w:spacing w:after="0" w:line="240" w:lineRule="auto"/>
        <w:rPr>
          <w:rFonts w:ascii="微軟正黑體" w:eastAsia="微軟正黑體" w:hAnsi="微軟正黑體"/>
          <w:b/>
          <w:sz w:val="36"/>
          <w:szCs w:val="36"/>
          <w:lang w:eastAsia="zh-TW"/>
        </w:rPr>
      </w:pPr>
      <w:r w:rsidRPr="009C0FA9">
        <w:rPr>
          <w:rFonts w:ascii="微軟正黑體" w:eastAsia="微軟正黑體" w:hAnsi="微軟正黑體"/>
          <w:b/>
          <w:sz w:val="36"/>
          <w:szCs w:val="36"/>
          <w:lang w:eastAsia="zh-TW"/>
        </w:rPr>
        <w:br w:type="page"/>
      </w:r>
    </w:p>
    <w:p w14:paraId="57F393B2" w14:textId="2BDBEF6B" w:rsidR="00166305" w:rsidRPr="00E465F5" w:rsidRDefault="00166305" w:rsidP="005F2F4F">
      <w:pPr>
        <w:tabs>
          <w:tab w:val="left" w:pos="993"/>
        </w:tabs>
        <w:spacing w:after="120" w:line="240" w:lineRule="auto"/>
        <w:rPr>
          <w:rFonts w:ascii="微軟正黑體" w:eastAsia="微軟正黑體" w:hAnsi="微軟正黑體"/>
          <w:b/>
          <w:bCs/>
          <w:sz w:val="24"/>
          <w:szCs w:val="24"/>
          <w:lang w:eastAsia="zh-TW"/>
        </w:rPr>
      </w:pPr>
      <w:bookmarkStart w:id="19" w:name="_Toc228345541"/>
      <w:r w:rsidRPr="00E465F5">
        <w:rPr>
          <w:rFonts w:ascii="微軟正黑體" w:eastAsia="微軟正黑體" w:hAnsi="微軟正黑體" w:hint="eastAsia"/>
          <w:b/>
          <w:bCs/>
          <w:sz w:val="24"/>
          <w:szCs w:val="24"/>
          <w:lang w:eastAsia="zh-TW"/>
        </w:rPr>
        <w:lastRenderedPageBreak/>
        <w:t>附件一之十六</w:t>
      </w:r>
      <w:r w:rsidRPr="00E465F5">
        <w:rPr>
          <w:rFonts w:ascii="微軟正黑體" w:eastAsia="微軟正黑體" w:hAnsi="微軟正黑體"/>
          <w:b/>
          <w:bCs/>
          <w:sz w:val="24"/>
          <w:szCs w:val="24"/>
          <w:lang w:eastAsia="zh-TW"/>
        </w:rPr>
        <w:t xml:space="preserve"> </w:t>
      </w:r>
      <w:r w:rsidRPr="00E465F5">
        <w:rPr>
          <w:rFonts w:ascii="微軟正黑體" w:eastAsia="微軟正黑體" w:hAnsi="微軟正黑體" w:hint="eastAsia"/>
          <w:b/>
          <w:bCs/>
          <w:sz w:val="24"/>
          <w:szCs w:val="24"/>
          <w:lang w:eastAsia="zh-TW"/>
        </w:rPr>
        <w:t>定期存款單質權設定申請書格式</w:t>
      </w:r>
      <w:bookmarkEnd w:id="19"/>
    </w:p>
    <w:p w14:paraId="03E7DA85" w14:textId="221C6E89"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一、貴行開發後列定期存款存單（以下簡稱存單）業由存款人（出質人）</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為債務人（申請人／最優申請人） </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lang w:eastAsia="zh-TW"/>
        </w:rPr>
        <w:t>提</w:t>
      </w:r>
      <w:r w:rsidRPr="009C0FA9">
        <w:rPr>
          <w:rFonts w:ascii="微軟正黑體" w:eastAsia="微軟正黑體" w:hAnsi="微軟正黑體" w:hint="eastAsia"/>
          <w:lang w:eastAsia="zh-TW"/>
        </w:rPr>
        <w:t>供質權人高雄市政府環境保護局作為質物，以擔保質權人對於「高雄市資源回收細分類廠有償BTO+BOT案」之</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（申請保證金/履約保證金） </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lang w:eastAsia="zh-TW"/>
        </w:rPr>
        <w:t>之質物債權，茲由存款人申請辦理質權設定登記，請貴行於註記後將該存單交付存款人提供質權人，嗣後非經質權人向貴行提出質權消滅通知，不得解除其質權之登記，請查照辦理見復為荷。</w:t>
      </w:r>
    </w:p>
    <w:p w14:paraId="70B6DAFC" w14:textId="1CABB884"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二、</w:t>
      </w:r>
      <w:r w:rsidRPr="009C0FA9">
        <w:rPr>
          <w:rFonts w:ascii="微軟正黑體" w:eastAsia="微軟正黑體" w:hAnsi="微軟正黑體"/>
          <w:lang w:eastAsia="zh-TW"/>
        </w:rPr>
        <w:t>存款人茲聲明：除依貴行規定不得中途解約提取之存單外，茲授權質權人得就本設定質權之存單隨時向貴行表示中途解約，以實行質權，並由貴行逕依質權人提出之實行質權通知書所載實行質權金額而為給付，貴行無需就該實行質權為實體上之審核，存款人絕無異議。</w:t>
      </w:r>
    </w:p>
    <w:p w14:paraId="259A6BEA" w14:textId="39A43196"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三、</w:t>
      </w:r>
      <w:r w:rsidRPr="009C0FA9">
        <w:rPr>
          <w:rFonts w:ascii="微軟正黑體" w:eastAsia="微軟正黑體" w:hAnsi="微軟正黑體"/>
          <w:lang w:eastAsia="zh-TW"/>
        </w:rPr>
        <w:t>後列存單，貴行同意於質權消滅前不對質權標的物之存款債權行</w:t>
      </w:r>
      <w:r w:rsidRPr="009C0FA9">
        <w:rPr>
          <w:rFonts w:ascii="微軟正黑體" w:eastAsia="微軟正黑體" w:hAnsi="微軟正黑體" w:hint="eastAsia"/>
          <w:lang w:eastAsia="zh-TW"/>
        </w:rPr>
        <w:t>使抵銷權。</w:t>
      </w:r>
    </w:p>
    <w:p w14:paraId="56CAB1B4" w14:textId="7AE26C3E"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四、</w:t>
      </w:r>
      <w:r w:rsidRPr="009C0FA9">
        <w:rPr>
          <w:rFonts w:ascii="微軟正黑體" w:eastAsia="微軟正黑體" w:hAnsi="微軟正黑體"/>
          <w:lang w:eastAsia="zh-TW"/>
        </w:rPr>
        <w:t>後列存單質權設定後，質權人同意存款人向貴行辦理續存。但應</w:t>
      </w:r>
      <w:r w:rsidRPr="009C0FA9">
        <w:rPr>
          <w:rFonts w:ascii="微軟正黑體" w:eastAsia="微軟正黑體" w:hAnsi="微軟正黑體" w:hint="eastAsia"/>
          <w:lang w:eastAsia="zh-TW"/>
        </w:rPr>
        <w:t>領之中間利息，非經質權人同意，出質人不得向貴行領取。</w:t>
      </w:r>
    </w:p>
    <w:p w14:paraId="5507B034" w14:textId="55333D0B" w:rsidR="00166305" w:rsidRPr="009C0FA9" w:rsidRDefault="00166305" w:rsidP="005F2F4F">
      <w:pPr>
        <w:spacing w:after="120"/>
        <w:ind w:left="425" w:firstLine="1"/>
        <w:jc w:val="both"/>
        <w:rPr>
          <w:rFonts w:ascii="微軟正黑體" w:eastAsia="微軟正黑體" w:hAnsi="微軟正黑體"/>
          <w:lang w:eastAsia="zh-TW"/>
        </w:rPr>
      </w:pPr>
      <w:r w:rsidRPr="009C0FA9">
        <w:rPr>
          <w:rFonts w:ascii="微軟正黑體" w:eastAsia="微軟正黑體" w:hAnsi="微軟正黑體" w:hint="eastAsia"/>
          <w:lang w:eastAsia="zh-TW"/>
        </w:rPr>
        <w:t xml:space="preserve">此致  </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hint="eastAsia"/>
          <w:lang w:eastAsia="zh-TW"/>
        </w:rPr>
        <w:t>銀行</w:t>
      </w:r>
    </w:p>
    <w:p w14:paraId="3E26A146" w14:textId="77777777" w:rsidR="00166305" w:rsidRPr="009C0FA9" w:rsidRDefault="00166305" w:rsidP="005F2F4F">
      <w:pPr>
        <w:spacing w:after="120"/>
        <w:ind w:left="425" w:firstLine="1"/>
        <w:jc w:val="both"/>
        <w:rPr>
          <w:rFonts w:ascii="微軟正黑體" w:eastAsia="微軟正黑體" w:hAnsi="微軟正黑體"/>
          <w:lang w:eastAsia="zh-TW"/>
        </w:rPr>
      </w:pPr>
    </w:p>
    <w:p w14:paraId="1AA9F15C" w14:textId="06A7BE5B" w:rsidR="00166305" w:rsidRPr="009C0FA9" w:rsidRDefault="00166305" w:rsidP="005F2F4F">
      <w:pPr>
        <w:spacing w:after="120"/>
        <w:ind w:left="425" w:firstLine="1"/>
        <w:jc w:val="both"/>
        <w:rPr>
          <w:rFonts w:ascii="微軟正黑體" w:eastAsia="微軟正黑體" w:hAnsi="微軟正黑體"/>
          <w:lang w:eastAsia="zh-TW"/>
        </w:rPr>
      </w:pPr>
      <w:r w:rsidRPr="009C0FA9">
        <w:rPr>
          <w:rFonts w:ascii="微軟正黑體" w:eastAsia="微軟正黑體" w:hAnsi="微軟正黑體"/>
          <w:lang w:eastAsia="zh-TW"/>
        </w:rPr>
        <w:t>存款人（出質人）：                                (請加蓋原留存單印鑑)</w:t>
      </w:r>
    </w:p>
    <w:p w14:paraId="049D12BE" w14:textId="59CC94AF" w:rsidR="00166305" w:rsidRPr="009C0FA9" w:rsidRDefault="00166305" w:rsidP="005F2F4F">
      <w:pPr>
        <w:spacing w:after="120"/>
        <w:ind w:left="425" w:firstLine="1"/>
        <w:jc w:val="both"/>
        <w:rPr>
          <w:rFonts w:ascii="微軟正黑體" w:eastAsia="微軟正黑體" w:hAnsi="微軟正黑體"/>
          <w:lang w:eastAsia="zh-TW"/>
        </w:rPr>
      </w:pPr>
      <w:r w:rsidRPr="009C0FA9">
        <w:rPr>
          <w:rFonts w:ascii="微軟正黑體" w:eastAsia="微軟正黑體" w:hAnsi="微軟正黑體" w:hint="eastAsia"/>
          <w:lang w:eastAsia="zh-TW"/>
        </w:rPr>
        <w:t>地址：</w:t>
      </w:r>
    </w:p>
    <w:p w14:paraId="18E4BEF8" w14:textId="2D2E36C5" w:rsidR="00166305" w:rsidRPr="009C0FA9" w:rsidRDefault="00166305" w:rsidP="005F2F4F">
      <w:pPr>
        <w:spacing w:after="120"/>
        <w:ind w:left="425" w:firstLine="1"/>
        <w:jc w:val="both"/>
        <w:rPr>
          <w:rFonts w:ascii="微軟正黑體" w:eastAsia="微軟正黑體" w:hAnsi="微軟正黑體"/>
          <w:lang w:eastAsia="zh-TW"/>
        </w:rPr>
      </w:pPr>
      <w:r w:rsidRPr="009C0FA9">
        <w:rPr>
          <w:rFonts w:ascii="微軟正黑體" w:eastAsia="微軟正黑體" w:hAnsi="微軟正黑體" w:hint="eastAsia"/>
          <w:lang w:eastAsia="zh-TW"/>
        </w:rPr>
        <w:t>債務人（申請人／最優申請人）：</w:t>
      </w:r>
    </w:p>
    <w:p w14:paraId="1A7EEF90" w14:textId="29BF7E24" w:rsidR="00166305" w:rsidRPr="009C0FA9" w:rsidRDefault="00166305" w:rsidP="005F2F4F">
      <w:pPr>
        <w:spacing w:after="120"/>
        <w:ind w:left="425" w:firstLine="1"/>
        <w:jc w:val="both"/>
        <w:rPr>
          <w:rFonts w:ascii="微軟正黑體" w:eastAsia="微軟正黑體" w:hAnsi="微軟正黑體"/>
          <w:lang w:eastAsia="zh-TW"/>
        </w:rPr>
      </w:pPr>
      <w:r w:rsidRPr="009C0FA9">
        <w:rPr>
          <w:rFonts w:ascii="微軟正黑體" w:eastAsia="微軟正黑體" w:hAnsi="微軟正黑體" w:hint="eastAsia"/>
          <w:lang w:eastAsia="zh-TW"/>
        </w:rPr>
        <w:t>地址：</w:t>
      </w:r>
    </w:p>
    <w:p w14:paraId="12B91506" w14:textId="5BD759DB" w:rsidR="00166305" w:rsidRPr="009C0FA9" w:rsidRDefault="00166305" w:rsidP="005F2F4F">
      <w:pPr>
        <w:spacing w:after="120"/>
        <w:ind w:left="425" w:firstLine="1"/>
        <w:jc w:val="both"/>
        <w:rPr>
          <w:rFonts w:ascii="微軟正黑體" w:eastAsia="微軟正黑體" w:hAnsi="微軟正黑體"/>
          <w:lang w:eastAsia="zh-TW"/>
        </w:rPr>
      </w:pPr>
      <w:r w:rsidRPr="009C0FA9">
        <w:rPr>
          <w:rFonts w:ascii="微軟正黑體" w:eastAsia="微軟正黑體" w:hAnsi="微軟正黑體"/>
          <w:lang w:eastAsia="zh-TW"/>
        </w:rPr>
        <w:t>質權人（</w:t>
      </w:r>
      <w:r>
        <w:rPr>
          <w:rFonts w:ascii="微軟正黑體" w:eastAsia="微軟正黑體" w:hAnsi="微軟正黑體" w:hint="eastAsia"/>
          <w:lang w:eastAsia="zh-TW"/>
        </w:rPr>
        <w:t>被授權</w:t>
      </w:r>
      <w:r w:rsidRPr="009C0FA9">
        <w:rPr>
          <w:rFonts w:ascii="微軟正黑體" w:eastAsia="微軟正黑體" w:hAnsi="微軟正黑體"/>
          <w:lang w:eastAsia="zh-TW"/>
        </w:rPr>
        <w:t>機關）：                                  (請加蓋印鑑)</w:t>
      </w:r>
    </w:p>
    <w:p w14:paraId="61683303" w14:textId="0E287129" w:rsidR="00166305" w:rsidRPr="009C0FA9" w:rsidRDefault="00166305" w:rsidP="005F2F4F">
      <w:pPr>
        <w:spacing w:after="120"/>
        <w:ind w:left="425" w:firstLine="1"/>
        <w:jc w:val="both"/>
        <w:rPr>
          <w:rFonts w:ascii="微軟正黑體" w:eastAsia="微軟正黑體" w:hAnsi="微軟正黑體"/>
        </w:rPr>
      </w:pPr>
      <w:r w:rsidRPr="009C0FA9">
        <w:rPr>
          <w:rFonts w:ascii="微軟正黑體" w:eastAsia="微軟正黑體" w:hAnsi="微軟正黑體" w:hint="eastAsia"/>
        </w:rPr>
        <w:t>地址：</w:t>
      </w:r>
    </w:p>
    <w:p w14:paraId="591D7334" w14:textId="00158E1D" w:rsidR="00166305" w:rsidRPr="009C0FA9" w:rsidRDefault="00166305" w:rsidP="005F2F4F">
      <w:pPr>
        <w:spacing w:after="120"/>
        <w:jc w:val="both"/>
        <w:rPr>
          <w:rFonts w:ascii="微軟正黑體" w:eastAsia="微軟正黑體" w:hAnsi="微軟正黑體"/>
        </w:rPr>
      </w:pPr>
      <w:r w:rsidRPr="009C0FA9">
        <w:rPr>
          <w:rFonts w:ascii="微軟正黑體" w:eastAsia="微軟正黑體" w:hAnsi="微軟正黑體" w:hint="eastAsia"/>
        </w:rPr>
        <w:t>質物明細表</w:t>
      </w:r>
    </w:p>
    <w:tbl>
      <w:tblPr>
        <w:tblW w:w="0" w:type="auto"/>
        <w:tblInd w:w="-5" w:type="dxa"/>
        <w:tblLook w:val="04A0" w:firstRow="1" w:lastRow="0" w:firstColumn="1" w:lastColumn="0" w:noHBand="0" w:noVBand="1"/>
      </w:tblPr>
      <w:tblGrid>
        <w:gridCol w:w="1276"/>
        <w:gridCol w:w="2126"/>
        <w:gridCol w:w="1276"/>
        <w:gridCol w:w="709"/>
        <w:gridCol w:w="2410"/>
        <w:gridCol w:w="838"/>
      </w:tblGrid>
      <w:tr w:rsidR="005F2F4F" w:rsidRPr="009C0FA9" w14:paraId="033F87FB" w14:textId="77777777" w:rsidTr="005F2F4F">
        <w:tc>
          <w:tcPr>
            <w:tcW w:w="1276" w:type="dxa"/>
            <w:shd w:val="clear" w:color="auto" w:fill="F2F2F2" w:themeFill="background1" w:themeFillShade="F2"/>
            <w:vAlign w:val="center"/>
          </w:tcPr>
          <w:p w14:paraId="3E71609F" w14:textId="02397419" w:rsidR="00166305" w:rsidRPr="009C0FA9" w:rsidRDefault="00166305" w:rsidP="005F2F4F">
            <w:pPr>
              <w:spacing w:after="0" w:line="240" w:lineRule="auto"/>
              <w:jc w:val="center"/>
              <w:rPr>
                <w:rFonts w:ascii="微軟正黑體" w:eastAsia="微軟正黑體" w:hAnsi="微軟正黑體"/>
                <w:b/>
              </w:rPr>
            </w:pPr>
            <w:r w:rsidRPr="009C0FA9">
              <w:rPr>
                <w:rFonts w:ascii="微軟正黑體" w:eastAsia="微軟正黑體" w:hAnsi="微軟正黑體" w:hint="eastAsia"/>
                <w:b/>
              </w:rPr>
              <w:t>存單種類</w:t>
            </w:r>
          </w:p>
        </w:tc>
        <w:tc>
          <w:tcPr>
            <w:tcW w:w="2126" w:type="dxa"/>
            <w:shd w:val="clear" w:color="auto" w:fill="F2F2F2" w:themeFill="background1" w:themeFillShade="F2"/>
            <w:vAlign w:val="center"/>
          </w:tcPr>
          <w:p w14:paraId="1E947FAB" w14:textId="78F1D6F2" w:rsidR="00166305" w:rsidRPr="009C0FA9" w:rsidRDefault="00166305" w:rsidP="005F2F4F">
            <w:pPr>
              <w:spacing w:after="0" w:line="240" w:lineRule="auto"/>
              <w:jc w:val="center"/>
              <w:rPr>
                <w:rFonts w:ascii="微軟正黑體" w:eastAsia="微軟正黑體" w:hAnsi="微軟正黑體"/>
                <w:b/>
              </w:rPr>
            </w:pPr>
            <w:r w:rsidRPr="009C0FA9">
              <w:rPr>
                <w:rFonts w:ascii="微軟正黑體" w:eastAsia="微軟正黑體" w:hAnsi="微軟正黑體" w:hint="eastAsia"/>
                <w:b/>
              </w:rPr>
              <w:t>帳號或存單號碼</w:t>
            </w:r>
          </w:p>
        </w:tc>
        <w:tc>
          <w:tcPr>
            <w:tcW w:w="1276" w:type="dxa"/>
            <w:shd w:val="clear" w:color="auto" w:fill="F2F2F2" w:themeFill="background1" w:themeFillShade="F2"/>
            <w:vAlign w:val="center"/>
          </w:tcPr>
          <w:p w14:paraId="41F276AC" w14:textId="20081334" w:rsidR="00166305" w:rsidRPr="009C0FA9" w:rsidRDefault="00166305" w:rsidP="005F2F4F">
            <w:pPr>
              <w:spacing w:after="0" w:line="240" w:lineRule="auto"/>
              <w:jc w:val="center"/>
              <w:rPr>
                <w:rFonts w:ascii="微軟正黑體" w:eastAsia="微軟正黑體" w:hAnsi="微軟正黑體"/>
                <w:b/>
              </w:rPr>
            </w:pPr>
            <w:r w:rsidRPr="009C0FA9">
              <w:rPr>
                <w:rFonts w:ascii="微軟正黑體" w:eastAsia="微軟正黑體" w:hAnsi="微軟正黑體" w:hint="eastAsia"/>
                <w:b/>
              </w:rPr>
              <w:t>起訖日期</w:t>
            </w:r>
          </w:p>
        </w:tc>
        <w:tc>
          <w:tcPr>
            <w:tcW w:w="709" w:type="dxa"/>
            <w:shd w:val="clear" w:color="auto" w:fill="F2F2F2" w:themeFill="background1" w:themeFillShade="F2"/>
            <w:vAlign w:val="center"/>
          </w:tcPr>
          <w:p w14:paraId="0DBF7D21" w14:textId="26FD15EF" w:rsidR="00166305" w:rsidRPr="009C0FA9" w:rsidRDefault="00166305" w:rsidP="005F2F4F">
            <w:pPr>
              <w:spacing w:after="0" w:line="240" w:lineRule="auto"/>
              <w:jc w:val="center"/>
              <w:rPr>
                <w:rFonts w:ascii="微軟正黑體" w:eastAsia="微軟正黑體" w:hAnsi="微軟正黑體"/>
                <w:b/>
              </w:rPr>
            </w:pPr>
            <w:r w:rsidRPr="009C0FA9">
              <w:rPr>
                <w:rFonts w:ascii="微軟正黑體" w:eastAsia="微軟正黑體" w:hAnsi="微軟正黑體" w:hint="eastAsia"/>
                <w:b/>
              </w:rPr>
              <w:t>利率</w:t>
            </w:r>
          </w:p>
        </w:tc>
        <w:tc>
          <w:tcPr>
            <w:tcW w:w="2410" w:type="dxa"/>
            <w:shd w:val="clear" w:color="auto" w:fill="F2F2F2" w:themeFill="background1" w:themeFillShade="F2"/>
            <w:vAlign w:val="center"/>
          </w:tcPr>
          <w:p w14:paraId="063009E6" w14:textId="29BEA13B" w:rsidR="00166305" w:rsidRPr="009C0FA9" w:rsidRDefault="00166305" w:rsidP="005F2F4F">
            <w:pPr>
              <w:spacing w:after="0" w:line="240" w:lineRule="auto"/>
              <w:jc w:val="center"/>
              <w:rPr>
                <w:rFonts w:ascii="微軟正黑體" w:eastAsia="微軟正黑體" w:hAnsi="微軟正黑體"/>
                <w:b/>
              </w:rPr>
            </w:pPr>
            <w:r w:rsidRPr="009C0FA9">
              <w:rPr>
                <w:rFonts w:ascii="微軟正黑體" w:eastAsia="微軟正黑體" w:hAnsi="微軟正黑體" w:hint="eastAsia"/>
                <w:b/>
              </w:rPr>
              <w:t>存單本金金額(大寫)</w:t>
            </w:r>
          </w:p>
        </w:tc>
        <w:tc>
          <w:tcPr>
            <w:tcW w:w="838" w:type="dxa"/>
            <w:shd w:val="clear" w:color="auto" w:fill="F2F2F2" w:themeFill="background1" w:themeFillShade="F2"/>
            <w:vAlign w:val="center"/>
          </w:tcPr>
          <w:p w14:paraId="7BF864CA" w14:textId="5A55F429" w:rsidR="00166305" w:rsidRPr="009C0FA9" w:rsidRDefault="00166305" w:rsidP="005F2F4F">
            <w:pPr>
              <w:spacing w:after="0" w:line="240" w:lineRule="auto"/>
              <w:jc w:val="center"/>
              <w:rPr>
                <w:rFonts w:ascii="微軟正黑體" w:eastAsia="微軟正黑體" w:hAnsi="微軟正黑體"/>
                <w:b/>
              </w:rPr>
            </w:pPr>
            <w:r w:rsidRPr="009C0FA9">
              <w:rPr>
                <w:rFonts w:ascii="微軟正黑體" w:eastAsia="微軟正黑體" w:hAnsi="微軟正黑體" w:hint="eastAsia"/>
                <w:b/>
              </w:rPr>
              <w:t>備註</w:t>
            </w:r>
          </w:p>
        </w:tc>
      </w:tr>
      <w:tr w:rsidR="005F2F4F" w:rsidRPr="009C0FA9" w14:paraId="1B0B9A11" w14:textId="77777777" w:rsidTr="005F2F4F">
        <w:tc>
          <w:tcPr>
            <w:tcW w:w="1276" w:type="dxa"/>
          </w:tcPr>
          <w:p w14:paraId="37505F8E" w14:textId="77777777" w:rsidR="00166305" w:rsidRPr="009C0FA9" w:rsidRDefault="00166305" w:rsidP="005F2F4F">
            <w:pPr>
              <w:spacing w:after="0" w:line="240" w:lineRule="auto"/>
              <w:jc w:val="both"/>
              <w:rPr>
                <w:rFonts w:ascii="微軟正黑體" w:eastAsia="微軟正黑體" w:hAnsi="微軟正黑體"/>
              </w:rPr>
            </w:pPr>
          </w:p>
        </w:tc>
        <w:tc>
          <w:tcPr>
            <w:tcW w:w="2126" w:type="dxa"/>
          </w:tcPr>
          <w:p w14:paraId="216EAD59" w14:textId="77777777" w:rsidR="00166305" w:rsidRPr="009C0FA9" w:rsidRDefault="00166305" w:rsidP="005F2F4F">
            <w:pPr>
              <w:spacing w:after="0" w:line="240" w:lineRule="auto"/>
              <w:jc w:val="both"/>
              <w:rPr>
                <w:rFonts w:ascii="微軟正黑體" w:eastAsia="微軟正黑體" w:hAnsi="微軟正黑體"/>
              </w:rPr>
            </w:pPr>
          </w:p>
        </w:tc>
        <w:tc>
          <w:tcPr>
            <w:tcW w:w="1276" w:type="dxa"/>
          </w:tcPr>
          <w:p w14:paraId="2DFCE2E2" w14:textId="77777777" w:rsidR="00166305" w:rsidRPr="009C0FA9" w:rsidRDefault="00166305" w:rsidP="005F2F4F">
            <w:pPr>
              <w:spacing w:after="0" w:line="240" w:lineRule="auto"/>
              <w:jc w:val="both"/>
              <w:rPr>
                <w:rFonts w:ascii="微軟正黑體" w:eastAsia="微軟正黑體" w:hAnsi="微軟正黑體"/>
              </w:rPr>
            </w:pPr>
          </w:p>
        </w:tc>
        <w:tc>
          <w:tcPr>
            <w:tcW w:w="709" w:type="dxa"/>
          </w:tcPr>
          <w:p w14:paraId="5998D0BE" w14:textId="77777777" w:rsidR="00166305" w:rsidRPr="009C0FA9" w:rsidRDefault="00166305" w:rsidP="005F2F4F">
            <w:pPr>
              <w:spacing w:after="0" w:line="240" w:lineRule="auto"/>
              <w:jc w:val="both"/>
              <w:rPr>
                <w:rFonts w:ascii="微軟正黑體" w:eastAsia="微軟正黑體" w:hAnsi="微軟正黑體"/>
              </w:rPr>
            </w:pPr>
          </w:p>
        </w:tc>
        <w:tc>
          <w:tcPr>
            <w:tcW w:w="2410" w:type="dxa"/>
          </w:tcPr>
          <w:p w14:paraId="568CDE4A" w14:textId="36B16F1A" w:rsidR="00166305" w:rsidRPr="009C0FA9" w:rsidRDefault="00166305" w:rsidP="005F2F4F">
            <w:pPr>
              <w:spacing w:after="0" w:line="240" w:lineRule="auto"/>
              <w:jc w:val="both"/>
              <w:rPr>
                <w:rFonts w:ascii="微軟正黑體" w:eastAsia="微軟正黑體" w:hAnsi="微軟正黑體"/>
              </w:rPr>
            </w:pPr>
            <w:r w:rsidRPr="009C0FA9">
              <w:rPr>
                <w:rFonts w:ascii="微軟正黑體" w:eastAsia="微軟正黑體" w:hAnsi="微軟正黑體" w:hint="eastAsia"/>
              </w:rPr>
              <w:t>新臺幣</w:t>
            </w:r>
          </w:p>
        </w:tc>
        <w:tc>
          <w:tcPr>
            <w:tcW w:w="838" w:type="dxa"/>
          </w:tcPr>
          <w:p w14:paraId="7538B1D8" w14:textId="77777777" w:rsidR="00166305" w:rsidRPr="009C0FA9" w:rsidRDefault="00166305" w:rsidP="005F2F4F">
            <w:pPr>
              <w:spacing w:after="0" w:line="240" w:lineRule="auto"/>
              <w:jc w:val="both"/>
              <w:rPr>
                <w:rFonts w:ascii="微軟正黑體" w:eastAsia="微軟正黑體" w:hAnsi="微軟正黑體"/>
              </w:rPr>
            </w:pPr>
          </w:p>
        </w:tc>
      </w:tr>
      <w:tr w:rsidR="005F2F4F" w:rsidRPr="009C0FA9" w14:paraId="29EE11E2" w14:textId="77777777" w:rsidTr="005F2F4F">
        <w:tc>
          <w:tcPr>
            <w:tcW w:w="1276" w:type="dxa"/>
          </w:tcPr>
          <w:p w14:paraId="2722358D" w14:textId="77777777" w:rsidR="00166305" w:rsidRPr="009C0FA9" w:rsidRDefault="00166305" w:rsidP="005F2F4F">
            <w:pPr>
              <w:spacing w:after="0" w:line="240" w:lineRule="auto"/>
              <w:jc w:val="both"/>
              <w:rPr>
                <w:rFonts w:ascii="微軟正黑體" w:eastAsia="微軟正黑體" w:hAnsi="微軟正黑體"/>
              </w:rPr>
            </w:pPr>
          </w:p>
        </w:tc>
        <w:tc>
          <w:tcPr>
            <w:tcW w:w="2126" w:type="dxa"/>
          </w:tcPr>
          <w:p w14:paraId="666D1E9D" w14:textId="77777777" w:rsidR="00166305" w:rsidRPr="009C0FA9" w:rsidRDefault="00166305" w:rsidP="005F2F4F">
            <w:pPr>
              <w:spacing w:after="0" w:line="240" w:lineRule="auto"/>
              <w:jc w:val="both"/>
              <w:rPr>
                <w:rFonts w:ascii="微軟正黑體" w:eastAsia="微軟正黑體" w:hAnsi="微軟正黑體"/>
              </w:rPr>
            </w:pPr>
          </w:p>
        </w:tc>
        <w:tc>
          <w:tcPr>
            <w:tcW w:w="1276" w:type="dxa"/>
          </w:tcPr>
          <w:p w14:paraId="033C5650" w14:textId="77777777" w:rsidR="00166305" w:rsidRPr="009C0FA9" w:rsidRDefault="00166305" w:rsidP="005F2F4F">
            <w:pPr>
              <w:spacing w:after="0" w:line="240" w:lineRule="auto"/>
              <w:jc w:val="both"/>
              <w:rPr>
                <w:rFonts w:ascii="微軟正黑體" w:eastAsia="微軟正黑體" w:hAnsi="微軟正黑體"/>
              </w:rPr>
            </w:pPr>
          </w:p>
        </w:tc>
        <w:tc>
          <w:tcPr>
            <w:tcW w:w="709" w:type="dxa"/>
          </w:tcPr>
          <w:p w14:paraId="3CC7F668" w14:textId="77777777" w:rsidR="00166305" w:rsidRPr="009C0FA9" w:rsidRDefault="00166305" w:rsidP="005F2F4F">
            <w:pPr>
              <w:spacing w:after="0" w:line="240" w:lineRule="auto"/>
              <w:jc w:val="both"/>
              <w:rPr>
                <w:rFonts w:ascii="微軟正黑體" w:eastAsia="微軟正黑體" w:hAnsi="微軟正黑體"/>
              </w:rPr>
            </w:pPr>
          </w:p>
        </w:tc>
        <w:tc>
          <w:tcPr>
            <w:tcW w:w="2410" w:type="dxa"/>
          </w:tcPr>
          <w:p w14:paraId="5E44C83A" w14:textId="77F202FB" w:rsidR="00166305" w:rsidRPr="009C0FA9" w:rsidRDefault="00166305" w:rsidP="005F2F4F">
            <w:pPr>
              <w:spacing w:after="0" w:line="240" w:lineRule="auto"/>
              <w:jc w:val="both"/>
              <w:rPr>
                <w:rFonts w:ascii="微軟正黑體" w:eastAsia="微軟正黑體" w:hAnsi="微軟正黑體"/>
              </w:rPr>
            </w:pPr>
            <w:r w:rsidRPr="009C0FA9">
              <w:rPr>
                <w:rFonts w:ascii="微軟正黑體" w:eastAsia="微軟正黑體" w:hAnsi="微軟正黑體" w:hint="eastAsia"/>
              </w:rPr>
              <w:t>新臺幣</w:t>
            </w:r>
          </w:p>
        </w:tc>
        <w:tc>
          <w:tcPr>
            <w:tcW w:w="838" w:type="dxa"/>
          </w:tcPr>
          <w:p w14:paraId="0FC23EC0" w14:textId="77777777" w:rsidR="00166305" w:rsidRPr="009C0FA9" w:rsidRDefault="00166305" w:rsidP="005F2F4F">
            <w:pPr>
              <w:spacing w:after="0" w:line="240" w:lineRule="auto"/>
              <w:jc w:val="both"/>
              <w:rPr>
                <w:rFonts w:ascii="微軟正黑體" w:eastAsia="微軟正黑體" w:hAnsi="微軟正黑體"/>
              </w:rPr>
            </w:pPr>
          </w:p>
        </w:tc>
      </w:tr>
      <w:tr w:rsidR="005F2F4F" w:rsidRPr="009C0FA9" w14:paraId="25783505" w14:textId="77777777" w:rsidTr="005F2F4F">
        <w:tc>
          <w:tcPr>
            <w:tcW w:w="1276" w:type="dxa"/>
          </w:tcPr>
          <w:p w14:paraId="2D30E58B" w14:textId="77777777" w:rsidR="00166305" w:rsidRPr="009C0FA9" w:rsidRDefault="00166305" w:rsidP="005F2F4F">
            <w:pPr>
              <w:spacing w:after="0" w:line="240" w:lineRule="auto"/>
              <w:jc w:val="both"/>
              <w:rPr>
                <w:rFonts w:ascii="微軟正黑體" w:eastAsia="微軟正黑體" w:hAnsi="微軟正黑體"/>
              </w:rPr>
            </w:pPr>
          </w:p>
        </w:tc>
        <w:tc>
          <w:tcPr>
            <w:tcW w:w="2126" w:type="dxa"/>
          </w:tcPr>
          <w:p w14:paraId="47E2C230" w14:textId="77777777" w:rsidR="00166305" w:rsidRPr="009C0FA9" w:rsidRDefault="00166305" w:rsidP="005F2F4F">
            <w:pPr>
              <w:spacing w:after="0" w:line="240" w:lineRule="auto"/>
              <w:jc w:val="both"/>
              <w:rPr>
                <w:rFonts w:ascii="微軟正黑體" w:eastAsia="微軟正黑體" w:hAnsi="微軟正黑體"/>
              </w:rPr>
            </w:pPr>
          </w:p>
        </w:tc>
        <w:tc>
          <w:tcPr>
            <w:tcW w:w="1276" w:type="dxa"/>
          </w:tcPr>
          <w:p w14:paraId="61408A38" w14:textId="77777777" w:rsidR="00166305" w:rsidRPr="009C0FA9" w:rsidRDefault="00166305" w:rsidP="005F2F4F">
            <w:pPr>
              <w:spacing w:after="0" w:line="240" w:lineRule="auto"/>
              <w:jc w:val="both"/>
              <w:rPr>
                <w:rFonts w:ascii="微軟正黑體" w:eastAsia="微軟正黑體" w:hAnsi="微軟正黑體"/>
              </w:rPr>
            </w:pPr>
          </w:p>
        </w:tc>
        <w:tc>
          <w:tcPr>
            <w:tcW w:w="709" w:type="dxa"/>
          </w:tcPr>
          <w:p w14:paraId="04037DEF" w14:textId="77777777" w:rsidR="00166305" w:rsidRPr="009C0FA9" w:rsidRDefault="00166305" w:rsidP="005F2F4F">
            <w:pPr>
              <w:spacing w:after="0" w:line="240" w:lineRule="auto"/>
              <w:jc w:val="both"/>
              <w:rPr>
                <w:rFonts w:ascii="微軟正黑體" w:eastAsia="微軟正黑體" w:hAnsi="微軟正黑體"/>
              </w:rPr>
            </w:pPr>
          </w:p>
        </w:tc>
        <w:tc>
          <w:tcPr>
            <w:tcW w:w="2410" w:type="dxa"/>
          </w:tcPr>
          <w:p w14:paraId="1502E968" w14:textId="7D7E2E64" w:rsidR="00166305" w:rsidRPr="009C0FA9" w:rsidRDefault="00166305" w:rsidP="005F2F4F">
            <w:pPr>
              <w:spacing w:after="0" w:line="240" w:lineRule="auto"/>
              <w:jc w:val="both"/>
              <w:rPr>
                <w:rFonts w:ascii="微軟正黑體" w:eastAsia="微軟正黑體" w:hAnsi="微軟正黑體"/>
              </w:rPr>
            </w:pPr>
            <w:r w:rsidRPr="009C0FA9">
              <w:rPr>
                <w:rFonts w:ascii="微軟正黑體" w:eastAsia="微軟正黑體" w:hAnsi="微軟正黑體" w:hint="eastAsia"/>
              </w:rPr>
              <w:t>新臺幣</w:t>
            </w:r>
          </w:p>
        </w:tc>
        <w:tc>
          <w:tcPr>
            <w:tcW w:w="838" w:type="dxa"/>
          </w:tcPr>
          <w:p w14:paraId="2BC0FB5F" w14:textId="77777777" w:rsidR="00166305" w:rsidRPr="009C0FA9" w:rsidRDefault="00166305" w:rsidP="005F2F4F">
            <w:pPr>
              <w:spacing w:after="0" w:line="240" w:lineRule="auto"/>
              <w:jc w:val="both"/>
              <w:rPr>
                <w:rFonts w:ascii="微軟正黑體" w:eastAsia="微軟正黑體" w:hAnsi="微軟正黑體"/>
              </w:rPr>
            </w:pPr>
          </w:p>
        </w:tc>
      </w:tr>
    </w:tbl>
    <w:p w14:paraId="36ECE9DC" w14:textId="77777777" w:rsidR="00166305" w:rsidRPr="009C0FA9" w:rsidRDefault="00166305" w:rsidP="005F2F4F">
      <w:pPr>
        <w:spacing w:after="120" w:line="240" w:lineRule="auto"/>
        <w:ind w:left="389" w:hangingChars="177" w:hanging="389"/>
        <w:jc w:val="both"/>
        <w:rPr>
          <w:rFonts w:ascii="微軟正黑體" w:eastAsia="微軟正黑體" w:hAnsi="微軟正黑體"/>
        </w:rPr>
      </w:pPr>
    </w:p>
    <w:p w14:paraId="00FEE45E" w14:textId="4EDFA194" w:rsidR="00166305" w:rsidRPr="009C0FA9" w:rsidRDefault="00166305" w:rsidP="005F2F4F">
      <w:pPr>
        <w:spacing w:after="120" w:line="240" w:lineRule="auto"/>
        <w:ind w:left="216" w:hangingChars="60" w:hanging="216"/>
        <w:jc w:val="distribute"/>
        <w:rPr>
          <w:rFonts w:ascii="微軟正黑體" w:eastAsia="微軟正黑體" w:hAnsi="微軟正黑體"/>
          <w:sz w:val="36"/>
          <w:szCs w:val="36"/>
        </w:rPr>
      </w:pPr>
      <w:r w:rsidRPr="009C0FA9">
        <w:rPr>
          <w:rFonts w:ascii="微軟正黑體" w:eastAsia="微軟正黑體" w:hAnsi="微軟正黑體" w:hint="eastAsia"/>
          <w:sz w:val="36"/>
          <w:szCs w:val="36"/>
        </w:rPr>
        <w:t>中華民國       年       月       日</w:t>
      </w:r>
    </w:p>
    <w:p w14:paraId="3E3B5DB4" w14:textId="77777777" w:rsidR="00166305" w:rsidRPr="009C0FA9" w:rsidRDefault="00166305">
      <w:pPr>
        <w:spacing w:after="0" w:line="240" w:lineRule="auto"/>
        <w:rPr>
          <w:rFonts w:ascii="微軟正黑體" w:eastAsia="微軟正黑體" w:hAnsi="微軟正黑體" w:cstheme="majorBidi"/>
          <w:b/>
        </w:rPr>
      </w:pPr>
      <w:r w:rsidRPr="009C0FA9">
        <w:rPr>
          <w:rFonts w:ascii="微軟正黑體" w:eastAsia="微軟正黑體" w:hAnsi="微軟正黑體"/>
        </w:rPr>
        <w:br w:type="page"/>
      </w:r>
    </w:p>
    <w:p w14:paraId="30F7F2D7" w14:textId="6F03D2EE" w:rsidR="00166305" w:rsidRPr="00E465F5" w:rsidRDefault="00166305" w:rsidP="005F2F4F">
      <w:pPr>
        <w:tabs>
          <w:tab w:val="left" w:pos="993"/>
        </w:tabs>
        <w:spacing w:after="120" w:line="240" w:lineRule="auto"/>
        <w:rPr>
          <w:rFonts w:ascii="微軟正黑體" w:eastAsia="微軟正黑體" w:hAnsi="微軟正黑體"/>
          <w:b/>
          <w:bCs/>
          <w:sz w:val="24"/>
          <w:szCs w:val="24"/>
          <w:lang w:eastAsia="zh-TW"/>
        </w:rPr>
      </w:pPr>
      <w:bookmarkStart w:id="20" w:name="_Toc228345542"/>
      <w:r w:rsidRPr="00E465F5">
        <w:rPr>
          <w:rFonts w:ascii="微軟正黑體" w:eastAsia="微軟正黑體" w:hAnsi="微軟正黑體" w:hint="eastAsia"/>
          <w:b/>
          <w:bCs/>
          <w:sz w:val="24"/>
          <w:szCs w:val="24"/>
          <w:lang w:eastAsia="zh-TW"/>
        </w:rPr>
        <w:lastRenderedPageBreak/>
        <w:t>附件一之十七</w:t>
      </w:r>
      <w:r w:rsidRPr="00E465F5">
        <w:rPr>
          <w:rFonts w:ascii="微軟正黑體" w:eastAsia="微軟正黑體" w:hAnsi="微軟正黑體"/>
          <w:b/>
          <w:bCs/>
          <w:sz w:val="24"/>
          <w:szCs w:val="24"/>
          <w:lang w:eastAsia="zh-TW"/>
        </w:rPr>
        <w:t xml:space="preserve"> </w:t>
      </w:r>
      <w:r w:rsidRPr="00E465F5">
        <w:rPr>
          <w:rFonts w:ascii="微軟正黑體" w:eastAsia="微軟正黑體" w:hAnsi="微軟正黑體" w:hint="eastAsia"/>
          <w:b/>
          <w:bCs/>
          <w:sz w:val="24"/>
          <w:szCs w:val="24"/>
          <w:lang w:eastAsia="zh-TW"/>
        </w:rPr>
        <w:t>定期存款單質權設定覆函格式</w:t>
      </w:r>
      <w:bookmarkEnd w:id="20"/>
    </w:p>
    <w:p w14:paraId="35319558" w14:textId="65767ABC"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一、中華民國</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lang w:eastAsia="zh-TW"/>
        </w:rPr>
        <w:t>年</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lang w:eastAsia="zh-TW"/>
        </w:rPr>
        <w:t>月</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lang w:eastAsia="zh-TW"/>
        </w:rPr>
        <w:t>日定期存款單（以下簡稱存單）質權設定申請書敬悉。</w:t>
      </w:r>
    </w:p>
    <w:p w14:paraId="57F21AE2" w14:textId="409A9FB5"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二、後列存單係以擔保質權人對於「高雄市資源回收細分類廠有償BTO+BOT案」之</w:t>
      </w:r>
      <w:r w:rsidRPr="009C0FA9">
        <w:rPr>
          <w:rFonts w:ascii="微軟正黑體" w:eastAsia="微軟正黑體" w:hAnsi="微軟正黑體" w:hint="eastAsia"/>
          <w:u w:val="single"/>
          <w:lang w:eastAsia="zh-TW"/>
        </w:rPr>
        <w:t>（申請保證金</w:t>
      </w:r>
      <w:r w:rsidRPr="009C0FA9">
        <w:rPr>
          <w:rFonts w:ascii="微軟正黑體" w:eastAsia="微軟正黑體" w:hAnsi="微軟正黑體"/>
          <w:u w:val="single"/>
          <w:lang w:eastAsia="zh-TW"/>
        </w:rPr>
        <w:t>/</w:t>
      </w:r>
      <w:r w:rsidRPr="009C0FA9">
        <w:rPr>
          <w:rFonts w:ascii="微軟正黑體" w:eastAsia="微軟正黑體" w:hAnsi="微軟正黑體" w:hint="eastAsia"/>
          <w:u w:val="single"/>
          <w:lang w:eastAsia="zh-TW"/>
        </w:rPr>
        <w:t>履約保證金）</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lang w:eastAsia="zh-TW"/>
        </w:rPr>
        <w:t>之質物債權。</w:t>
      </w:r>
    </w:p>
    <w:p w14:paraId="1BFD6451" w14:textId="0F3967B3"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三、本行已將後列質物明細表所載存單辦妥質權登記（登記號碼：</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lang w:eastAsia="zh-TW"/>
        </w:rPr>
        <w:t>年</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lang w:eastAsia="zh-TW"/>
        </w:rPr>
        <w:t>月</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hint="eastAsia"/>
          <w:lang w:eastAsia="zh-TW"/>
        </w:rPr>
        <w:t>日</w:t>
      </w:r>
      <w:r w:rsidRPr="009C0FA9">
        <w:rPr>
          <w:rFonts w:ascii="微軟正黑體" w:eastAsia="微軟正黑體" w:hAnsi="微軟正黑體"/>
          <w:lang w:eastAsia="zh-TW"/>
        </w:rPr>
        <w:br/>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lang w:eastAsia="zh-TW"/>
        </w:rPr>
        <w:t>字第</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lang w:eastAsia="zh-TW"/>
        </w:rPr>
        <w:t>號），嗣後質權人實行質權或質權消滅時，應檢附存單、本覆函影本並以「實行質權通知書」或「質權消滅通知書」通知本行，否則不予受理。</w:t>
      </w:r>
    </w:p>
    <w:p w14:paraId="62FE48B9" w14:textId="7D300BC1"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四、本行同意於質權消滅前不對質權標的物之存款債權行使抵銷權。</w:t>
      </w:r>
    </w:p>
    <w:p w14:paraId="5038BE1E" w14:textId="373FD8BC" w:rsidR="00166305" w:rsidRPr="009C0FA9" w:rsidRDefault="00166305" w:rsidP="005F2F4F">
      <w:pPr>
        <w:spacing w:after="120"/>
        <w:ind w:left="389" w:hangingChars="177" w:hanging="389"/>
        <w:jc w:val="both"/>
        <w:rPr>
          <w:rFonts w:ascii="微軟正黑體" w:eastAsia="微軟正黑體" w:hAnsi="微軟正黑體"/>
          <w:lang w:eastAsia="zh-TW"/>
        </w:rPr>
      </w:pPr>
      <w:r w:rsidRPr="009C0FA9">
        <w:rPr>
          <w:rFonts w:ascii="微軟正黑體" w:eastAsia="微軟正黑體" w:hAnsi="微軟正黑體" w:hint="eastAsia"/>
          <w:lang w:eastAsia="zh-TW"/>
        </w:rPr>
        <w:t>五、後列存單應領之中間利息，非經質權人同意，出質人不得向本行領取。</w:t>
      </w:r>
    </w:p>
    <w:p w14:paraId="05F262BA" w14:textId="77777777" w:rsidR="00166305" w:rsidRPr="009C0FA9" w:rsidRDefault="00166305" w:rsidP="005F2F4F">
      <w:pPr>
        <w:spacing w:after="120"/>
        <w:ind w:left="389" w:hangingChars="177" w:hanging="389"/>
        <w:jc w:val="both"/>
        <w:rPr>
          <w:rFonts w:ascii="微軟正黑體" w:eastAsia="微軟正黑體" w:hAnsi="微軟正黑體"/>
          <w:lang w:eastAsia="zh-TW"/>
        </w:rPr>
      </w:pPr>
    </w:p>
    <w:p w14:paraId="1BA13F45" w14:textId="75A5E521" w:rsidR="00166305" w:rsidRPr="009C0FA9" w:rsidRDefault="00166305" w:rsidP="005F2F4F">
      <w:pPr>
        <w:spacing w:after="120"/>
        <w:ind w:left="425" w:firstLine="1"/>
        <w:jc w:val="both"/>
        <w:rPr>
          <w:rFonts w:ascii="微軟正黑體" w:eastAsia="微軟正黑體" w:hAnsi="微軟正黑體"/>
          <w:lang w:eastAsia="zh-TW"/>
        </w:rPr>
      </w:pPr>
      <w:r w:rsidRPr="009C0FA9">
        <w:rPr>
          <w:rFonts w:ascii="微軟正黑體" w:eastAsia="微軟正黑體" w:hAnsi="微軟正黑體" w:hint="eastAsia"/>
          <w:lang w:eastAsia="zh-TW"/>
        </w:rPr>
        <w:t>此致  質權人（高雄市政府環境保護局）</w:t>
      </w:r>
    </w:p>
    <w:p w14:paraId="5B1E446C" w14:textId="431BC8DB" w:rsidR="00166305" w:rsidRPr="009C0FA9" w:rsidRDefault="00166305" w:rsidP="005F2F4F">
      <w:pPr>
        <w:wordWrap w:val="0"/>
        <w:spacing w:after="120"/>
        <w:jc w:val="right"/>
        <w:rPr>
          <w:rFonts w:ascii="微軟正黑體" w:eastAsia="微軟正黑體" w:hAnsi="微軟正黑體"/>
        </w:rPr>
      </w:pP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hint="eastAsia"/>
        </w:rPr>
        <w:t>銀行 啟</w:t>
      </w:r>
    </w:p>
    <w:p w14:paraId="701E7292" w14:textId="77777777" w:rsidR="00166305" w:rsidRPr="009C0FA9" w:rsidRDefault="00166305" w:rsidP="005F2F4F">
      <w:pPr>
        <w:spacing w:after="120"/>
        <w:jc w:val="both"/>
        <w:rPr>
          <w:rFonts w:ascii="微軟正黑體" w:eastAsia="微軟正黑體" w:hAnsi="微軟正黑體"/>
        </w:rPr>
      </w:pPr>
    </w:p>
    <w:p w14:paraId="3149035C" w14:textId="77777777" w:rsidR="00166305" w:rsidRPr="009C0FA9" w:rsidRDefault="00166305" w:rsidP="005F2F4F">
      <w:pPr>
        <w:spacing w:after="120"/>
        <w:jc w:val="both"/>
        <w:rPr>
          <w:rFonts w:ascii="微軟正黑體" w:eastAsia="微軟正黑體" w:hAnsi="微軟正黑體"/>
        </w:rPr>
      </w:pPr>
      <w:r w:rsidRPr="009C0FA9">
        <w:rPr>
          <w:rFonts w:ascii="微軟正黑體" w:eastAsia="微軟正黑體" w:hAnsi="微軟正黑體" w:hint="eastAsia"/>
        </w:rPr>
        <w:t>質物明細表</w:t>
      </w:r>
    </w:p>
    <w:tbl>
      <w:tblPr>
        <w:tblW w:w="5000" w:type="pct"/>
        <w:tblLook w:val="04A0" w:firstRow="1" w:lastRow="0" w:firstColumn="1" w:lastColumn="0" w:noHBand="0" w:noVBand="1"/>
      </w:tblPr>
      <w:tblGrid>
        <w:gridCol w:w="1596"/>
        <w:gridCol w:w="2659"/>
        <w:gridCol w:w="1596"/>
        <w:gridCol w:w="888"/>
        <w:gridCol w:w="3013"/>
        <w:gridCol w:w="1048"/>
      </w:tblGrid>
      <w:tr w:rsidR="005F2F4F" w:rsidRPr="009C0FA9" w14:paraId="78F786CE" w14:textId="77777777" w:rsidTr="005F2F4F">
        <w:tc>
          <w:tcPr>
            <w:tcW w:w="739" w:type="pct"/>
            <w:shd w:val="clear" w:color="auto" w:fill="F2F2F2" w:themeFill="background1" w:themeFillShade="F2"/>
            <w:vAlign w:val="center"/>
          </w:tcPr>
          <w:p w14:paraId="5912A9C7" w14:textId="77777777" w:rsidR="00166305" w:rsidRPr="009C0FA9" w:rsidRDefault="00166305">
            <w:pPr>
              <w:spacing w:after="0" w:line="240" w:lineRule="auto"/>
              <w:jc w:val="center"/>
              <w:rPr>
                <w:rFonts w:ascii="微軟正黑體" w:eastAsia="微軟正黑體" w:hAnsi="微軟正黑體"/>
                <w:b/>
              </w:rPr>
            </w:pPr>
            <w:r w:rsidRPr="009C0FA9">
              <w:rPr>
                <w:rFonts w:ascii="微軟正黑體" w:eastAsia="微軟正黑體" w:hAnsi="微軟正黑體" w:hint="eastAsia"/>
                <w:b/>
              </w:rPr>
              <w:t>存單種類</w:t>
            </w:r>
          </w:p>
        </w:tc>
        <w:tc>
          <w:tcPr>
            <w:tcW w:w="1231" w:type="pct"/>
            <w:shd w:val="clear" w:color="auto" w:fill="F2F2F2" w:themeFill="background1" w:themeFillShade="F2"/>
            <w:vAlign w:val="center"/>
          </w:tcPr>
          <w:p w14:paraId="3C080A77" w14:textId="77777777" w:rsidR="00166305" w:rsidRPr="009C0FA9" w:rsidRDefault="00166305">
            <w:pPr>
              <w:spacing w:after="0" w:line="240" w:lineRule="auto"/>
              <w:jc w:val="center"/>
              <w:rPr>
                <w:rFonts w:ascii="微軟正黑體" w:eastAsia="微軟正黑體" w:hAnsi="微軟正黑體"/>
                <w:b/>
              </w:rPr>
            </w:pPr>
            <w:r w:rsidRPr="009C0FA9">
              <w:rPr>
                <w:rFonts w:ascii="微軟正黑體" w:eastAsia="微軟正黑體" w:hAnsi="微軟正黑體" w:hint="eastAsia"/>
                <w:b/>
              </w:rPr>
              <w:t>帳號或存單號碼</w:t>
            </w:r>
          </w:p>
        </w:tc>
        <w:tc>
          <w:tcPr>
            <w:tcW w:w="739" w:type="pct"/>
            <w:shd w:val="clear" w:color="auto" w:fill="F2F2F2" w:themeFill="background1" w:themeFillShade="F2"/>
            <w:vAlign w:val="center"/>
          </w:tcPr>
          <w:p w14:paraId="1B864289" w14:textId="77777777" w:rsidR="00166305" w:rsidRPr="009C0FA9" w:rsidRDefault="00166305">
            <w:pPr>
              <w:spacing w:after="0" w:line="240" w:lineRule="auto"/>
              <w:jc w:val="center"/>
              <w:rPr>
                <w:rFonts w:ascii="微軟正黑體" w:eastAsia="微軟正黑體" w:hAnsi="微軟正黑體"/>
                <w:b/>
              </w:rPr>
            </w:pPr>
            <w:r w:rsidRPr="009C0FA9">
              <w:rPr>
                <w:rFonts w:ascii="微軟正黑體" w:eastAsia="微軟正黑體" w:hAnsi="微軟正黑體" w:hint="eastAsia"/>
                <w:b/>
              </w:rPr>
              <w:t>起訖日期</w:t>
            </w:r>
          </w:p>
        </w:tc>
        <w:tc>
          <w:tcPr>
            <w:tcW w:w="411" w:type="pct"/>
            <w:shd w:val="clear" w:color="auto" w:fill="F2F2F2" w:themeFill="background1" w:themeFillShade="F2"/>
            <w:vAlign w:val="center"/>
          </w:tcPr>
          <w:p w14:paraId="08B34A4E" w14:textId="77777777" w:rsidR="00166305" w:rsidRPr="009C0FA9" w:rsidRDefault="00166305">
            <w:pPr>
              <w:spacing w:after="0" w:line="240" w:lineRule="auto"/>
              <w:jc w:val="center"/>
              <w:rPr>
                <w:rFonts w:ascii="微軟正黑體" w:eastAsia="微軟正黑體" w:hAnsi="微軟正黑體"/>
                <w:b/>
              </w:rPr>
            </w:pPr>
            <w:r w:rsidRPr="009C0FA9">
              <w:rPr>
                <w:rFonts w:ascii="微軟正黑體" w:eastAsia="微軟正黑體" w:hAnsi="微軟正黑體" w:hint="eastAsia"/>
                <w:b/>
              </w:rPr>
              <w:t>利率</w:t>
            </w:r>
          </w:p>
        </w:tc>
        <w:tc>
          <w:tcPr>
            <w:tcW w:w="1395" w:type="pct"/>
            <w:shd w:val="clear" w:color="auto" w:fill="F2F2F2" w:themeFill="background1" w:themeFillShade="F2"/>
            <w:vAlign w:val="center"/>
          </w:tcPr>
          <w:p w14:paraId="61363F37" w14:textId="77777777" w:rsidR="00166305" w:rsidRPr="009C0FA9" w:rsidRDefault="00166305">
            <w:pPr>
              <w:spacing w:after="0" w:line="240" w:lineRule="auto"/>
              <w:jc w:val="center"/>
              <w:rPr>
                <w:rFonts w:ascii="微軟正黑體" w:eastAsia="微軟正黑體" w:hAnsi="微軟正黑體"/>
                <w:b/>
              </w:rPr>
            </w:pPr>
            <w:r w:rsidRPr="009C0FA9">
              <w:rPr>
                <w:rFonts w:ascii="微軟正黑體" w:eastAsia="微軟正黑體" w:hAnsi="微軟正黑體" w:hint="eastAsia"/>
                <w:b/>
              </w:rPr>
              <w:t>存單本金金額(大寫)</w:t>
            </w:r>
          </w:p>
        </w:tc>
        <w:tc>
          <w:tcPr>
            <w:tcW w:w="485" w:type="pct"/>
            <w:shd w:val="clear" w:color="auto" w:fill="F2F2F2" w:themeFill="background1" w:themeFillShade="F2"/>
            <w:vAlign w:val="center"/>
          </w:tcPr>
          <w:p w14:paraId="7924199D" w14:textId="77777777" w:rsidR="00166305" w:rsidRPr="009C0FA9" w:rsidRDefault="00166305">
            <w:pPr>
              <w:spacing w:after="0" w:line="240" w:lineRule="auto"/>
              <w:jc w:val="center"/>
              <w:rPr>
                <w:rFonts w:ascii="微軟正黑體" w:eastAsia="微軟正黑體" w:hAnsi="微軟正黑體"/>
                <w:b/>
              </w:rPr>
            </w:pPr>
            <w:r w:rsidRPr="009C0FA9">
              <w:rPr>
                <w:rFonts w:ascii="微軟正黑體" w:eastAsia="微軟正黑體" w:hAnsi="微軟正黑體" w:hint="eastAsia"/>
                <w:b/>
              </w:rPr>
              <w:t>備註</w:t>
            </w:r>
          </w:p>
        </w:tc>
      </w:tr>
      <w:tr w:rsidR="005F2F4F" w:rsidRPr="009C0FA9" w14:paraId="7AEEA476" w14:textId="77777777" w:rsidTr="005F2F4F">
        <w:tc>
          <w:tcPr>
            <w:tcW w:w="739" w:type="pct"/>
          </w:tcPr>
          <w:p w14:paraId="4AFB86E5" w14:textId="77777777" w:rsidR="00166305" w:rsidRPr="009C0FA9" w:rsidRDefault="00166305">
            <w:pPr>
              <w:spacing w:after="0" w:line="240" w:lineRule="auto"/>
              <w:jc w:val="both"/>
              <w:rPr>
                <w:rFonts w:ascii="微軟正黑體" w:eastAsia="微軟正黑體" w:hAnsi="微軟正黑體"/>
              </w:rPr>
            </w:pPr>
          </w:p>
        </w:tc>
        <w:tc>
          <w:tcPr>
            <w:tcW w:w="1231" w:type="pct"/>
          </w:tcPr>
          <w:p w14:paraId="2E72D4FC" w14:textId="77777777" w:rsidR="00166305" w:rsidRPr="009C0FA9" w:rsidRDefault="00166305">
            <w:pPr>
              <w:spacing w:after="0" w:line="240" w:lineRule="auto"/>
              <w:jc w:val="both"/>
              <w:rPr>
                <w:rFonts w:ascii="微軟正黑體" w:eastAsia="微軟正黑體" w:hAnsi="微軟正黑體"/>
              </w:rPr>
            </w:pPr>
          </w:p>
        </w:tc>
        <w:tc>
          <w:tcPr>
            <w:tcW w:w="739" w:type="pct"/>
          </w:tcPr>
          <w:p w14:paraId="0661A091" w14:textId="77777777" w:rsidR="00166305" w:rsidRPr="009C0FA9" w:rsidRDefault="00166305">
            <w:pPr>
              <w:spacing w:after="0" w:line="240" w:lineRule="auto"/>
              <w:jc w:val="both"/>
              <w:rPr>
                <w:rFonts w:ascii="微軟正黑體" w:eastAsia="微軟正黑體" w:hAnsi="微軟正黑體"/>
              </w:rPr>
            </w:pPr>
          </w:p>
        </w:tc>
        <w:tc>
          <w:tcPr>
            <w:tcW w:w="411" w:type="pct"/>
          </w:tcPr>
          <w:p w14:paraId="6A59860F" w14:textId="77777777" w:rsidR="00166305" w:rsidRPr="009C0FA9" w:rsidRDefault="00166305">
            <w:pPr>
              <w:spacing w:after="0" w:line="240" w:lineRule="auto"/>
              <w:jc w:val="both"/>
              <w:rPr>
                <w:rFonts w:ascii="微軟正黑體" w:eastAsia="微軟正黑體" w:hAnsi="微軟正黑體"/>
              </w:rPr>
            </w:pPr>
          </w:p>
        </w:tc>
        <w:tc>
          <w:tcPr>
            <w:tcW w:w="1395" w:type="pct"/>
          </w:tcPr>
          <w:p w14:paraId="0778CDD0" w14:textId="77777777" w:rsidR="00166305" w:rsidRPr="009C0FA9" w:rsidRDefault="00166305">
            <w:pPr>
              <w:spacing w:after="0" w:line="240" w:lineRule="auto"/>
              <w:jc w:val="both"/>
              <w:rPr>
                <w:rFonts w:ascii="微軟正黑體" w:eastAsia="微軟正黑體" w:hAnsi="微軟正黑體"/>
              </w:rPr>
            </w:pPr>
            <w:r w:rsidRPr="009C0FA9">
              <w:rPr>
                <w:rFonts w:ascii="微軟正黑體" w:eastAsia="微軟正黑體" w:hAnsi="微軟正黑體" w:hint="eastAsia"/>
              </w:rPr>
              <w:t>新臺幣</w:t>
            </w:r>
          </w:p>
        </w:tc>
        <w:tc>
          <w:tcPr>
            <w:tcW w:w="485" w:type="pct"/>
          </w:tcPr>
          <w:p w14:paraId="407C484E" w14:textId="77777777" w:rsidR="00166305" w:rsidRPr="009C0FA9" w:rsidRDefault="00166305">
            <w:pPr>
              <w:spacing w:after="0" w:line="240" w:lineRule="auto"/>
              <w:jc w:val="both"/>
              <w:rPr>
                <w:rFonts w:ascii="微軟正黑體" w:eastAsia="微軟正黑體" w:hAnsi="微軟正黑體"/>
              </w:rPr>
            </w:pPr>
          </w:p>
        </w:tc>
      </w:tr>
      <w:tr w:rsidR="005F2F4F" w:rsidRPr="009C0FA9" w14:paraId="04325414" w14:textId="77777777" w:rsidTr="005F2F4F">
        <w:tc>
          <w:tcPr>
            <w:tcW w:w="739" w:type="pct"/>
          </w:tcPr>
          <w:p w14:paraId="302831B0" w14:textId="77777777" w:rsidR="00166305" w:rsidRPr="009C0FA9" w:rsidRDefault="00166305">
            <w:pPr>
              <w:spacing w:after="0" w:line="240" w:lineRule="auto"/>
              <w:jc w:val="both"/>
              <w:rPr>
                <w:rFonts w:ascii="微軟正黑體" w:eastAsia="微軟正黑體" w:hAnsi="微軟正黑體"/>
              </w:rPr>
            </w:pPr>
          </w:p>
        </w:tc>
        <w:tc>
          <w:tcPr>
            <w:tcW w:w="1231" w:type="pct"/>
          </w:tcPr>
          <w:p w14:paraId="1106F94B" w14:textId="77777777" w:rsidR="00166305" w:rsidRPr="009C0FA9" w:rsidRDefault="00166305">
            <w:pPr>
              <w:spacing w:after="0" w:line="240" w:lineRule="auto"/>
              <w:jc w:val="both"/>
              <w:rPr>
                <w:rFonts w:ascii="微軟正黑體" w:eastAsia="微軟正黑體" w:hAnsi="微軟正黑體"/>
              </w:rPr>
            </w:pPr>
          </w:p>
        </w:tc>
        <w:tc>
          <w:tcPr>
            <w:tcW w:w="739" w:type="pct"/>
          </w:tcPr>
          <w:p w14:paraId="5396693E" w14:textId="77777777" w:rsidR="00166305" w:rsidRPr="009C0FA9" w:rsidRDefault="00166305">
            <w:pPr>
              <w:spacing w:after="0" w:line="240" w:lineRule="auto"/>
              <w:jc w:val="both"/>
              <w:rPr>
                <w:rFonts w:ascii="微軟正黑體" w:eastAsia="微軟正黑體" w:hAnsi="微軟正黑體"/>
              </w:rPr>
            </w:pPr>
          </w:p>
        </w:tc>
        <w:tc>
          <w:tcPr>
            <w:tcW w:w="411" w:type="pct"/>
          </w:tcPr>
          <w:p w14:paraId="4C5055CD" w14:textId="77777777" w:rsidR="00166305" w:rsidRPr="009C0FA9" w:rsidRDefault="00166305">
            <w:pPr>
              <w:spacing w:after="0" w:line="240" w:lineRule="auto"/>
              <w:jc w:val="both"/>
              <w:rPr>
                <w:rFonts w:ascii="微軟正黑體" w:eastAsia="微軟正黑體" w:hAnsi="微軟正黑體"/>
              </w:rPr>
            </w:pPr>
          </w:p>
        </w:tc>
        <w:tc>
          <w:tcPr>
            <w:tcW w:w="1395" w:type="pct"/>
          </w:tcPr>
          <w:p w14:paraId="40F870FD" w14:textId="77777777" w:rsidR="00166305" w:rsidRPr="009C0FA9" w:rsidRDefault="00166305">
            <w:pPr>
              <w:spacing w:after="0" w:line="240" w:lineRule="auto"/>
              <w:jc w:val="both"/>
              <w:rPr>
                <w:rFonts w:ascii="微軟正黑體" w:eastAsia="微軟正黑體" w:hAnsi="微軟正黑體"/>
              </w:rPr>
            </w:pPr>
            <w:r w:rsidRPr="009C0FA9">
              <w:rPr>
                <w:rFonts w:ascii="微軟正黑體" w:eastAsia="微軟正黑體" w:hAnsi="微軟正黑體" w:hint="eastAsia"/>
              </w:rPr>
              <w:t>新臺幣</w:t>
            </w:r>
          </w:p>
        </w:tc>
        <w:tc>
          <w:tcPr>
            <w:tcW w:w="485" w:type="pct"/>
          </w:tcPr>
          <w:p w14:paraId="161379BF" w14:textId="77777777" w:rsidR="00166305" w:rsidRPr="009C0FA9" w:rsidRDefault="00166305">
            <w:pPr>
              <w:spacing w:after="0" w:line="240" w:lineRule="auto"/>
              <w:jc w:val="both"/>
              <w:rPr>
                <w:rFonts w:ascii="微軟正黑體" w:eastAsia="微軟正黑體" w:hAnsi="微軟正黑體"/>
              </w:rPr>
            </w:pPr>
          </w:p>
        </w:tc>
      </w:tr>
      <w:tr w:rsidR="005F2F4F" w:rsidRPr="009C0FA9" w14:paraId="54B86000" w14:textId="77777777" w:rsidTr="005F2F4F">
        <w:tc>
          <w:tcPr>
            <w:tcW w:w="739" w:type="pct"/>
          </w:tcPr>
          <w:p w14:paraId="19D045E1" w14:textId="77777777" w:rsidR="00166305" w:rsidRPr="009C0FA9" w:rsidRDefault="00166305">
            <w:pPr>
              <w:spacing w:after="0" w:line="240" w:lineRule="auto"/>
              <w:jc w:val="both"/>
              <w:rPr>
                <w:rFonts w:ascii="微軟正黑體" w:eastAsia="微軟正黑體" w:hAnsi="微軟正黑體"/>
              </w:rPr>
            </w:pPr>
          </w:p>
        </w:tc>
        <w:tc>
          <w:tcPr>
            <w:tcW w:w="1231" w:type="pct"/>
          </w:tcPr>
          <w:p w14:paraId="66158E92" w14:textId="77777777" w:rsidR="00166305" w:rsidRPr="009C0FA9" w:rsidRDefault="00166305">
            <w:pPr>
              <w:spacing w:after="0" w:line="240" w:lineRule="auto"/>
              <w:jc w:val="both"/>
              <w:rPr>
                <w:rFonts w:ascii="微軟正黑體" w:eastAsia="微軟正黑體" w:hAnsi="微軟正黑體"/>
              </w:rPr>
            </w:pPr>
          </w:p>
        </w:tc>
        <w:tc>
          <w:tcPr>
            <w:tcW w:w="739" w:type="pct"/>
          </w:tcPr>
          <w:p w14:paraId="640B5BF7" w14:textId="77777777" w:rsidR="00166305" w:rsidRPr="009C0FA9" w:rsidRDefault="00166305">
            <w:pPr>
              <w:spacing w:after="0" w:line="240" w:lineRule="auto"/>
              <w:jc w:val="both"/>
              <w:rPr>
                <w:rFonts w:ascii="微軟正黑體" w:eastAsia="微軟正黑體" w:hAnsi="微軟正黑體"/>
              </w:rPr>
            </w:pPr>
          </w:p>
        </w:tc>
        <w:tc>
          <w:tcPr>
            <w:tcW w:w="411" w:type="pct"/>
          </w:tcPr>
          <w:p w14:paraId="22D40646" w14:textId="77777777" w:rsidR="00166305" w:rsidRPr="009C0FA9" w:rsidRDefault="00166305">
            <w:pPr>
              <w:spacing w:after="0" w:line="240" w:lineRule="auto"/>
              <w:jc w:val="both"/>
              <w:rPr>
                <w:rFonts w:ascii="微軟正黑體" w:eastAsia="微軟正黑體" w:hAnsi="微軟正黑體"/>
              </w:rPr>
            </w:pPr>
          </w:p>
        </w:tc>
        <w:tc>
          <w:tcPr>
            <w:tcW w:w="1395" w:type="pct"/>
          </w:tcPr>
          <w:p w14:paraId="3B01625A" w14:textId="77777777" w:rsidR="00166305" w:rsidRPr="009C0FA9" w:rsidRDefault="00166305">
            <w:pPr>
              <w:spacing w:after="0" w:line="240" w:lineRule="auto"/>
              <w:jc w:val="both"/>
              <w:rPr>
                <w:rFonts w:ascii="微軟正黑體" w:eastAsia="微軟正黑體" w:hAnsi="微軟正黑體"/>
              </w:rPr>
            </w:pPr>
            <w:r w:rsidRPr="009C0FA9">
              <w:rPr>
                <w:rFonts w:ascii="微軟正黑體" w:eastAsia="微軟正黑體" w:hAnsi="微軟正黑體" w:hint="eastAsia"/>
              </w:rPr>
              <w:t>新臺幣</w:t>
            </w:r>
          </w:p>
        </w:tc>
        <w:tc>
          <w:tcPr>
            <w:tcW w:w="485" w:type="pct"/>
          </w:tcPr>
          <w:p w14:paraId="3F26F601" w14:textId="77777777" w:rsidR="00166305" w:rsidRPr="009C0FA9" w:rsidRDefault="00166305">
            <w:pPr>
              <w:spacing w:after="0" w:line="240" w:lineRule="auto"/>
              <w:jc w:val="both"/>
              <w:rPr>
                <w:rFonts w:ascii="微軟正黑體" w:eastAsia="微軟正黑體" w:hAnsi="微軟正黑體"/>
              </w:rPr>
            </w:pPr>
          </w:p>
        </w:tc>
      </w:tr>
    </w:tbl>
    <w:p w14:paraId="4047BF75" w14:textId="77777777" w:rsidR="00166305" w:rsidRPr="009C0FA9" w:rsidRDefault="00166305" w:rsidP="005F2F4F">
      <w:pPr>
        <w:spacing w:after="120" w:line="240" w:lineRule="auto"/>
        <w:ind w:left="389" w:hangingChars="177" w:hanging="389"/>
        <w:jc w:val="both"/>
        <w:rPr>
          <w:rFonts w:ascii="微軟正黑體" w:eastAsia="微軟正黑體" w:hAnsi="微軟正黑體"/>
        </w:rPr>
      </w:pPr>
    </w:p>
    <w:p w14:paraId="17A2C4B0" w14:textId="77777777" w:rsidR="00166305" w:rsidRPr="009C0FA9" w:rsidRDefault="00166305" w:rsidP="005F2F4F">
      <w:pPr>
        <w:spacing w:after="120" w:line="240" w:lineRule="auto"/>
        <w:ind w:left="216" w:hangingChars="60" w:hanging="216"/>
        <w:jc w:val="distribute"/>
        <w:rPr>
          <w:rFonts w:ascii="微軟正黑體" w:eastAsia="微軟正黑體" w:hAnsi="微軟正黑體"/>
          <w:sz w:val="36"/>
          <w:szCs w:val="36"/>
        </w:rPr>
      </w:pPr>
    </w:p>
    <w:p w14:paraId="363DB5E1" w14:textId="77777777" w:rsidR="00166305" w:rsidRPr="009C0FA9" w:rsidRDefault="00166305" w:rsidP="005F2F4F">
      <w:pPr>
        <w:spacing w:after="120" w:line="240" w:lineRule="auto"/>
        <w:ind w:left="216" w:hangingChars="60" w:hanging="216"/>
        <w:jc w:val="distribute"/>
        <w:rPr>
          <w:rFonts w:ascii="微軟正黑體" w:eastAsia="微軟正黑體" w:hAnsi="微軟正黑體"/>
          <w:sz w:val="36"/>
          <w:szCs w:val="36"/>
        </w:rPr>
      </w:pPr>
    </w:p>
    <w:p w14:paraId="3A69757B" w14:textId="21DD7B7F" w:rsidR="00166305" w:rsidRPr="009C0FA9" w:rsidRDefault="00166305" w:rsidP="005F2F4F">
      <w:pPr>
        <w:spacing w:after="120" w:line="240" w:lineRule="auto"/>
        <w:ind w:left="216" w:hangingChars="60" w:hanging="216"/>
        <w:jc w:val="distribute"/>
        <w:rPr>
          <w:rFonts w:ascii="微軟正黑體" w:eastAsia="微軟正黑體" w:hAnsi="微軟正黑體"/>
          <w:sz w:val="36"/>
          <w:szCs w:val="36"/>
        </w:rPr>
      </w:pPr>
      <w:r w:rsidRPr="009C0FA9">
        <w:rPr>
          <w:rFonts w:ascii="微軟正黑體" w:eastAsia="微軟正黑體" w:hAnsi="微軟正黑體" w:hint="eastAsia"/>
          <w:sz w:val="36"/>
          <w:szCs w:val="36"/>
        </w:rPr>
        <w:t>中華民國       年       月       日</w:t>
      </w:r>
    </w:p>
    <w:p w14:paraId="74469084" w14:textId="77777777" w:rsidR="00166305" w:rsidRPr="009C0FA9" w:rsidRDefault="00166305">
      <w:pPr>
        <w:spacing w:after="0" w:line="240" w:lineRule="auto"/>
        <w:rPr>
          <w:rFonts w:ascii="微軟正黑體" w:eastAsia="微軟正黑體" w:hAnsi="微軟正黑體"/>
          <w:b/>
          <w:sz w:val="36"/>
          <w:szCs w:val="36"/>
        </w:rPr>
      </w:pPr>
      <w:r w:rsidRPr="009C0FA9">
        <w:rPr>
          <w:rFonts w:ascii="微軟正黑體" w:eastAsia="微軟正黑體" w:hAnsi="微軟正黑體"/>
          <w:b/>
          <w:sz w:val="36"/>
          <w:szCs w:val="36"/>
        </w:rPr>
        <w:br w:type="page"/>
      </w:r>
    </w:p>
    <w:p w14:paraId="0E3AD1CD" w14:textId="25C7CC5F" w:rsidR="00166305" w:rsidRPr="00E465F5" w:rsidRDefault="00166305" w:rsidP="005F2F4F">
      <w:pPr>
        <w:tabs>
          <w:tab w:val="left" w:pos="993"/>
        </w:tabs>
        <w:spacing w:after="120" w:line="240" w:lineRule="auto"/>
        <w:rPr>
          <w:rFonts w:ascii="微軟正黑體" w:eastAsia="微軟正黑體" w:hAnsi="微軟正黑體"/>
          <w:b/>
          <w:bCs/>
          <w:sz w:val="24"/>
          <w:szCs w:val="24"/>
          <w:lang w:eastAsia="zh-TW"/>
        </w:rPr>
      </w:pPr>
      <w:bookmarkStart w:id="21" w:name="_Toc228345543"/>
      <w:r w:rsidRPr="00E465F5">
        <w:rPr>
          <w:rFonts w:ascii="微軟正黑體" w:eastAsia="微軟正黑體" w:hAnsi="微軟正黑體" w:hint="eastAsia"/>
          <w:b/>
          <w:bCs/>
          <w:sz w:val="24"/>
          <w:szCs w:val="24"/>
          <w:lang w:eastAsia="zh-TW"/>
        </w:rPr>
        <w:lastRenderedPageBreak/>
        <w:t>附件一之十八</w:t>
      </w:r>
      <w:r w:rsidRPr="00E465F5">
        <w:rPr>
          <w:rFonts w:ascii="微軟正黑體" w:eastAsia="微軟正黑體" w:hAnsi="微軟正黑體"/>
          <w:b/>
          <w:bCs/>
          <w:sz w:val="24"/>
          <w:szCs w:val="24"/>
          <w:lang w:eastAsia="zh-TW"/>
        </w:rPr>
        <w:t xml:space="preserve"> </w:t>
      </w:r>
      <w:r w:rsidRPr="00E465F5">
        <w:rPr>
          <w:rFonts w:ascii="微軟正黑體" w:eastAsia="微軟正黑體" w:hAnsi="微軟正黑體" w:hint="eastAsia"/>
          <w:b/>
          <w:bCs/>
          <w:sz w:val="24"/>
          <w:szCs w:val="24"/>
          <w:lang w:eastAsia="zh-TW"/>
        </w:rPr>
        <w:t>申請保證金</w:t>
      </w:r>
      <w:r w:rsidRPr="00E465F5">
        <w:rPr>
          <w:rFonts w:ascii="微軟正黑體" w:eastAsia="微軟正黑體" w:hAnsi="微軟正黑體"/>
          <w:b/>
          <w:bCs/>
          <w:sz w:val="24"/>
          <w:szCs w:val="24"/>
          <w:lang w:eastAsia="zh-TW"/>
        </w:rPr>
        <w:t>/履約保證金連帶保證書格式</w:t>
      </w:r>
      <w:bookmarkEnd w:id="21"/>
    </w:p>
    <w:p w14:paraId="2AF3D457" w14:textId="41B6DC8A" w:rsidR="00166305" w:rsidRPr="009C0FA9" w:rsidRDefault="00166305" w:rsidP="005F2F4F">
      <w:pPr>
        <w:spacing w:after="120" w:line="240" w:lineRule="auto"/>
        <w:ind w:left="389" w:hangingChars="177" w:hanging="389"/>
        <w:rPr>
          <w:rFonts w:ascii="微軟正黑體" w:eastAsia="微軟正黑體" w:hAnsi="微軟正黑體"/>
          <w:lang w:eastAsia="zh-TW"/>
        </w:rPr>
      </w:pPr>
      <w:r w:rsidRPr="009C0FA9">
        <w:rPr>
          <w:rFonts w:ascii="微軟正黑體" w:eastAsia="微軟正黑體" w:hAnsi="微軟正黑體" w:hint="eastAsia"/>
          <w:lang w:eastAsia="zh-TW"/>
        </w:rPr>
        <w:t>一、</w:t>
      </w:r>
      <w:r w:rsidRPr="009C0FA9">
        <w:rPr>
          <w:rFonts w:ascii="微軟正黑體" w:eastAsia="微軟正黑體" w:hAnsi="微軟正黑體"/>
          <w:lang w:eastAsia="zh-TW"/>
        </w:rPr>
        <w:t>立連帶保證書人（保證人）</w:t>
      </w:r>
      <w:r w:rsidRPr="009C0FA9">
        <w:rPr>
          <w:rFonts w:ascii="微軟正黑體" w:eastAsia="微軟正黑體" w:hAnsi="微軟正黑體"/>
          <w:u w:val="single"/>
          <w:lang w:eastAsia="zh-TW"/>
        </w:rPr>
        <w:t xml:space="preserve">          </w:t>
      </w:r>
      <w:r w:rsidRPr="009C0FA9">
        <w:rPr>
          <w:rFonts w:ascii="微軟正黑體" w:eastAsia="微軟正黑體" w:hAnsi="微軟正黑體"/>
          <w:lang w:eastAsia="zh-TW"/>
        </w:rPr>
        <w:t>銀行</w:t>
      </w:r>
      <w:r w:rsidRPr="009C0FA9">
        <w:rPr>
          <w:rFonts w:ascii="微軟正黑體" w:eastAsia="微軟正黑體" w:hAnsi="微軟正黑體"/>
          <w:u w:val="single"/>
          <w:lang w:eastAsia="zh-TW"/>
        </w:rPr>
        <w:t xml:space="preserve">     </w:t>
      </w:r>
      <w:r w:rsidRPr="009C0FA9">
        <w:rPr>
          <w:rFonts w:ascii="微軟正黑體" w:eastAsia="微軟正黑體" w:hAnsi="微軟正黑體"/>
          <w:lang w:eastAsia="zh-TW"/>
        </w:rPr>
        <w:t>分行（以下簡稱本行）茲因</w:t>
      </w:r>
      <w:r w:rsidRPr="009C0FA9">
        <w:rPr>
          <w:rFonts w:ascii="微軟正黑體" w:eastAsia="微軟正黑體" w:hAnsi="微軟正黑體"/>
          <w:u w:val="single"/>
          <w:lang w:eastAsia="zh-TW"/>
        </w:rPr>
        <w:t xml:space="preserve">（申請人／最優申請人）             </w:t>
      </w:r>
      <w:r w:rsidRPr="009C0FA9">
        <w:rPr>
          <w:rFonts w:ascii="微軟正黑體" w:eastAsia="微軟正黑體" w:hAnsi="微軟正黑體"/>
          <w:lang w:eastAsia="zh-TW"/>
        </w:rPr>
        <w:t>（以下簡</w:t>
      </w:r>
      <w:r w:rsidRPr="009C0FA9">
        <w:rPr>
          <w:rFonts w:ascii="微軟正黑體" w:eastAsia="微軟正黑體" w:hAnsi="微軟正黑體" w:hint="eastAsia"/>
          <w:lang w:eastAsia="zh-TW"/>
        </w:rPr>
        <w:t>稱廠商）申請／評決高雄市政府環境保護局（以下簡稱</w:t>
      </w:r>
      <w:r>
        <w:rPr>
          <w:rFonts w:ascii="微軟正黑體" w:eastAsia="微軟正黑體" w:hAnsi="微軟正黑體" w:hint="eastAsia"/>
          <w:lang w:eastAsia="zh-TW"/>
        </w:rPr>
        <w:t>被授權</w:t>
      </w:r>
      <w:r w:rsidRPr="009C0FA9">
        <w:rPr>
          <w:rFonts w:ascii="微軟正黑體" w:eastAsia="微軟正黑體" w:hAnsi="微軟正黑體" w:hint="eastAsia"/>
          <w:lang w:eastAsia="zh-TW"/>
        </w:rPr>
        <w:t>機關）</w:t>
      </w:r>
      <w:r w:rsidRPr="009C0FA9">
        <w:rPr>
          <w:rFonts w:ascii="微軟正黑體" w:eastAsia="微軟正黑體" w:hAnsi="微軟正黑體"/>
          <w:lang w:eastAsia="zh-TW"/>
        </w:rPr>
        <w:t xml:space="preserve"> 之「</w:t>
      </w:r>
      <w:r w:rsidRPr="009C0FA9">
        <w:rPr>
          <w:rFonts w:ascii="微軟正黑體" w:eastAsia="微軟正黑體" w:hAnsi="微軟正黑體" w:hint="eastAsia"/>
          <w:lang w:eastAsia="zh-TW"/>
        </w:rPr>
        <w:t>高雄市資源回收細分類廠有償BTO+BOT案</w:t>
      </w:r>
      <w:r w:rsidRPr="009C0FA9">
        <w:rPr>
          <w:rFonts w:ascii="微軟正黑體" w:eastAsia="微軟正黑體" w:hAnsi="微軟正黑體"/>
          <w:lang w:eastAsia="zh-TW"/>
        </w:rPr>
        <w:t>」，依本招商文件（含其變更或補充）規定應向</w:t>
      </w:r>
      <w:r>
        <w:rPr>
          <w:rFonts w:ascii="微軟正黑體" w:eastAsia="微軟正黑體" w:hAnsi="微軟正黑體" w:hint="eastAsia"/>
          <w:lang w:eastAsia="zh-TW"/>
        </w:rPr>
        <w:t>被授權</w:t>
      </w:r>
      <w:r w:rsidRPr="009C0FA9">
        <w:rPr>
          <w:rFonts w:ascii="微軟正黑體" w:eastAsia="微軟正黑體" w:hAnsi="微軟正黑體"/>
          <w:lang w:eastAsia="zh-TW"/>
        </w:rPr>
        <w:t>機關繳納申請保證金／履約保證金新臺幣</w:t>
      </w:r>
      <w:r w:rsidRPr="009C0FA9">
        <w:rPr>
          <w:rFonts w:ascii="微軟正黑體" w:eastAsia="微軟正黑體" w:hAnsi="微軟正黑體"/>
          <w:u w:val="single"/>
          <w:lang w:eastAsia="zh-TW"/>
        </w:rPr>
        <w:t xml:space="preserve">（中文大寫）             </w:t>
      </w:r>
      <w:r w:rsidRPr="009C0FA9">
        <w:rPr>
          <w:rFonts w:ascii="微軟正黑體" w:eastAsia="微軟正黑體" w:hAnsi="微軟正黑體"/>
          <w:lang w:eastAsia="zh-TW"/>
        </w:rPr>
        <w:t>元整(NT$</w:t>
      </w:r>
      <w:r w:rsidRPr="009C0FA9">
        <w:rPr>
          <w:rFonts w:ascii="微軟正黑體" w:eastAsia="微軟正黑體" w:hAnsi="微軟正黑體"/>
          <w:u w:val="single"/>
          <w:lang w:eastAsia="zh-TW"/>
        </w:rPr>
        <w:t xml:space="preserve">           </w:t>
      </w:r>
      <w:r w:rsidRPr="009C0FA9">
        <w:rPr>
          <w:rFonts w:ascii="微軟正黑體" w:eastAsia="微軟正黑體" w:hAnsi="微軟正黑體"/>
          <w:lang w:eastAsia="zh-TW"/>
        </w:rPr>
        <w:t>)（以</w:t>
      </w:r>
      <w:r w:rsidRPr="009C0FA9">
        <w:rPr>
          <w:rFonts w:ascii="微軟正黑體" w:eastAsia="微軟正黑體" w:hAnsi="微軟正黑體" w:hint="eastAsia"/>
          <w:lang w:eastAsia="zh-TW"/>
        </w:rPr>
        <w:t>下簡稱保證總額），該申請保證金／履約保證金由本行開具本連帶保證書負連帶保證責任。</w:t>
      </w:r>
    </w:p>
    <w:p w14:paraId="3260E6C7" w14:textId="2D40E4CF" w:rsidR="00166305" w:rsidRPr="009C0FA9" w:rsidRDefault="00166305" w:rsidP="005F2F4F">
      <w:pPr>
        <w:spacing w:after="120" w:line="240" w:lineRule="auto"/>
        <w:ind w:left="389" w:hangingChars="177" w:hanging="389"/>
        <w:rPr>
          <w:rFonts w:ascii="微軟正黑體" w:eastAsia="微軟正黑體" w:hAnsi="微軟正黑體"/>
          <w:lang w:eastAsia="zh-TW"/>
        </w:rPr>
      </w:pPr>
      <w:r w:rsidRPr="009C0FA9">
        <w:rPr>
          <w:rFonts w:ascii="微軟正黑體" w:eastAsia="微軟正黑體" w:hAnsi="微軟正黑體" w:hint="eastAsia"/>
          <w:lang w:eastAsia="zh-TW"/>
        </w:rPr>
        <w:t>二、</w:t>
      </w:r>
      <w:r>
        <w:rPr>
          <w:rFonts w:ascii="微軟正黑體" w:eastAsia="微軟正黑體" w:hAnsi="微軟正黑體" w:hint="eastAsia"/>
          <w:lang w:eastAsia="zh-TW"/>
        </w:rPr>
        <w:t>被授權</w:t>
      </w:r>
      <w:r w:rsidRPr="009C0FA9">
        <w:rPr>
          <w:rFonts w:ascii="微軟正黑體" w:eastAsia="微軟正黑體" w:hAnsi="微軟正黑體"/>
          <w:lang w:eastAsia="zh-TW"/>
        </w:rPr>
        <w:t>機關依本招商文件／契約規定認定有不發還廠商申請保證金／履約保證金之情形者，一經</w:t>
      </w:r>
      <w:r>
        <w:rPr>
          <w:rFonts w:ascii="微軟正黑體" w:eastAsia="微軟正黑體" w:hAnsi="微軟正黑體" w:hint="eastAsia"/>
          <w:lang w:eastAsia="zh-TW"/>
        </w:rPr>
        <w:t>被授權</w:t>
      </w:r>
      <w:r w:rsidRPr="009C0FA9">
        <w:rPr>
          <w:rFonts w:ascii="微軟正黑體" w:eastAsia="微軟正黑體" w:hAnsi="微軟正黑體"/>
          <w:lang w:eastAsia="zh-TW"/>
        </w:rPr>
        <w:t>機關書面通知本行後，本行當即在前開保證總額內，依</w:t>
      </w:r>
      <w:r>
        <w:rPr>
          <w:rFonts w:ascii="微軟正黑體" w:eastAsia="微軟正黑體" w:hAnsi="微軟正黑體" w:hint="eastAsia"/>
          <w:lang w:eastAsia="zh-TW"/>
        </w:rPr>
        <w:t>被授權</w:t>
      </w:r>
      <w:r w:rsidRPr="009C0FA9">
        <w:rPr>
          <w:rFonts w:ascii="微軟正黑體" w:eastAsia="微軟正黑體" w:hAnsi="微軟正黑體"/>
          <w:lang w:eastAsia="zh-TW"/>
        </w:rPr>
        <w:t>機關書面通知所載金額如數撥付，</w:t>
      </w:r>
      <w:r w:rsidRPr="009C0FA9">
        <w:rPr>
          <w:rFonts w:ascii="微軟正黑體" w:eastAsia="微軟正黑體" w:hAnsi="微軟正黑體" w:hint="eastAsia"/>
          <w:lang w:eastAsia="zh-TW"/>
        </w:rPr>
        <w:t>絕不推諉拖延，且無需經過任何法律或行政程序。本行亦絕不提出任何異議，並無民法第</w:t>
      </w:r>
      <w:r w:rsidRPr="009C0FA9">
        <w:rPr>
          <w:rFonts w:ascii="微軟正黑體" w:eastAsia="微軟正黑體" w:hAnsi="微軟正黑體"/>
          <w:lang w:eastAsia="zh-TW"/>
        </w:rPr>
        <w:t>745條之權利。保證金有依契約規定遞減者，保證總額比照遞減。</w:t>
      </w:r>
    </w:p>
    <w:p w14:paraId="01FFB063" w14:textId="2D9692BF" w:rsidR="00166305" w:rsidRPr="009C0FA9" w:rsidRDefault="00166305" w:rsidP="005F2F4F">
      <w:pPr>
        <w:spacing w:after="120" w:line="240" w:lineRule="auto"/>
        <w:ind w:left="132" w:hangingChars="60" w:hanging="132"/>
        <w:rPr>
          <w:rFonts w:ascii="微軟正黑體" w:eastAsia="微軟正黑體" w:hAnsi="微軟正黑體"/>
          <w:lang w:eastAsia="zh-TW"/>
        </w:rPr>
      </w:pPr>
      <w:r w:rsidRPr="009C0FA9">
        <w:rPr>
          <w:rFonts w:ascii="微軟正黑體" w:eastAsia="微軟正黑體" w:hAnsi="微軟正黑體" w:hint="eastAsia"/>
          <w:lang w:eastAsia="zh-TW"/>
        </w:rPr>
        <w:t>三、</w:t>
      </w:r>
      <w:r w:rsidRPr="009C0FA9">
        <w:rPr>
          <w:rFonts w:ascii="微軟正黑體" w:eastAsia="微軟正黑體" w:hAnsi="微軟正黑體"/>
          <w:lang w:eastAsia="zh-TW"/>
        </w:rPr>
        <w:t>本保證書如有發生訴訟時，本行同意以</w:t>
      </w:r>
      <w:r>
        <w:rPr>
          <w:rFonts w:ascii="微軟正黑體" w:eastAsia="微軟正黑體" w:hAnsi="微軟正黑體" w:hint="eastAsia"/>
          <w:lang w:eastAsia="zh-TW"/>
        </w:rPr>
        <w:t>被授權</w:t>
      </w:r>
      <w:r w:rsidRPr="009C0FA9">
        <w:rPr>
          <w:rFonts w:ascii="微軟正黑體" w:eastAsia="微軟正黑體" w:hAnsi="微軟正黑體"/>
          <w:lang w:eastAsia="zh-TW"/>
        </w:rPr>
        <w:t>機關所在地之法院為</w:t>
      </w:r>
      <w:r w:rsidRPr="009C0FA9">
        <w:rPr>
          <w:rFonts w:ascii="微軟正黑體" w:eastAsia="微軟正黑體" w:hAnsi="微軟正黑體" w:hint="eastAsia"/>
          <w:lang w:eastAsia="zh-TW"/>
        </w:rPr>
        <w:t>第一審管轄法院。</w:t>
      </w:r>
    </w:p>
    <w:p w14:paraId="491E85BB" w14:textId="5818511D" w:rsidR="00166305" w:rsidRPr="009C0FA9" w:rsidRDefault="00166305" w:rsidP="005F2F4F">
      <w:pPr>
        <w:spacing w:after="120" w:line="240" w:lineRule="auto"/>
        <w:ind w:left="132" w:hangingChars="60" w:hanging="132"/>
        <w:rPr>
          <w:rFonts w:ascii="微軟正黑體" w:eastAsia="微軟正黑體" w:hAnsi="微軟正黑體"/>
          <w:lang w:eastAsia="zh-TW"/>
        </w:rPr>
      </w:pPr>
      <w:r w:rsidRPr="009C0FA9">
        <w:rPr>
          <w:rFonts w:ascii="微軟正黑體" w:eastAsia="微軟正黑體" w:hAnsi="微軟正黑體" w:hint="eastAsia"/>
          <w:lang w:eastAsia="zh-TW"/>
        </w:rPr>
        <w:t>四、</w:t>
      </w:r>
      <w:r w:rsidRPr="009C0FA9">
        <w:rPr>
          <w:rFonts w:ascii="微軟正黑體" w:eastAsia="微軟正黑體" w:hAnsi="微軟正黑體"/>
          <w:lang w:eastAsia="zh-TW"/>
        </w:rPr>
        <w:t>本保證書有效期間自本保證書簽發日起至民國</w:t>
      </w:r>
      <w:r w:rsidRPr="009C0FA9">
        <w:rPr>
          <w:rFonts w:ascii="微軟正黑體" w:eastAsia="微軟正黑體" w:hAnsi="微軟正黑體"/>
          <w:u w:val="single"/>
          <w:lang w:eastAsia="zh-TW"/>
        </w:rPr>
        <w:t xml:space="preserve"> </w:t>
      </w:r>
      <w:r w:rsidRPr="009C0FA9">
        <w:rPr>
          <w:rFonts w:ascii="微軟正黑體" w:eastAsia="微軟正黑體" w:hAnsi="微軟正黑體" w:hint="eastAsia"/>
          <w:u w:val="single"/>
          <w:lang w:eastAsia="zh-TW"/>
        </w:rPr>
        <w:t xml:space="preserve"> </w:t>
      </w:r>
      <w:r w:rsidRPr="009C0FA9">
        <w:rPr>
          <w:rFonts w:ascii="微軟正黑體" w:eastAsia="微軟正黑體" w:hAnsi="微軟正黑體"/>
          <w:u w:val="single"/>
          <w:lang w:eastAsia="zh-TW"/>
        </w:rPr>
        <w:t xml:space="preserve"> </w:t>
      </w:r>
      <w:r w:rsidRPr="009C0FA9">
        <w:rPr>
          <w:rFonts w:ascii="微軟正黑體" w:eastAsia="微軟正黑體" w:hAnsi="微軟正黑體"/>
          <w:lang w:eastAsia="zh-TW"/>
        </w:rPr>
        <w:t>年</w:t>
      </w:r>
      <w:r w:rsidRPr="009C0FA9">
        <w:rPr>
          <w:rFonts w:ascii="微軟正黑體" w:eastAsia="微軟正黑體" w:hAnsi="微軟正黑體"/>
          <w:u w:val="single"/>
          <w:lang w:eastAsia="zh-TW"/>
        </w:rPr>
        <w:t xml:space="preserve">  </w:t>
      </w:r>
      <w:r w:rsidRPr="009C0FA9">
        <w:rPr>
          <w:rFonts w:ascii="微軟正黑體" w:eastAsia="微軟正黑體" w:hAnsi="微軟正黑體"/>
          <w:lang w:eastAsia="zh-TW"/>
        </w:rPr>
        <w:t>月</w:t>
      </w:r>
      <w:r w:rsidRPr="009C0FA9">
        <w:rPr>
          <w:rFonts w:ascii="微軟正黑體" w:eastAsia="微軟正黑體" w:hAnsi="微軟正黑體"/>
          <w:u w:val="single"/>
          <w:lang w:eastAsia="zh-TW"/>
        </w:rPr>
        <w:t xml:space="preserve">  </w:t>
      </w:r>
      <w:r w:rsidRPr="009C0FA9">
        <w:rPr>
          <w:rFonts w:ascii="微軟正黑體" w:eastAsia="微軟正黑體" w:hAnsi="微軟正黑體"/>
          <w:lang w:eastAsia="zh-TW"/>
        </w:rPr>
        <w:t>日止。</w:t>
      </w:r>
    </w:p>
    <w:p w14:paraId="33D540AB" w14:textId="0488700C" w:rsidR="00166305" w:rsidRPr="009C0FA9" w:rsidRDefault="00166305" w:rsidP="005F2F4F">
      <w:pPr>
        <w:spacing w:after="120" w:line="240" w:lineRule="auto"/>
        <w:ind w:left="132" w:hangingChars="60" w:hanging="132"/>
        <w:rPr>
          <w:rFonts w:ascii="微軟正黑體" w:eastAsia="微軟正黑體" w:hAnsi="微軟正黑體"/>
          <w:lang w:eastAsia="zh-TW"/>
        </w:rPr>
      </w:pPr>
      <w:r w:rsidRPr="009C0FA9">
        <w:rPr>
          <w:rFonts w:ascii="微軟正黑體" w:eastAsia="微軟正黑體" w:hAnsi="微軟正黑體" w:hint="eastAsia"/>
          <w:lang w:eastAsia="zh-TW"/>
        </w:rPr>
        <w:t>五、</w:t>
      </w:r>
      <w:r w:rsidRPr="009C0FA9">
        <w:rPr>
          <w:rFonts w:ascii="微軟正黑體" w:eastAsia="微軟正黑體" w:hAnsi="微軟正黑體"/>
          <w:lang w:eastAsia="zh-TW"/>
        </w:rPr>
        <w:t>本保證書正本一式二份，由</w:t>
      </w:r>
      <w:r>
        <w:rPr>
          <w:rFonts w:ascii="微軟正黑體" w:eastAsia="微軟正黑體" w:hAnsi="微軟正黑體" w:hint="eastAsia"/>
          <w:lang w:eastAsia="zh-TW"/>
        </w:rPr>
        <w:t>被授權</w:t>
      </w:r>
      <w:r w:rsidRPr="009C0FA9">
        <w:rPr>
          <w:rFonts w:ascii="微軟正黑體" w:eastAsia="微軟正黑體" w:hAnsi="微軟正黑體"/>
          <w:lang w:eastAsia="zh-TW"/>
        </w:rPr>
        <w:t>機關及本行各執一份，副本一份</w:t>
      </w:r>
      <w:r w:rsidRPr="009C0FA9">
        <w:rPr>
          <w:rFonts w:ascii="微軟正黑體" w:eastAsia="微軟正黑體" w:hAnsi="微軟正黑體" w:hint="eastAsia"/>
          <w:lang w:eastAsia="zh-TW"/>
        </w:rPr>
        <w:t>由廠商存執。</w:t>
      </w:r>
    </w:p>
    <w:p w14:paraId="332C8B10" w14:textId="7C2F7DBE" w:rsidR="00166305" w:rsidRPr="009C0FA9" w:rsidRDefault="00166305" w:rsidP="005F2F4F">
      <w:pPr>
        <w:spacing w:after="120" w:line="240" w:lineRule="auto"/>
        <w:ind w:left="132" w:hangingChars="60" w:hanging="132"/>
        <w:rPr>
          <w:rFonts w:ascii="微軟正黑體" w:eastAsia="微軟正黑體" w:hAnsi="微軟正黑體"/>
          <w:lang w:eastAsia="zh-TW"/>
        </w:rPr>
      </w:pPr>
      <w:r w:rsidRPr="009C0FA9">
        <w:rPr>
          <w:rFonts w:ascii="微軟正黑體" w:eastAsia="微軟正黑體" w:hAnsi="微軟正黑體" w:hint="eastAsia"/>
          <w:lang w:eastAsia="zh-TW"/>
        </w:rPr>
        <w:t>六、</w:t>
      </w:r>
      <w:r w:rsidRPr="009C0FA9">
        <w:rPr>
          <w:rFonts w:ascii="微軟正黑體" w:eastAsia="微軟正黑體" w:hAnsi="微軟正黑體"/>
          <w:lang w:eastAsia="zh-TW"/>
        </w:rPr>
        <w:t>本保證書由本行負責人或代表人簽署，加蓋本行印信或經理職章</w:t>
      </w:r>
      <w:r w:rsidRPr="009C0FA9">
        <w:rPr>
          <w:rFonts w:ascii="微軟正黑體" w:eastAsia="微軟正黑體" w:hAnsi="微軟正黑體" w:hint="eastAsia"/>
          <w:lang w:eastAsia="zh-TW"/>
        </w:rPr>
        <w:t>後生效。</w:t>
      </w:r>
    </w:p>
    <w:p w14:paraId="5B0AADC4" w14:textId="77777777" w:rsidR="00166305" w:rsidRPr="009C0FA9" w:rsidRDefault="00166305" w:rsidP="005F2F4F">
      <w:pPr>
        <w:spacing w:after="120" w:line="240" w:lineRule="auto"/>
        <w:ind w:left="132" w:hangingChars="60" w:hanging="132"/>
        <w:rPr>
          <w:rFonts w:ascii="微軟正黑體" w:eastAsia="微軟正黑體" w:hAnsi="微軟正黑體"/>
          <w:lang w:eastAsia="zh-TW"/>
        </w:rPr>
      </w:pPr>
    </w:p>
    <w:p w14:paraId="35A3EAC1" w14:textId="77777777" w:rsidR="00166305" w:rsidRPr="009C0FA9" w:rsidRDefault="00166305" w:rsidP="005F2F4F">
      <w:pPr>
        <w:spacing w:after="0" w:line="240" w:lineRule="auto"/>
        <w:ind w:left="132" w:hangingChars="60" w:hanging="132"/>
        <w:rPr>
          <w:rFonts w:ascii="微軟正黑體" w:eastAsia="微軟正黑體" w:hAnsi="微軟正黑體"/>
          <w:lang w:eastAsia="zh-TW"/>
        </w:rPr>
      </w:pPr>
      <w:r w:rsidRPr="009C0FA9">
        <w:rPr>
          <w:rFonts w:ascii="微軟正黑體" w:eastAsia="微軟正黑體" w:hAnsi="微軟正黑體" w:hint="eastAsia"/>
          <w:lang w:eastAsia="zh-TW"/>
        </w:rPr>
        <w:t>連帶保證銀行：</w:t>
      </w:r>
      <w:r w:rsidRPr="009C0FA9">
        <w:rPr>
          <w:rFonts w:ascii="微軟正黑體" w:eastAsia="微軟正黑體" w:hAnsi="微軟正黑體"/>
          <w:lang w:eastAsia="zh-TW"/>
        </w:rPr>
        <w:t xml:space="preserve"> </w:t>
      </w:r>
    </w:p>
    <w:p w14:paraId="06CEB113" w14:textId="77777777" w:rsidR="00166305" w:rsidRPr="009C0FA9" w:rsidRDefault="00166305" w:rsidP="005F2F4F">
      <w:pPr>
        <w:spacing w:after="0" w:line="240" w:lineRule="auto"/>
        <w:ind w:left="132" w:hangingChars="60" w:hanging="132"/>
        <w:rPr>
          <w:rFonts w:ascii="微軟正黑體" w:eastAsia="微軟正黑體" w:hAnsi="微軟正黑體"/>
          <w:lang w:eastAsia="zh-TW"/>
        </w:rPr>
      </w:pPr>
      <w:r w:rsidRPr="009C0FA9">
        <w:rPr>
          <w:rFonts w:ascii="微軟正黑體" w:eastAsia="微軟正黑體" w:hAnsi="微軟正黑體" w:hint="eastAsia"/>
          <w:lang w:eastAsia="zh-TW"/>
        </w:rPr>
        <w:t>負責人</w:t>
      </w:r>
      <w:r w:rsidRPr="009C0FA9">
        <w:rPr>
          <w:rFonts w:ascii="微軟正黑體" w:eastAsia="微軟正黑體" w:hAnsi="微軟正黑體"/>
          <w:lang w:eastAsia="zh-TW"/>
        </w:rPr>
        <w:t>(</w:t>
      </w:r>
      <w:r w:rsidRPr="009C0FA9">
        <w:rPr>
          <w:rFonts w:ascii="微軟正黑體" w:eastAsia="微軟正黑體" w:hAnsi="微軟正黑體" w:hint="eastAsia"/>
          <w:lang w:eastAsia="zh-TW"/>
        </w:rPr>
        <w:t>或代表人</w:t>
      </w:r>
      <w:r w:rsidRPr="009C0FA9">
        <w:rPr>
          <w:rFonts w:ascii="微軟正黑體" w:eastAsia="微軟正黑體" w:hAnsi="微軟正黑體"/>
          <w:lang w:eastAsia="zh-TW"/>
        </w:rPr>
        <w:t>)</w:t>
      </w:r>
      <w:r w:rsidRPr="009C0FA9">
        <w:rPr>
          <w:rFonts w:ascii="微軟正黑體" w:eastAsia="微軟正黑體" w:hAnsi="微軟正黑體" w:hint="eastAsia"/>
          <w:lang w:eastAsia="zh-TW"/>
        </w:rPr>
        <w:t>：</w:t>
      </w:r>
    </w:p>
    <w:p w14:paraId="6C71BF68" w14:textId="30D21725" w:rsidR="00166305" w:rsidRPr="009C0FA9" w:rsidRDefault="00166305" w:rsidP="005F2F4F">
      <w:pPr>
        <w:spacing w:after="0" w:line="240" w:lineRule="auto"/>
        <w:ind w:left="132" w:hangingChars="60" w:hanging="132"/>
        <w:rPr>
          <w:rFonts w:ascii="微軟正黑體" w:eastAsia="微軟正黑體" w:hAnsi="微軟正黑體"/>
          <w:lang w:eastAsia="zh-TW"/>
        </w:rPr>
      </w:pPr>
      <w:r w:rsidRPr="009C0FA9">
        <w:rPr>
          <w:rFonts w:ascii="微軟正黑體" w:eastAsia="微軟正黑體" w:hAnsi="微軟正黑體" w:hint="eastAsia"/>
          <w:lang w:eastAsia="zh-TW"/>
        </w:rPr>
        <w:t>地址：</w:t>
      </w:r>
    </w:p>
    <w:p w14:paraId="62C8FC0E" w14:textId="77777777" w:rsidR="00166305" w:rsidRPr="009C0FA9" w:rsidRDefault="00166305" w:rsidP="005F2F4F">
      <w:pPr>
        <w:spacing w:after="0" w:line="240" w:lineRule="auto"/>
        <w:ind w:left="132" w:hangingChars="60" w:hanging="132"/>
        <w:rPr>
          <w:rFonts w:ascii="微軟正黑體" w:eastAsia="微軟正黑體" w:hAnsi="微軟正黑體"/>
          <w:lang w:eastAsia="zh-TW"/>
        </w:rPr>
      </w:pPr>
      <w:r w:rsidRPr="009C0FA9">
        <w:rPr>
          <w:rFonts w:ascii="微軟正黑體" w:eastAsia="微軟正黑體" w:hAnsi="微軟正黑體" w:hint="eastAsia"/>
          <w:lang w:eastAsia="zh-TW"/>
        </w:rPr>
        <w:t>電話：</w:t>
      </w:r>
    </w:p>
    <w:p w14:paraId="319C37A3" w14:textId="77777777" w:rsidR="00166305" w:rsidRPr="009C0FA9" w:rsidRDefault="00166305" w:rsidP="005F2F4F">
      <w:pPr>
        <w:spacing w:after="120" w:line="240" w:lineRule="auto"/>
        <w:ind w:left="132" w:hangingChars="60" w:hanging="132"/>
        <w:rPr>
          <w:rFonts w:ascii="微軟正黑體" w:eastAsia="微軟正黑體" w:hAnsi="微軟正黑體"/>
          <w:lang w:eastAsia="zh-TW"/>
        </w:rPr>
      </w:pPr>
    </w:p>
    <w:p w14:paraId="3C43A3D8" w14:textId="77777777" w:rsidR="00166305" w:rsidRPr="009C0FA9" w:rsidRDefault="00166305" w:rsidP="005F2F4F">
      <w:pPr>
        <w:spacing w:after="120" w:line="240" w:lineRule="auto"/>
        <w:ind w:left="132" w:hangingChars="60" w:hanging="132"/>
        <w:rPr>
          <w:rFonts w:ascii="微軟正黑體" w:eastAsia="微軟正黑體" w:hAnsi="微軟正黑體"/>
          <w:lang w:eastAsia="zh-TW"/>
        </w:rPr>
      </w:pPr>
    </w:p>
    <w:p w14:paraId="0FD1C9A8" w14:textId="2020AD9D" w:rsidR="00166305" w:rsidRPr="009C0FA9" w:rsidRDefault="00166305" w:rsidP="005F2F4F">
      <w:pPr>
        <w:spacing w:after="120" w:line="240" w:lineRule="auto"/>
        <w:ind w:left="216" w:hangingChars="60" w:hanging="216"/>
        <w:jc w:val="distribute"/>
        <w:rPr>
          <w:rFonts w:ascii="微軟正黑體" w:eastAsia="微軟正黑體" w:hAnsi="微軟正黑體"/>
          <w:sz w:val="36"/>
          <w:szCs w:val="36"/>
          <w:lang w:eastAsia="zh-TW"/>
        </w:rPr>
      </w:pPr>
      <w:r w:rsidRPr="009C0FA9">
        <w:rPr>
          <w:rFonts w:ascii="微軟正黑體" w:eastAsia="微軟正黑體" w:hAnsi="微軟正黑體" w:hint="eastAsia"/>
          <w:sz w:val="36"/>
          <w:szCs w:val="36"/>
          <w:lang w:eastAsia="zh-TW"/>
        </w:rPr>
        <w:t>中華民國       年       月       日</w:t>
      </w:r>
    </w:p>
    <w:p w14:paraId="6B62B8AC" w14:textId="77777777" w:rsidR="00166305" w:rsidRPr="009C0FA9" w:rsidRDefault="00166305" w:rsidP="005F2F4F">
      <w:pPr>
        <w:spacing w:after="120" w:line="240" w:lineRule="auto"/>
        <w:ind w:left="216" w:hangingChars="60" w:hanging="216"/>
        <w:jc w:val="distribute"/>
        <w:rPr>
          <w:rFonts w:ascii="微軟正黑體" w:eastAsia="微軟正黑體" w:hAnsi="微軟正黑體"/>
          <w:b/>
          <w:sz w:val="36"/>
          <w:szCs w:val="36"/>
          <w:lang w:eastAsia="zh-TW"/>
        </w:rPr>
      </w:pPr>
    </w:p>
    <w:p w14:paraId="054E8C6C" w14:textId="77777777" w:rsidR="00166305" w:rsidRPr="009C0FA9" w:rsidRDefault="00166305">
      <w:pPr>
        <w:spacing w:after="0" w:line="240" w:lineRule="auto"/>
        <w:rPr>
          <w:rFonts w:ascii="微軟正黑體" w:eastAsia="微軟正黑體" w:hAnsi="微軟正黑體"/>
          <w:b/>
          <w:sz w:val="36"/>
          <w:szCs w:val="36"/>
          <w:lang w:eastAsia="zh-TW"/>
        </w:rPr>
        <w:sectPr w:rsidR="00166305" w:rsidRPr="009C0FA9" w:rsidSect="00D70522">
          <w:pgSz w:w="12240" w:h="15840"/>
          <w:pgMar w:top="720" w:right="720" w:bottom="720" w:left="720" w:header="720" w:footer="720" w:gutter="0"/>
          <w:pgNumType w:start="1"/>
          <w:cols w:space="720"/>
          <w:noEndnote/>
          <w:docGrid w:linePitch="326"/>
        </w:sectPr>
      </w:pPr>
    </w:p>
    <w:p w14:paraId="239B653F" w14:textId="77777777" w:rsidR="003257ED" w:rsidRPr="003257ED" w:rsidRDefault="003257ED" w:rsidP="003257ED">
      <w:pPr>
        <w:spacing w:after="0"/>
        <w:ind w:left="482" w:hanging="482"/>
        <w:jc w:val="center"/>
        <w:rPr>
          <w:rFonts w:ascii="微軟正黑體" w:eastAsia="微軟正黑體" w:hAnsi="微軟正黑體" w:cs="Mongolian Baiti"/>
          <w:b/>
          <w:bCs/>
          <w:sz w:val="36"/>
          <w:szCs w:val="48"/>
          <w:lang w:eastAsia="zh-TW"/>
        </w:rPr>
      </w:pPr>
      <w:bookmarkStart w:id="22" w:name="_Toc228345544"/>
      <w:r w:rsidRPr="003257ED">
        <w:rPr>
          <w:rFonts w:ascii="微軟正黑體" w:eastAsia="微軟正黑體" w:hAnsi="微軟正黑體" w:cs="Mongolian Baiti" w:hint="eastAsia"/>
          <w:b/>
          <w:bCs/>
          <w:sz w:val="36"/>
          <w:szCs w:val="48"/>
          <w:lang w:eastAsia="zh-TW"/>
        </w:rPr>
        <w:lastRenderedPageBreak/>
        <w:t>附件二</w:t>
      </w:r>
      <w:r w:rsidRPr="003257ED">
        <w:rPr>
          <w:rFonts w:ascii="微軟正黑體" w:eastAsia="微軟正黑體" w:hAnsi="微軟正黑體" w:cs="Mongolian Baiti"/>
          <w:b/>
          <w:bCs/>
          <w:sz w:val="36"/>
          <w:szCs w:val="48"/>
          <w:lang w:eastAsia="zh-TW"/>
        </w:rPr>
        <w:t xml:space="preserve"> 甄審作業各項表單</w:t>
      </w:r>
      <w:bookmarkEnd w:id="22"/>
    </w:p>
    <w:p w14:paraId="1B87F7C2" w14:textId="77777777" w:rsidR="003257ED" w:rsidRPr="003257ED" w:rsidRDefault="003257ED" w:rsidP="003257ED">
      <w:pPr>
        <w:tabs>
          <w:tab w:val="left" w:pos="993"/>
        </w:tabs>
        <w:spacing w:after="0" w:line="300" w:lineRule="exact"/>
        <w:rPr>
          <w:rFonts w:ascii="微軟正黑體" w:eastAsia="微軟正黑體" w:hAnsi="微軟正黑體" w:cs="Mongolian Baiti"/>
          <w:b/>
          <w:bCs/>
          <w:sz w:val="24"/>
          <w:szCs w:val="24"/>
          <w:lang w:eastAsia="zh-TW"/>
        </w:rPr>
      </w:pPr>
      <w:bookmarkStart w:id="23" w:name="_Toc228345545"/>
      <w:r w:rsidRPr="003257ED">
        <w:rPr>
          <w:rFonts w:ascii="微軟正黑體" w:eastAsia="微軟正黑體" w:hAnsi="微軟正黑體" w:cs="Mongolian Baiti" w:hint="eastAsia"/>
          <w:b/>
          <w:bCs/>
          <w:sz w:val="24"/>
          <w:szCs w:val="24"/>
          <w:lang w:eastAsia="zh-TW"/>
        </w:rPr>
        <w:t>附件二之一</w:t>
      </w:r>
      <w:r w:rsidRPr="003257ED">
        <w:rPr>
          <w:rFonts w:ascii="微軟正黑體" w:eastAsia="微軟正黑體" w:hAnsi="微軟正黑體" w:cs="Mongolian Baiti"/>
          <w:b/>
          <w:bCs/>
          <w:sz w:val="24"/>
          <w:szCs w:val="24"/>
          <w:lang w:eastAsia="zh-TW"/>
        </w:rPr>
        <w:t xml:space="preserve"> 申請人資格審查表</w:t>
      </w:r>
      <w:bookmarkEnd w:id="23"/>
    </w:p>
    <w:p w14:paraId="4A388719" w14:textId="77777777" w:rsidR="003257ED" w:rsidRPr="003257ED" w:rsidRDefault="003257ED" w:rsidP="003257ED">
      <w:pPr>
        <w:spacing w:after="120" w:line="300" w:lineRule="exact"/>
        <w:rPr>
          <w:rFonts w:ascii="微軟正黑體" w:eastAsia="微軟正黑體" w:hAnsi="微軟正黑體" w:cs="Mongolian Baiti"/>
        </w:rPr>
      </w:pPr>
      <w:r w:rsidRPr="003257ED">
        <w:rPr>
          <w:rFonts w:ascii="微軟正黑體" w:eastAsia="微軟正黑體" w:hAnsi="微軟正黑體" w:cs="Mongolian Baiti" w:hint="eastAsia"/>
        </w:rPr>
        <w:t>申請人：</w:t>
      </w:r>
    </w:p>
    <w:tbl>
      <w:tblPr>
        <w:tblW w:w="15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851"/>
        <w:gridCol w:w="845"/>
        <w:gridCol w:w="594"/>
        <w:gridCol w:w="608"/>
        <w:gridCol w:w="667"/>
        <w:gridCol w:w="871"/>
        <w:gridCol w:w="7"/>
        <w:gridCol w:w="1227"/>
        <w:gridCol w:w="993"/>
        <w:gridCol w:w="2835"/>
        <w:gridCol w:w="992"/>
        <w:gridCol w:w="934"/>
      </w:tblGrid>
      <w:tr w:rsidR="003257ED" w:rsidRPr="003257ED" w14:paraId="053E6AF6" w14:textId="77777777" w:rsidTr="00340D6B">
        <w:trPr>
          <w:trHeight w:val="85"/>
          <w:jc w:val="center"/>
        </w:trPr>
        <w:tc>
          <w:tcPr>
            <w:tcW w:w="3964" w:type="dxa"/>
            <w:vMerge w:val="restart"/>
            <w:vAlign w:val="center"/>
          </w:tcPr>
          <w:p w14:paraId="75A397B4" w14:textId="77777777" w:rsidR="003257ED" w:rsidRPr="003257ED" w:rsidRDefault="003257ED" w:rsidP="003257ED">
            <w:pPr>
              <w:spacing w:after="0" w:line="200" w:lineRule="exact"/>
              <w:jc w:val="center"/>
              <w:rPr>
                <w:rFonts w:ascii="微軟正黑體" w:eastAsia="微軟正黑體" w:hAnsi="微軟正黑體" w:cs="Mongolian Baiti"/>
                <w:sz w:val="16"/>
                <w:szCs w:val="16"/>
                <w:lang w:eastAsia="zh-TW"/>
              </w:rPr>
            </w:pPr>
            <w:r w:rsidRPr="003257ED">
              <w:rPr>
                <w:rFonts w:ascii="微軟正黑體" w:eastAsia="微軟正黑體" w:hAnsi="微軟正黑體" w:cs="Mongolian Baiti" w:hint="eastAsia"/>
                <w:sz w:val="16"/>
                <w:szCs w:val="16"/>
                <w:lang w:eastAsia="zh-TW"/>
              </w:rPr>
              <w:t>高雄市資源回收細分類廠有償BTO+BOT案</w:t>
            </w:r>
            <w:r w:rsidRPr="003257ED">
              <w:rPr>
                <w:rFonts w:ascii="微軟正黑體" w:eastAsia="微軟正黑體" w:hAnsi="微軟正黑體" w:cs="Mongolian Baiti"/>
                <w:sz w:val="16"/>
                <w:szCs w:val="16"/>
                <w:lang w:eastAsia="zh-TW"/>
              </w:rPr>
              <w:br/>
            </w:r>
            <w:r w:rsidRPr="003257ED">
              <w:rPr>
                <w:rFonts w:ascii="微軟正黑體" w:eastAsia="微軟正黑體" w:hAnsi="微軟正黑體" w:cs="Mongolian Baiti" w:hint="eastAsia"/>
                <w:sz w:val="16"/>
                <w:szCs w:val="16"/>
                <w:lang w:eastAsia="zh-TW"/>
              </w:rPr>
              <w:t>申請文件項目</w:t>
            </w:r>
          </w:p>
        </w:tc>
        <w:tc>
          <w:tcPr>
            <w:tcW w:w="851" w:type="dxa"/>
            <w:vMerge w:val="restart"/>
            <w:vAlign w:val="center"/>
          </w:tcPr>
          <w:p w14:paraId="1FFFDB7D"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r w:rsidRPr="003257ED">
              <w:rPr>
                <w:rFonts w:ascii="微軟正黑體" w:eastAsia="微軟正黑體" w:hAnsi="微軟正黑體" w:cs="Mongolian Baiti"/>
                <w:sz w:val="16"/>
                <w:szCs w:val="16"/>
                <w:lang w:eastAsia="zh-TW"/>
              </w:rPr>
              <w:t>正本</w:t>
            </w:r>
          </w:p>
          <w:p w14:paraId="35941112"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份數</w:t>
            </w:r>
          </w:p>
        </w:tc>
        <w:tc>
          <w:tcPr>
            <w:tcW w:w="845" w:type="dxa"/>
            <w:vMerge w:val="restart"/>
            <w:vAlign w:val="center"/>
          </w:tcPr>
          <w:p w14:paraId="0C5F9E08" w14:textId="77777777" w:rsidR="003257ED" w:rsidRPr="003257ED" w:rsidRDefault="003257ED" w:rsidP="003257ED">
            <w:pPr>
              <w:spacing w:after="0" w:line="200" w:lineRule="exact"/>
              <w:jc w:val="center"/>
              <w:rPr>
                <w:rFonts w:ascii="微軟正黑體" w:eastAsia="微軟正黑體" w:hAnsi="微軟正黑體" w:cs="Mongolian Baiti"/>
                <w:sz w:val="16"/>
                <w:szCs w:val="16"/>
                <w:lang w:eastAsia="zh-TW"/>
              </w:rPr>
            </w:pPr>
            <w:r w:rsidRPr="003257ED">
              <w:rPr>
                <w:rFonts w:ascii="微軟正黑體" w:eastAsia="微軟正黑體" w:hAnsi="微軟正黑體" w:cs="Mongolian Baiti" w:hint="eastAsia"/>
                <w:sz w:val="16"/>
                <w:szCs w:val="16"/>
                <w:lang w:eastAsia="zh-TW"/>
              </w:rPr>
              <w:t>影</w:t>
            </w:r>
            <w:r w:rsidRPr="003257ED">
              <w:rPr>
                <w:rFonts w:ascii="微軟正黑體" w:eastAsia="微軟正黑體" w:hAnsi="微軟正黑體" w:cs="Mongolian Baiti"/>
                <w:sz w:val="16"/>
                <w:szCs w:val="16"/>
                <w:lang w:eastAsia="zh-TW"/>
              </w:rPr>
              <w:t>本</w:t>
            </w:r>
          </w:p>
          <w:p w14:paraId="4B3E5F1D"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lang w:eastAsia="zh-TW"/>
              </w:rPr>
              <w:t>份數</w:t>
            </w:r>
          </w:p>
        </w:tc>
        <w:tc>
          <w:tcPr>
            <w:tcW w:w="1202" w:type="dxa"/>
            <w:gridSpan w:val="2"/>
            <w:vAlign w:val="center"/>
          </w:tcPr>
          <w:p w14:paraId="32D3BCF1"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檢核</w:t>
            </w:r>
            <w:r w:rsidRPr="003257ED">
              <w:rPr>
                <w:rFonts w:ascii="微軟正黑體" w:eastAsia="微軟正黑體" w:hAnsi="微軟正黑體" w:cs="Mongolian Baiti"/>
                <w:sz w:val="16"/>
                <w:szCs w:val="16"/>
              </w:rPr>
              <w:br/>
            </w:r>
            <w:r w:rsidRPr="003257ED">
              <w:rPr>
                <w:rFonts w:ascii="微軟正黑體" w:eastAsia="微軟正黑體" w:hAnsi="微軟正黑體" w:cs="Mongolian Baiti" w:hint="eastAsia"/>
                <w:sz w:val="16"/>
                <w:szCs w:val="16"/>
              </w:rPr>
              <w:t>勾稽</w:t>
            </w:r>
          </w:p>
        </w:tc>
        <w:tc>
          <w:tcPr>
            <w:tcW w:w="3765" w:type="dxa"/>
            <w:gridSpan w:val="5"/>
            <w:vAlign w:val="center"/>
          </w:tcPr>
          <w:p w14:paraId="0004487D" w14:textId="77777777" w:rsidR="003257ED" w:rsidRPr="003257ED" w:rsidRDefault="003257ED" w:rsidP="003257ED">
            <w:pPr>
              <w:widowControl w:val="0"/>
              <w:spacing w:after="0" w:line="200" w:lineRule="exact"/>
              <w:jc w:val="center"/>
              <w:rPr>
                <w:rFonts w:ascii="微軟正黑體" w:eastAsia="微軟正黑體" w:hAnsi="微軟正黑體" w:cs="Mongolian Baiti"/>
                <w:kern w:val="2"/>
                <w:sz w:val="16"/>
                <w:szCs w:val="16"/>
                <w:lang w:eastAsia="zh-TW" w:bidi="mn-Mong-CN"/>
              </w:rPr>
            </w:pPr>
            <w:r w:rsidRPr="003257ED">
              <w:rPr>
                <w:rFonts w:ascii="微軟正黑體" w:eastAsia="微軟正黑體" w:hAnsi="微軟正黑體" w:cs="Mongolian Baiti" w:hint="eastAsia"/>
                <w:kern w:val="2"/>
                <w:sz w:val="16"/>
                <w:szCs w:val="16"/>
                <w:lang w:eastAsia="zh-TW" w:bidi="mn-Mong-CN"/>
              </w:rPr>
              <w:t>檢核結果</w:t>
            </w:r>
          </w:p>
        </w:tc>
        <w:tc>
          <w:tcPr>
            <w:tcW w:w="4761" w:type="dxa"/>
            <w:gridSpan w:val="3"/>
            <w:vAlign w:val="center"/>
          </w:tcPr>
          <w:p w14:paraId="3F5D9C35"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補件或澄清結果</w:t>
            </w:r>
          </w:p>
        </w:tc>
      </w:tr>
      <w:tr w:rsidR="003257ED" w:rsidRPr="003257ED" w14:paraId="4FDFA793" w14:textId="77777777" w:rsidTr="00340D6B">
        <w:trPr>
          <w:trHeight w:val="300"/>
          <w:jc w:val="center"/>
        </w:trPr>
        <w:tc>
          <w:tcPr>
            <w:tcW w:w="3964" w:type="dxa"/>
            <w:vMerge/>
            <w:vAlign w:val="center"/>
          </w:tcPr>
          <w:p w14:paraId="469A0834"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p>
        </w:tc>
        <w:tc>
          <w:tcPr>
            <w:tcW w:w="851" w:type="dxa"/>
            <w:vMerge/>
            <w:vAlign w:val="center"/>
          </w:tcPr>
          <w:p w14:paraId="1E398C82"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p>
        </w:tc>
        <w:tc>
          <w:tcPr>
            <w:tcW w:w="845" w:type="dxa"/>
            <w:vMerge/>
          </w:tcPr>
          <w:p w14:paraId="20D013FF"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p>
        </w:tc>
        <w:tc>
          <w:tcPr>
            <w:tcW w:w="594" w:type="dxa"/>
            <w:vAlign w:val="center"/>
          </w:tcPr>
          <w:p w14:paraId="699BDD06"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已附</w:t>
            </w:r>
          </w:p>
        </w:tc>
        <w:tc>
          <w:tcPr>
            <w:tcW w:w="608" w:type="dxa"/>
            <w:vAlign w:val="center"/>
          </w:tcPr>
          <w:p w14:paraId="1B7B22A6"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免附</w:t>
            </w:r>
          </w:p>
        </w:tc>
        <w:tc>
          <w:tcPr>
            <w:tcW w:w="667" w:type="dxa"/>
            <w:vAlign w:val="center"/>
          </w:tcPr>
          <w:p w14:paraId="5DECEA42"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合格</w:t>
            </w:r>
          </w:p>
        </w:tc>
        <w:tc>
          <w:tcPr>
            <w:tcW w:w="871" w:type="dxa"/>
            <w:vAlign w:val="center"/>
          </w:tcPr>
          <w:p w14:paraId="64E3C968"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不合格</w:t>
            </w:r>
          </w:p>
        </w:tc>
        <w:tc>
          <w:tcPr>
            <w:tcW w:w="1234" w:type="dxa"/>
            <w:gridSpan w:val="2"/>
            <w:vAlign w:val="center"/>
          </w:tcPr>
          <w:p w14:paraId="11B2760C"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需補件或澄清</w:t>
            </w:r>
          </w:p>
        </w:tc>
        <w:tc>
          <w:tcPr>
            <w:tcW w:w="993" w:type="dxa"/>
            <w:vAlign w:val="center"/>
          </w:tcPr>
          <w:p w14:paraId="066766FB"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意見</w:t>
            </w:r>
          </w:p>
        </w:tc>
        <w:tc>
          <w:tcPr>
            <w:tcW w:w="2835" w:type="dxa"/>
            <w:vAlign w:val="center"/>
          </w:tcPr>
          <w:p w14:paraId="47E65CA3"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補件或澄清摘要說明</w:t>
            </w:r>
          </w:p>
        </w:tc>
        <w:tc>
          <w:tcPr>
            <w:tcW w:w="992" w:type="dxa"/>
            <w:vAlign w:val="center"/>
          </w:tcPr>
          <w:p w14:paraId="6B7CAE8E"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合格</w:t>
            </w:r>
          </w:p>
        </w:tc>
        <w:tc>
          <w:tcPr>
            <w:tcW w:w="934" w:type="dxa"/>
            <w:vAlign w:val="center"/>
          </w:tcPr>
          <w:p w14:paraId="29417985" w14:textId="77777777" w:rsidR="003257ED" w:rsidRPr="003257ED" w:rsidRDefault="003257ED" w:rsidP="003257ED">
            <w:pPr>
              <w:spacing w:after="0" w:line="200" w:lineRule="exact"/>
              <w:jc w:val="center"/>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不合格</w:t>
            </w:r>
          </w:p>
        </w:tc>
      </w:tr>
      <w:tr w:rsidR="003257ED" w:rsidRPr="003257ED" w14:paraId="7C5BD07F" w14:textId="77777777" w:rsidTr="00340D6B">
        <w:trPr>
          <w:trHeight w:val="85"/>
          <w:jc w:val="center"/>
        </w:trPr>
        <w:tc>
          <w:tcPr>
            <w:tcW w:w="3964" w:type="dxa"/>
            <w:vAlign w:val="center"/>
          </w:tcPr>
          <w:p w14:paraId="522C9E73" w14:textId="77777777"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color w:val="000000" w:themeColor="text1"/>
                <w:kern w:val="2"/>
                <w:sz w:val="16"/>
                <w:szCs w:val="16"/>
                <w:lang w:eastAsia="zh-TW" w:bidi="mn-Mong-CN"/>
              </w:rPr>
              <w:t>1.</w:t>
            </w:r>
            <w:r w:rsidRPr="00453AB6">
              <w:rPr>
                <w:rFonts w:ascii="微軟正黑體" w:eastAsia="微軟正黑體" w:hAnsi="微軟正黑體" w:cs="Mongolian Baiti" w:hint="eastAsia"/>
                <w:color w:val="000000" w:themeColor="text1"/>
                <w:kern w:val="2"/>
                <w:sz w:val="16"/>
                <w:szCs w:val="16"/>
                <w:lang w:eastAsia="zh-TW" w:bidi="mn-Mong-CN"/>
              </w:rPr>
              <w:t>申請文件檢核表</w:t>
            </w:r>
            <w:r w:rsidRPr="002B6187">
              <w:rPr>
                <w:rFonts w:ascii="微軟正黑體" w:eastAsia="微軟正黑體" w:hAnsi="微軟正黑體" w:cs="Mongolian Baiti" w:hint="eastAsia"/>
                <w:color w:val="FF0000"/>
                <w:kern w:val="2"/>
                <w:sz w:val="16"/>
                <w:szCs w:val="16"/>
                <w:lang w:eastAsia="zh-TW" w:bidi="mn-Mong-CN"/>
              </w:rPr>
              <w:t xml:space="preserve"> (附件一之ㄧ)</w:t>
            </w:r>
          </w:p>
        </w:tc>
        <w:tc>
          <w:tcPr>
            <w:tcW w:w="851" w:type="dxa"/>
            <w:vAlign w:val="center"/>
          </w:tcPr>
          <w:p w14:paraId="14C778C6"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4370F2FC"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w:t>
            </w:r>
          </w:p>
        </w:tc>
        <w:tc>
          <w:tcPr>
            <w:tcW w:w="594" w:type="dxa"/>
          </w:tcPr>
          <w:p w14:paraId="5F268A15"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648C2DFB"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70CCD4AA"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7D077FD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23BFF4CF"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161F685E"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4DF39658"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14DB90A7"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4649129C"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575542F7" w14:textId="77777777" w:rsidTr="00340D6B">
        <w:trPr>
          <w:jc w:val="center"/>
        </w:trPr>
        <w:tc>
          <w:tcPr>
            <w:tcW w:w="3964" w:type="dxa"/>
            <w:vAlign w:val="center"/>
          </w:tcPr>
          <w:p w14:paraId="695A9291" w14:textId="77777777"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2</w:t>
            </w:r>
            <w:r w:rsidRPr="00453AB6">
              <w:rPr>
                <w:rFonts w:ascii="微軟正黑體" w:eastAsia="微軟正黑體" w:hAnsi="微軟正黑體" w:cs="Mongolian Baiti"/>
                <w:color w:val="000000" w:themeColor="text1"/>
                <w:kern w:val="2"/>
                <w:sz w:val="16"/>
                <w:szCs w:val="16"/>
                <w:lang w:eastAsia="zh-TW" w:bidi="mn-Mong-CN"/>
              </w:rPr>
              <w:t>.申請人及負責人印鑑印模單</w:t>
            </w:r>
            <w:r w:rsidRPr="002B6187">
              <w:rPr>
                <w:rFonts w:ascii="微軟正黑體" w:eastAsia="微軟正黑體" w:hAnsi="微軟正黑體" w:cs="Mongolian Baiti" w:hint="eastAsia"/>
                <w:color w:val="FF0000"/>
                <w:kern w:val="2"/>
                <w:sz w:val="16"/>
                <w:szCs w:val="16"/>
                <w:lang w:eastAsia="zh-TW" w:bidi="mn-Mong-CN"/>
              </w:rPr>
              <w:t xml:space="preserve"> (</w:t>
            </w:r>
            <w:r w:rsidRPr="002B6187">
              <w:rPr>
                <w:rFonts w:ascii="微軟正黑體" w:eastAsia="微軟正黑體" w:hAnsi="微軟正黑體" w:cs="Mongolian Baiti"/>
                <w:color w:val="FF0000"/>
                <w:kern w:val="2"/>
                <w:sz w:val="16"/>
                <w:szCs w:val="16"/>
                <w:lang w:eastAsia="zh-TW" w:bidi="mn-Mong-CN"/>
              </w:rPr>
              <w:t>附件一之二</w:t>
            </w:r>
            <w:r w:rsidRPr="002B6187">
              <w:rPr>
                <w:rFonts w:ascii="微軟正黑體" w:eastAsia="微軟正黑體" w:hAnsi="微軟正黑體" w:cs="Mongolian Baiti" w:hint="eastAsia"/>
                <w:color w:val="FF0000"/>
                <w:kern w:val="2"/>
                <w:sz w:val="16"/>
                <w:szCs w:val="16"/>
                <w:lang w:eastAsia="zh-TW" w:bidi="mn-Mong-CN"/>
              </w:rPr>
              <w:t>)</w:t>
            </w:r>
          </w:p>
        </w:tc>
        <w:tc>
          <w:tcPr>
            <w:tcW w:w="851" w:type="dxa"/>
            <w:vAlign w:val="center"/>
          </w:tcPr>
          <w:p w14:paraId="52B5BD62"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212F4A58"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w:t>
            </w:r>
          </w:p>
        </w:tc>
        <w:tc>
          <w:tcPr>
            <w:tcW w:w="594" w:type="dxa"/>
          </w:tcPr>
          <w:p w14:paraId="2E43E178"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7D2D87B7"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56BC707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163452B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7056E2A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5041A071"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00B4FA6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39F7E63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7648864E"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1779794F" w14:textId="77777777" w:rsidTr="00340D6B">
        <w:trPr>
          <w:jc w:val="center"/>
        </w:trPr>
        <w:tc>
          <w:tcPr>
            <w:tcW w:w="3964" w:type="dxa"/>
            <w:vAlign w:val="center"/>
          </w:tcPr>
          <w:p w14:paraId="7CF6D578" w14:textId="77777777"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3.</w:t>
            </w:r>
            <w:r w:rsidRPr="00453AB6">
              <w:rPr>
                <w:rFonts w:ascii="微軟正黑體" w:eastAsia="微軟正黑體" w:hAnsi="微軟正黑體" w:cs="Mongolian Baiti"/>
                <w:color w:val="000000" w:themeColor="text1"/>
                <w:kern w:val="2"/>
                <w:sz w:val="16"/>
                <w:szCs w:val="16"/>
                <w:lang w:eastAsia="zh-TW" w:bidi="mn-Mong-CN"/>
              </w:rPr>
              <w:t>投資申請書</w:t>
            </w:r>
            <w:r w:rsidRPr="00453AB6">
              <w:rPr>
                <w:rFonts w:ascii="微軟正黑體" w:eastAsia="微軟正黑體" w:hAnsi="微軟正黑體" w:cs="Mongolian Baiti" w:hint="eastAsia"/>
                <w:color w:val="000000" w:themeColor="text1"/>
                <w:kern w:val="2"/>
                <w:sz w:val="16"/>
                <w:szCs w:val="16"/>
                <w:lang w:eastAsia="zh-TW" w:bidi="mn-Mong-CN"/>
              </w:rPr>
              <w:t xml:space="preserve"> </w:t>
            </w:r>
            <w:r w:rsidRPr="002B6187">
              <w:rPr>
                <w:rFonts w:ascii="微軟正黑體" w:eastAsia="微軟正黑體" w:hAnsi="微軟正黑體" w:cs="Mongolian Baiti" w:hint="eastAsia"/>
                <w:color w:val="FF0000"/>
                <w:kern w:val="2"/>
                <w:sz w:val="16"/>
                <w:szCs w:val="16"/>
                <w:lang w:eastAsia="zh-TW" w:bidi="mn-Mong-CN"/>
              </w:rPr>
              <w:t>(</w:t>
            </w:r>
            <w:r w:rsidRPr="002B6187">
              <w:rPr>
                <w:rFonts w:ascii="微軟正黑體" w:eastAsia="微軟正黑體" w:hAnsi="微軟正黑體" w:cs="Mongolian Baiti"/>
                <w:color w:val="FF0000"/>
                <w:kern w:val="2"/>
                <w:sz w:val="16"/>
                <w:szCs w:val="16"/>
                <w:lang w:eastAsia="zh-TW" w:bidi="mn-Mong-CN"/>
              </w:rPr>
              <w:t>附件一之</w:t>
            </w:r>
            <w:r w:rsidRPr="002B6187">
              <w:rPr>
                <w:rFonts w:ascii="微軟正黑體" w:eastAsia="微軟正黑體" w:hAnsi="微軟正黑體" w:cs="Mongolian Baiti" w:hint="eastAsia"/>
                <w:color w:val="FF0000"/>
                <w:kern w:val="2"/>
                <w:sz w:val="16"/>
                <w:szCs w:val="16"/>
                <w:lang w:eastAsia="zh-TW" w:bidi="mn-Mong-CN"/>
              </w:rPr>
              <w:t>三)</w:t>
            </w:r>
          </w:p>
        </w:tc>
        <w:tc>
          <w:tcPr>
            <w:tcW w:w="851" w:type="dxa"/>
            <w:vAlign w:val="center"/>
          </w:tcPr>
          <w:p w14:paraId="24685156"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CN"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510503B8"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w:t>
            </w:r>
          </w:p>
        </w:tc>
        <w:tc>
          <w:tcPr>
            <w:tcW w:w="594" w:type="dxa"/>
          </w:tcPr>
          <w:p w14:paraId="486C7B8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04CB5059"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06D60E33"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5CEB5FEA"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4CCB8659"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36EDE537"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5F7F437F"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304D5B25"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22AE6586"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1B4F4D31" w14:textId="77777777" w:rsidTr="00340D6B">
        <w:trPr>
          <w:jc w:val="center"/>
        </w:trPr>
        <w:tc>
          <w:tcPr>
            <w:tcW w:w="3964" w:type="dxa"/>
            <w:vAlign w:val="center"/>
          </w:tcPr>
          <w:p w14:paraId="2A2F84F2" w14:textId="77777777"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4</w:t>
            </w:r>
            <w:r w:rsidRPr="00453AB6">
              <w:rPr>
                <w:rFonts w:ascii="微軟正黑體" w:eastAsia="微軟正黑體" w:hAnsi="微軟正黑體" w:cs="Mongolian Baiti"/>
                <w:color w:val="000000" w:themeColor="text1"/>
                <w:kern w:val="2"/>
                <w:sz w:val="16"/>
                <w:szCs w:val="16"/>
                <w:lang w:eastAsia="zh-TW" w:bidi="mn-Mong-CN"/>
              </w:rPr>
              <w:t>.申請切結書</w:t>
            </w:r>
            <w:r w:rsidRPr="002B6187">
              <w:rPr>
                <w:rFonts w:ascii="微軟正黑體" w:eastAsia="微軟正黑體" w:hAnsi="微軟正黑體" w:cs="Mongolian Baiti" w:hint="eastAsia"/>
                <w:color w:val="FF0000"/>
                <w:kern w:val="2"/>
                <w:sz w:val="16"/>
                <w:szCs w:val="16"/>
                <w:lang w:eastAsia="zh-TW" w:bidi="mn-Mong-CN"/>
              </w:rPr>
              <w:t xml:space="preserve"> (</w:t>
            </w:r>
            <w:r w:rsidRPr="002B6187">
              <w:rPr>
                <w:rFonts w:ascii="微軟正黑體" w:eastAsia="微軟正黑體" w:hAnsi="微軟正黑體" w:cs="Mongolian Baiti"/>
                <w:color w:val="FF0000"/>
                <w:kern w:val="2"/>
                <w:sz w:val="16"/>
                <w:szCs w:val="16"/>
                <w:lang w:eastAsia="zh-TW" w:bidi="mn-Mong-CN"/>
              </w:rPr>
              <w:t>附件一之四</w:t>
            </w:r>
            <w:r w:rsidRPr="002B6187">
              <w:rPr>
                <w:rFonts w:ascii="微軟正黑體" w:eastAsia="微軟正黑體" w:hAnsi="微軟正黑體" w:cs="Mongolian Baiti" w:hint="eastAsia"/>
                <w:color w:val="FF0000"/>
                <w:kern w:val="2"/>
                <w:sz w:val="16"/>
                <w:szCs w:val="16"/>
                <w:lang w:eastAsia="zh-TW" w:bidi="mn-Mong-CN"/>
              </w:rPr>
              <w:t>)</w:t>
            </w:r>
          </w:p>
        </w:tc>
        <w:tc>
          <w:tcPr>
            <w:tcW w:w="851" w:type="dxa"/>
            <w:vAlign w:val="center"/>
          </w:tcPr>
          <w:p w14:paraId="7C0C090F"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74C479C9"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w:t>
            </w:r>
          </w:p>
        </w:tc>
        <w:tc>
          <w:tcPr>
            <w:tcW w:w="594" w:type="dxa"/>
          </w:tcPr>
          <w:p w14:paraId="3080FF3E"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5FCCC4AA"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4DA1911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4A48D9D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67D9811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1E3B3358"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602D6978"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49340AC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6C8DE9CD"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6E3FAD99" w14:textId="77777777" w:rsidTr="00340D6B">
        <w:trPr>
          <w:jc w:val="center"/>
        </w:trPr>
        <w:tc>
          <w:tcPr>
            <w:tcW w:w="3964" w:type="dxa"/>
            <w:vAlign w:val="center"/>
          </w:tcPr>
          <w:p w14:paraId="4C51240C" w14:textId="1141D10A"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5</w:t>
            </w:r>
            <w:r w:rsidRPr="00453AB6">
              <w:rPr>
                <w:rFonts w:ascii="微軟正黑體" w:eastAsia="微軟正黑體" w:hAnsi="微軟正黑體" w:cs="Mongolian Baiti"/>
                <w:color w:val="000000" w:themeColor="text1"/>
                <w:kern w:val="2"/>
                <w:sz w:val="16"/>
                <w:szCs w:val="16"/>
                <w:lang w:eastAsia="zh-TW" w:bidi="mn-Mong-CN"/>
              </w:rPr>
              <w:t>.</w:t>
            </w:r>
            <w:r w:rsidRPr="00453AB6">
              <w:rPr>
                <w:rFonts w:ascii="微軟正黑體" w:eastAsia="微軟正黑體" w:hAnsi="微軟正黑體" w:cs="Mongolian Baiti" w:hint="eastAsia"/>
                <w:color w:val="000000" w:themeColor="text1"/>
                <w:kern w:val="2"/>
                <w:sz w:val="16"/>
                <w:szCs w:val="16"/>
                <w:lang w:eastAsia="zh-TW" w:bidi="mn-Mong-CN"/>
              </w:rPr>
              <w:t>經認證之</w:t>
            </w:r>
            <w:r w:rsidRPr="00453AB6">
              <w:rPr>
                <w:rFonts w:ascii="微軟正黑體" w:eastAsia="微軟正黑體" w:hAnsi="微軟正黑體" w:cs="Mongolian Baiti"/>
                <w:color w:val="000000" w:themeColor="text1"/>
                <w:kern w:val="2"/>
                <w:sz w:val="16"/>
                <w:szCs w:val="16"/>
                <w:lang w:eastAsia="zh-TW" w:bidi="mn-Mong-CN"/>
              </w:rPr>
              <w:t>合作聯盟協議書</w:t>
            </w:r>
            <w:r w:rsidRPr="00453AB6">
              <w:rPr>
                <w:rFonts w:ascii="微軟正黑體" w:eastAsia="微軟正黑體" w:hAnsi="微軟正黑體" w:cs="Mongolian Baiti" w:hint="eastAsia"/>
                <w:color w:val="000000" w:themeColor="text1"/>
                <w:kern w:val="2"/>
                <w:sz w:val="16"/>
                <w:szCs w:val="16"/>
                <w:lang w:eastAsia="zh-TW" w:bidi="mn-Mong-CN"/>
              </w:rPr>
              <w:t xml:space="preserve"> </w:t>
            </w:r>
            <w:r w:rsidRPr="002B6187">
              <w:rPr>
                <w:rFonts w:ascii="微軟正黑體" w:eastAsia="微軟正黑體" w:hAnsi="微軟正黑體" w:cs="Mongolian Baiti"/>
                <w:color w:val="FF0000"/>
                <w:kern w:val="2"/>
                <w:sz w:val="16"/>
                <w:szCs w:val="16"/>
                <w:lang w:eastAsia="zh-TW" w:bidi="mn-Mong-CN"/>
              </w:rPr>
              <w:t>(附件一之五)</w:t>
            </w:r>
          </w:p>
        </w:tc>
        <w:tc>
          <w:tcPr>
            <w:tcW w:w="851" w:type="dxa"/>
            <w:vAlign w:val="center"/>
          </w:tcPr>
          <w:p w14:paraId="5FE0B2A1"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4A31B543"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3</w:t>
            </w:r>
          </w:p>
        </w:tc>
        <w:tc>
          <w:tcPr>
            <w:tcW w:w="594" w:type="dxa"/>
          </w:tcPr>
          <w:p w14:paraId="70039EF5"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55F6121E"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5C21DF2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1A7A448B"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5FA4418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3B72478F"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2A30144A"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11871E79"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07A8B54B"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16AEC319" w14:textId="77777777" w:rsidTr="00340D6B">
        <w:trPr>
          <w:jc w:val="center"/>
        </w:trPr>
        <w:tc>
          <w:tcPr>
            <w:tcW w:w="3964" w:type="dxa"/>
            <w:vAlign w:val="center"/>
          </w:tcPr>
          <w:p w14:paraId="1BF3BEFF" w14:textId="7C3B6B8C"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6</w:t>
            </w:r>
            <w:r w:rsidRPr="00453AB6">
              <w:rPr>
                <w:rFonts w:ascii="微軟正黑體" w:eastAsia="微軟正黑體" w:hAnsi="微軟正黑體" w:cs="Mongolian Baiti"/>
                <w:color w:val="000000" w:themeColor="text1"/>
                <w:kern w:val="2"/>
                <w:sz w:val="16"/>
                <w:szCs w:val="16"/>
                <w:lang w:eastAsia="zh-TW" w:bidi="mn-Mong-CN"/>
              </w:rPr>
              <w:t>.合作聯盟授權書</w:t>
            </w:r>
            <w:r w:rsidRPr="002B6187">
              <w:rPr>
                <w:rFonts w:ascii="微軟正黑體" w:eastAsia="微軟正黑體" w:hAnsi="微軟正黑體" w:cs="Mongolian Baiti" w:hint="eastAsia"/>
                <w:color w:val="FF0000"/>
                <w:kern w:val="2"/>
                <w:sz w:val="16"/>
                <w:szCs w:val="16"/>
                <w:lang w:eastAsia="zh-TW" w:bidi="mn-Mong-CN"/>
              </w:rPr>
              <w:t xml:space="preserve"> </w:t>
            </w:r>
            <w:r w:rsidRPr="002B6187">
              <w:rPr>
                <w:rFonts w:ascii="微軟正黑體" w:eastAsia="微軟正黑體" w:hAnsi="微軟正黑體" w:cs="Mongolian Baiti"/>
                <w:color w:val="FF0000"/>
                <w:kern w:val="2"/>
                <w:sz w:val="16"/>
                <w:szCs w:val="16"/>
                <w:lang w:eastAsia="zh-TW" w:bidi="mn-Mong-CN"/>
              </w:rPr>
              <w:t>(附件一之</w:t>
            </w:r>
            <w:r w:rsidRPr="002B6187">
              <w:rPr>
                <w:rFonts w:ascii="微軟正黑體" w:eastAsia="微軟正黑體" w:hAnsi="微軟正黑體" w:cs="Mongolian Baiti" w:hint="eastAsia"/>
                <w:color w:val="FF0000"/>
                <w:kern w:val="2"/>
                <w:sz w:val="16"/>
                <w:szCs w:val="16"/>
                <w:lang w:eastAsia="zh-TW" w:bidi="mn-Mong-CN"/>
              </w:rPr>
              <w:t>六</w:t>
            </w:r>
            <w:r w:rsidRPr="002B6187">
              <w:rPr>
                <w:rFonts w:ascii="微軟正黑體" w:eastAsia="微軟正黑體" w:hAnsi="微軟正黑體" w:cs="Mongolian Baiti"/>
                <w:color w:val="FF0000"/>
                <w:kern w:val="2"/>
                <w:sz w:val="16"/>
                <w:szCs w:val="16"/>
                <w:lang w:eastAsia="zh-TW" w:bidi="mn-Mong-CN"/>
              </w:rPr>
              <w:t>)</w:t>
            </w:r>
          </w:p>
        </w:tc>
        <w:tc>
          <w:tcPr>
            <w:tcW w:w="851" w:type="dxa"/>
            <w:vAlign w:val="center"/>
          </w:tcPr>
          <w:p w14:paraId="70F2EC37"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325CE0EF"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3</w:t>
            </w:r>
          </w:p>
        </w:tc>
        <w:tc>
          <w:tcPr>
            <w:tcW w:w="594" w:type="dxa"/>
          </w:tcPr>
          <w:p w14:paraId="302DFA7B"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6EEF095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634715F7"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39229533"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7EC291A7"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095AA27E"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751861C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436B5333"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0763B1F5"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1BE98030" w14:textId="77777777" w:rsidTr="00340D6B">
        <w:trPr>
          <w:jc w:val="center"/>
        </w:trPr>
        <w:tc>
          <w:tcPr>
            <w:tcW w:w="3964" w:type="dxa"/>
            <w:vAlign w:val="center"/>
          </w:tcPr>
          <w:p w14:paraId="497F474F" w14:textId="77777777"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7</w:t>
            </w:r>
            <w:r w:rsidRPr="00453AB6">
              <w:rPr>
                <w:rFonts w:ascii="微軟正黑體" w:eastAsia="微軟正黑體" w:hAnsi="微軟正黑體" w:cs="Mongolian Baiti"/>
                <w:color w:val="000000" w:themeColor="text1"/>
                <w:kern w:val="2"/>
                <w:sz w:val="16"/>
                <w:szCs w:val="16"/>
                <w:lang w:eastAsia="zh-TW" w:bidi="mn-Mong-CN"/>
              </w:rPr>
              <w:t>.代理人委任書</w:t>
            </w:r>
            <w:r w:rsidRPr="00453AB6">
              <w:rPr>
                <w:rFonts w:ascii="微軟正黑體" w:eastAsia="微軟正黑體" w:hAnsi="微軟正黑體" w:cs="Mongolian Baiti" w:hint="eastAsia"/>
                <w:color w:val="000000" w:themeColor="text1"/>
                <w:kern w:val="2"/>
                <w:sz w:val="16"/>
                <w:szCs w:val="16"/>
                <w:lang w:eastAsia="zh-TW" w:bidi="mn-Mong-CN"/>
              </w:rPr>
              <w:t xml:space="preserve"> </w:t>
            </w:r>
            <w:r w:rsidRPr="002B6187">
              <w:rPr>
                <w:rFonts w:ascii="微軟正黑體" w:eastAsia="微軟正黑體" w:hAnsi="微軟正黑體" w:cs="Mongolian Baiti" w:hint="eastAsia"/>
                <w:color w:val="FF0000"/>
                <w:kern w:val="2"/>
                <w:sz w:val="16"/>
                <w:szCs w:val="16"/>
                <w:lang w:eastAsia="zh-TW" w:bidi="mn-Mong-CN"/>
              </w:rPr>
              <w:t>(</w:t>
            </w:r>
            <w:r w:rsidRPr="002B6187">
              <w:rPr>
                <w:rFonts w:ascii="微軟正黑體" w:eastAsia="微軟正黑體" w:hAnsi="微軟正黑體" w:cs="Mongolian Baiti"/>
                <w:color w:val="FF0000"/>
                <w:kern w:val="2"/>
                <w:sz w:val="16"/>
                <w:szCs w:val="16"/>
                <w:lang w:eastAsia="zh-TW" w:bidi="mn-Mong-CN"/>
              </w:rPr>
              <w:t>附件一之</w:t>
            </w:r>
            <w:r w:rsidRPr="002B6187">
              <w:rPr>
                <w:rFonts w:ascii="微軟正黑體" w:eastAsia="微軟正黑體" w:hAnsi="微軟正黑體" w:cs="Mongolian Baiti" w:hint="eastAsia"/>
                <w:color w:val="FF0000"/>
                <w:kern w:val="2"/>
                <w:sz w:val="16"/>
                <w:szCs w:val="16"/>
                <w:lang w:eastAsia="zh-TW" w:bidi="mn-Mong-CN"/>
              </w:rPr>
              <w:t>七)</w:t>
            </w:r>
          </w:p>
        </w:tc>
        <w:tc>
          <w:tcPr>
            <w:tcW w:w="851" w:type="dxa"/>
            <w:vAlign w:val="center"/>
          </w:tcPr>
          <w:p w14:paraId="32DF8881"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4484786E"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3</w:t>
            </w:r>
          </w:p>
        </w:tc>
        <w:tc>
          <w:tcPr>
            <w:tcW w:w="594" w:type="dxa"/>
          </w:tcPr>
          <w:p w14:paraId="290CFD50"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725EA85F"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346E3B33"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03E1E295"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0BBE137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15FCC16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1C95313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228EC54F"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5A341A80"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2EC5BB11" w14:textId="77777777" w:rsidTr="00340D6B">
        <w:trPr>
          <w:jc w:val="center"/>
        </w:trPr>
        <w:tc>
          <w:tcPr>
            <w:tcW w:w="3964" w:type="dxa"/>
            <w:vAlign w:val="center"/>
          </w:tcPr>
          <w:p w14:paraId="67E76330" w14:textId="775BAB48"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color w:val="000000" w:themeColor="text1"/>
                <w:kern w:val="2"/>
                <w:sz w:val="16"/>
                <w:szCs w:val="16"/>
                <w:lang w:eastAsia="zh-TW" w:bidi="mn-Mong-CN"/>
              </w:rPr>
              <w:t>8.協力廠商合作意願書</w:t>
            </w:r>
            <w:r w:rsidRPr="00453AB6">
              <w:rPr>
                <w:rFonts w:ascii="微軟正黑體" w:eastAsia="微軟正黑體" w:hAnsi="微軟正黑體" w:cs="Mongolian Baiti" w:hint="eastAsia"/>
                <w:color w:val="000000" w:themeColor="text1"/>
                <w:kern w:val="2"/>
                <w:sz w:val="16"/>
                <w:szCs w:val="16"/>
                <w:lang w:eastAsia="zh-TW" w:bidi="mn-Mong-CN"/>
              </w:rPr>
              <w:t xml:space="preserve"> </w:t>
            </w:r>
            <w:r w:rsidRPr="002B6187">
              <w:rPr>
                <w:rFonts w:ascii="微軟正黑體" w:eastAsia="微軟正黑體" w:hAnsi="微軟正黑體" w:cs="Mongolian Baiti"/>
                <w:color w:val="FF0000"/>
                <w:kern w:val="2"/>
                <w:sz w:val="16"/>
                <w:szCs w:val="16"/>
                <w:lang w:eastAsia="zh-TW" w:bidi="mn-Mong-CN"/>
              </w:rPr>
              <w:t>(附件一之</w:t>
            </w:r>
            <w:r w:rsidRPr="002B6187">
              <w:rPr>
                <w:rFonts w:ascii="微軟正黑體" w:eastAsia="微軟正黑體" w:hAnsi="微軟正黑體" w:cs="Mongolian Baiti" w:hint="eastAsia"/>
                <w:color w:val="FF0000"/>
                <w:kern w:val="2"/>
                <w:sz w:val="16"/>
                <w:szCs w:val="16"/>
                <w:lang w:eastAsia="zh-TW" w:bidi="mn-Mong-CN"/>
              </w:rPr>
              <w:t>八</w:t>
            </w:r>
            <w:r w:rsidRPr="002B6187">
              <w:rPr>
                <w:rFonts w:ascii="微軟正黑體" w:eastAsia="微軟正黑體" w:hAnsi="微軟正黑體" w:cs="Mongolian Baiti"/>
                <w:color w:val="FF0000"/>
                <w:kern w:val="2"/>
                <w:sz w:val="16"/>
                <w:szCs w:val="16"/>
                <w:lang w:eastAsia="zh-TW" w:bidi="mn-Mong-CN"/>
              </w:rPr>
              <w:t>)</w:t>
            </w:r>
          </w:p>
        </w:tc>
        <w:tc>
          <w:tcPr>
            <w:tcW w:w="851" w:type="dxa"/>
            <w:vAlign w:val="center"/>
          </w:tcPr>
          <w:p w14:paraId="32D519A8"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3446071E"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w:t>
            </w:r>
          </w:p>
        </w:tc>
        <w:tc>
          <w:tcPr>
            <w:tcW w:w="594" w:type="dxa"/>
          </w:tcPr>
          <w:p w14:paraId="7D8BCF81"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77A47E3F"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7C8C36C9"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2A1EBF9F"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78AA0150"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2D015000"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2666E63F"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549BB4FC"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747B06ED"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2D4A73F3" w14:textId="77777777" w:rsidTr="00340D6B">
        <w:trPr>
          <w:jc w:val="center"/>
        </w:trPr>
        <w:tc>
          <w:tcPr>
            <w:tcW w:w="3964" w:type="dxa"/>
            <w:vAlign w:val="center"/>
          </w:tcPr>
          <w:p w14:paraId="72A65683" w14:textId="77777777"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9.公職人員及關係人身分關係聲明書</w:t>
            </w:r>
            <w:r w:rsidRPr="002B6187">
              <w:rPr>
                <w:rFonts w:ascii="微軟正黑體" w:eastAsia="微軟正黑體" w:hAnsi="微軟正黑體" w:cs="Mongolian Baiti" w:hint="eastAsia"/>
                <w:color w:val="FF0000"/>
                <w:kern w:val="2"/>
                <w:sz w:val="16"/>
                <w:szCs w:val="16"/>
                <w:lang w:eastAsia="zh-TW" w:bidi="mn-Mong-CN"/>
              </w:rPr>
              <w:t xml:space="preserve"> (</w:t>
            </w:r>
            <w:r w:rsidRPr="002B6187">
              <w:rPr>
                <w:rFonts w:ascii="微軟正黑體" w:eastAsia="微軟正黑體" w:hAnsi="微軟正黑體" w:cs="Mongolian Baiti"/>
                <w:color w:val="FF0000"/>
                <w:kern w:val="2"/>
                <w:sz w:val="16"/>
                <w:szCs w:val="16"/>
                <w:lang w:eastAsia="zh-TW" w:bidi="mn-Mong-CN"/>
              </w:rPr>
              <w:t>附件一之</w:t>
            </w:r>
            <w:r w:rsidRPr="002B6187">
              <w:rPr>
                <w:rFonts w:ascii="微軟正黑體" w:eastAsia="微軟正黑體" w:hAnsi="微軟正黑體" w:cs="Mongolian Baiti" w:hint="eastAsia"/>
                <w:color w:val="FF0000"/>
                <w:kern w:val="2"/>
                <w:sz w:val="16"/>
                <w:szCs w:val="16"/>
                <w:lang w:eastAsia="zh-TW" w:bidi="mn-Mong-CN"/>
              </w:rPr>
              <w:t>九)</w:t>
            </w:r>
          </w:p>
        </w:tc>
        <w:tc>
          <w:tcPr>
            <w:tcW w:w="851" w:type="dxa"/>
            <w:vAlign w:val="center"/>
          </w:tcPr>
          <w:p w14:paraId="7251C989"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46AD86FA"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w:t>
            </w:r>
          </w:p>
        </w:tc>
        <w:tc>
          <w:tcPr>
            <w:tcW w:w="594" w:type="dxa"/>
          </w:tcPr>
          <w:p w14:paraId="0A20088E"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09F4DA00"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115BDE23"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0C6597AB"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30784261"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1097531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185C4B2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27BB621F"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5AB00206"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504E0B02" w14:textId="77777777" w:rsidTr="00340D6B">
        <w:trPr>
          <w:jc w:val="center"/>
        </w:trPr>
        <w:tc>
          <w:tcPr>
            <w:tcW w:w="3964" w:type="dxa"/>
            <w:vAlign w:val="center"/>
          </w:tcPr>
          <w:p w14:paraId="1C4F0DF7" w14:textId="77777777"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color w:val="000000" w:themeColor="text1"/>
                <w:kern w:val="2"/>
                <w:sz w:val="16"/>
                <w:szCs w:val="16"/>
                <w:lang w:eastAsia="zh-TW" w:bidi="mn-Mong-CN"/>
              </w:rPr>
              <w:t>10.申請人聲明書</w:t>
            </w:r>
            <w:r w:rsidRPr="00453AB6">
              <w:rPr>
                <w:rFonts w:ascii="微軟正黑體" w:eastAsia="微軟正黑體" w:hAnsi="微軟正黑體" w:cs="Mongolian Baiti" w:hint="eastAsia"/>
                <w:color w:val="000000" w:themeColor="text1"/>
                <w:kern w:val="2"/>
                <w:sz w:val="16"/>
                <w:szCs w:val="16"/>
                <w:lang w:eastAsia="zh-TW" w:bidi="mn-Mong-CN"/>
              </w:rPr>
              <w:t xml:space="preserve"> </w:t>
            </w:r>
            <w:r w:rsidRPr="002B6187">
              <w:rPr>
                <w:rFonts w:ascii="微軟正黑體" w:eastAsia="微軟正黑體" w:hAnsi="微軟正黑體" w:cs="Mongolian Baiti" w:hint="eastAsia"/>
                <w:color w:val="FF0000"/>
                <w:kern w:val="2"/>
                <w:sz w:val="16"/>
                <w:szCs w:val="16"/>
                <w:lang w:eastAsia="zh-TW" w:bidi="mn-Mong-CN"/>
              </w:rPr>
              <w:t>(</w:t>
            </w:r>
            <w:r w:rsidRPr="002B6187">
              <w:rPr>
                <w:rFonts w:ascii="微軟正黑體" w:eastAsia="微軟正黑體" w:hAnsi="微軟正黑體" w:cs="Mongolian Baiti"/>
                <w:color w:val="FF0000"/>
                <w:kern w:val="2"/>
                <w:sz w:val="16"/>
                <w:szCs w:val="16"/>
                <w:lang w:eastAsia="zh-TW" w:bidi="mn-Mong-CN"/>
              </w:rPr>
              <w:t>附件一之</w:t>
            </w:r>
            <w:r w:rsidRPr="002B6187">
              <w:rPr>
                <w:rFonts w:ascii="微軟正黑體" w:eastAsia="微軟正黑體" w:hAnsi="微軟正黑體" w:cs="Mongolian Baiti" w:hint="eastAsia"/>
                <w:color w:val="FF0000"/>
                <w:kern w:val="2"/>
                <w:sz w:val="16"/>
                <w:szCs w:val="16"/>
                <w:lang w:eastAsia="zh-TW" w:bidi="mn-Mong-CN"/>
              </w:rPr>
              <w:t>十)</w:t>
            </w:r>
          </w:p>
        </w:tc>
        <w:tc>
          <w:tcPr>
            <w:tcW w:w="851" w:type="dxa"/>
            <w:vAlign w:val="center"/>
          </w:tcPr>
          <w:p w14:paraId="1FD78AA8"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CN" w:bidi="mn-Mong-CN"/>
              </w:rPr>
              <w:t>1</w:t>
            </w:r>
          </w:p>
        </w:tc>
        <w:tc>
          <w:tcPr>
            <w:tcW w:w="845" w:type="dxa"/>
            <w:vAlign w:val="center"/>
          </w:tcPr>
          <w:p w14:paraId="2AEF2546"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w:t>
            </w:r>
          </w:p>
        </w:tc>
        <w:tc>
          <w:tcPr>
            <w:tcW w:w="594" w:type="dxa"/>
          </w:tcPr>
          <w:p w14:paraId="3375CAE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48F56C36"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0A45363A"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1C3E040C"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122E03F3"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0A5A2E9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40BAEC6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5E0B8A60"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7BC85ABD"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6A24B827" w14:textId="77777777" w:rsidTr="00340D6B">
        <w:trPr>
          <w:jc w:val="center"/>
        </w:trPr>
        <w:tc>
          <w:tcPr>
            <w:tcW w:w="3964" w:type="dxa"/>
            <w:vAlign w:val="center"/>
          </w:tcPr>
          <w:p w14:paraId="5D09196D" w14:textId="77777777"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11</w:t>
            </w:r>
            <w:r w:rsidRPr="00453AB6">
              <w:rPr>
                <w:rFonts w:ascii="微軟正黑體" w:eastAsia="微軟正黑體" w:hAnsi="微軟正黑體" w:cs="Mongolian Baiti"/>
                <w:color w:val="000000" w:themeColor="text1"/>
                <w:kern w:val="2"/>
                <w:sz w:val="16"/>
                <w:szCs w:val="16"/>
                <w:lang w:eastAsia="zh-TW" w:bidi="mn-Mong-CN"/>
              </w:rPr>
              <w:t>-1.承諾投資金額</w:t>
            </w:r>
            <w:r w:rsidRPr="002B6187">
              <w:rPr>
                <w:rFonts w:ascii="微軟正黑體" w:eastAsia="微軟正黑體" w:hAnsi="微軟正黑體" w:cs="Mongolian Baiti" w:hint="eastAsia"/>
                <w:color w:val="FF0000"/>
                <w:kern w:val="2"/>
                <w:sz w:val="16"/>
                <w:szCs w:val="16"/>
                <w:lang w:eastAsia="zh-TW" w:bidi="mn-Mong-CN"/>
              </w:rPr>
              <w:t>(</w:t>
            </w:r>
            <w:r w:rsidRPr="002B6187">
              <w:rPr>
                <w:rFonts w:ascii="微軟正黑體" w:eastAsia="微軟正黑體" w:hAnsi="微軟正黑體" w:cs="Mongolian Baiti"/>
                <w:color w:val="FF0000"/>
                <w:kern w:val="2"/>
                <w:sz w:val="16"/>
                <w:szCs w:val="16"/>
                <w:lang w:eastAsia="zh-TW" w:bidi="mn-Mong-CN"/>
              </w:rPr>
              <w:t>附件一之</w:t>
            </w:r>
            <w:r w:rsidRPr="002B6187">
              <w:rPr>
                <w:rFonts w:ascii="微軟正黑體" w:eastAsia="微軟正黑體" w:hAnsi="微軟正黑體" w:cs="Mongolian Baiti" w:hint="eastAsia"/>
                <w:color w:val="FF0000"/>
                <w:kern w:val="2"/>
                <w:sz w:val="16"/>
                <w:szCs w:val="16"/>
                <w:lang w:eastAsia="zh-TW" w:bidi="mn-Mong-CN"/>
              </w:rPr>
              <w:t>十一-1)</w:t>
            </w:r>
          </w:p>
        </w:tc>
        <w:tc>
          <w:tcPr>
            <w:tcW w:w="851" w:type="dxa"/>
            <w:vAlign w:val="center"/>
          </w:tcPr>
          <w:p w14:paraId="4121524C"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365F166F"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w:t>
            </w:r>
          </w:p>
        </w:tc>
        <w:tc>
          <w:tcPr>
            <w:tcW w:w="594" w:type="dxa"/>
          </w:tcPr>
          <w:p w14:paraId="78EC7E95"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23C1074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3F41E17A"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5D73CA41"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3E22FDA6"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5F69A19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726836D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230C4639"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28EEBF11"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797E23C2" w14:textId="77777777" w:rsidTr="00340D6B">
        <w:trPr>
          <w:jc w:val="center"/>
        </w:trPr>
        <w:tc>
          <w:tcPr>
            <w:tcW w:w="3964" w:type="dxa"/>
            <w:vAlign w:val="center"/>
          </w:tcPr>
          <w:p w14:paraId="1DB9AD3A" w14:textId="77777777"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11</w:t>
            </w:r>
            <w:r w:rsidRPr="00453AB6">
              <w:rPr>
                <w:rFonts w:ascii="微軟正黑體" w:eastAsia="微軟正黑體" w:hAnsi="微軟正黑體" w:cs="Mongolian Baiti"/>
                <w:color w:val="000000" w:themeColor="text1"/>
                <w:kern w:val="2"/>
                <w:sz w:val="16"/>
                <w:szCs w:val="16"/>
                <w:lang w:eastAsia="zh-TW" w:bidi="mn-Mong-CN"/>
              </w:rPr>
              <w:t>-2.</w:t>
            </w:r>
            <w:r w:rsidRPr="00453AB6">
              <w:rPr>
                <w:rFonts w:ascii="微軟正黑體" w:eastAsia="微軟正黑體" w:hAnsi="微軟正黑體" w:cs="Mongolian Baiti" w:hint="eastAsia"/>
                <w:color w:val="000000" w:themeColor="text1"/>
                <w:kern w:val="2"/>
                <w:sz w:val="16"/>
                <w:szCs w:val="16"/>
                <w:lang w:eastAsia="zh-TW" w:bidi="mn-Mong-CN"/>
              </w:rPr>
              <w:t>資源回收物收購費率</w:t>
            </w:r>
            <w:r w:rsidRPr="002B6187">
              <w:rPr>
                <w:rFonts w:ascii="微軟正黑體" w:eastAsia="微軟正黑體" w:hAnsi="微軟正黑體" w:cs="Mongolian Baiti" w:hint="eastAsia"/>
                <w:color w:val="FF0000"/>
                <w:kern w:val="2"/>
                <w:sz w:val="16"/>
                <w:szCs w:val="16"/>
                <w:lang w:eastAsia="zh-TW" w:bidi="mn-Mong-CN"/>
              </w:rPr>
              <w:t>(</w:t>
            </w:r>
            <w:r w:rsidRPr="002B6187">
              <w:rPr>
                <w:rFonts w:ascii="微軟正黑體" w:eastAsia="微軟正黑體" w:hAnsi="微軟正黑體" w:cs="Mongolian Baiti"/>
                <w:color w:val="FF0000"/>
                <w:kern w:val="2"/>
                <w:sz w:val="16"/>
                <w:szCs w:val="16"/>
                <w:lang w:eastAsia="zh-TW" w:bidi="mn-Mong-CN"/>
              </w:rPr>
              <w:t>附件一之</w:t>
            </w:r>
            <w:r w:rsidRPr="002B6187">
              <w:rPr>
                <w:rFonts w:ascii="微軟正黑體" w:eastAsia="微軟正黑體" w:hAnsi="微軟正黑體" w:cs="Mongolian Baiti" w:hint="eastAsia"/>
                <w:color w:val="FF0000"/>
                <w:kern w:val="2"/>
                <w:sz w:val="16"/>
                <w:szCs w:val="16"/>
                <w:lang w:eastAsia="zh-TW" w:bidi="mn-Mong-CN"/>
              </w:rPr>
              <w:t>十一-2)</w:t>
            </w:r>
          </w:p>
        </w:tc>
        <w:tc>
          <w:tcPr>
            <w:tcW w:w="851" w:type="dxa"/>
            <w:vAlign w:val="center"/>
          </w:tcPr>
          <w:p w14:paraId="7737439D"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1E29CB0F"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w:t>
            </w:r>
          </w:p>
        </w:tc>
        <w:tc>
          <w:tcPr>
            <w:tcW w:w="594" w:type="dxa"/>
          </w:tcPr>
          <w:p w14:paraId="445FBD0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27E30FA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4CDB70C6"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19823B3E"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34276ECC"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67D26791"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0DDC0F41"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4E41E177"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50737C8E"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70144A55" w14:textId="77777777" w:rsidTr="00340D6B">
        <w:trPr>
          <w:jc w:val="center"/>
        </w:trPr>
        <w:tc>
          <w:tcPr>
            <w:tcW w:w="3964" w:type="dxa"/>
            <w:vAlign w:val="center"/>
          </w:tcPr>
          <w:p w14:paraId="772EB0F3" w14:textId="0C1D3FEF"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color w:val="000000" w:themeColor="text1"/>
                <w:kern w:val="2"/>
                <w:sz w:val="16"/>
                <w:szCs w:val="16"/>
                <w:lang w:eastAsia="zh-TW" w:bidi="mn-Mong-CN"/>
              </w:rPr>
              <w:t>1</w:t>
            </w:r>
            <w:r w:rsidRPr="00453AB6">
              <w:rPr>
                <w:rFonts w:ascii="微軟正黑體" w:eastAsia="微軟正黑體" w:hAnsi="微軟正黑體" w:cs="Mongolian Baiti" w:hint="eastAsia"/>
                <w:color w:val="000000" w:themeColor="text1"/>
                <w:kern w:val="2"/>
                <w:sz w:val="16"/>
                <w:szCs w:val="16"/>
                <w:lang w:eastAsia="zh-TW" w:bidi="mn-Mong-CN"/>
              </w:rPr>
              <w:t>2-1</w:t>
            </w:r>
            <w:r w:rsidRPr="00453AB6">
              <w:rPr>
                <w:rFonts w:ascii="微軟正黑體" w:eastAsia="微軟正黑體" w:hAnsi="微軟正黑體" w:cs="Mongolian Baiti"/>
                <w:color w:val="000000" w:themeColor="text1"/>
                <w:kern w:val="2"/>
                <w:sz w:val="16"/>
                <w:szCs w:val="16"/>
                <w:lang w:eastAsia="zh-TW" w:bidi="mn-Mong-CN"/>
              </w:rPr>
              <w:t>金融機構融資意願書</w:t>
            </w:r>
            <w:r w:rsidRPr="002B6187">
              <w:rPr>
                <w:rFonts w:ascii="微軟正黑體" w:eastAsia="微軟正黑體" w:hAnsi="微軟正黑體" w:cs="Mongolian Baiti" w:hint="eastAsia"/>
                <w:color w:val="FF0000"/>
                <w:kern w:val="2"/>
                <w:sz w:val="16"/>
                <w:szCs w:val="16"/>
                <w:lang w:eastAsia="zh-TW" w:bidi="mn-Mong-CN"/>
              </w:rPr>
              <w:t>(</w:t>
            </w:r>
            <w:r w:rsidRPr="002B6187">
              <w:rPr>
                <w:rFonts w:ascii="微軟正黑體" w:eastAsia="微軟正黑體" w:hAnsi="微軟正黑體" w:cs="Mongolian Baiti"/>
                <w:color w:val="FF0000"/>
                <w:kern w:val="2"/>
                <w:sz w:val="16"/>
                <w:szCs w:val="16"/>
                <w:lang w:eastAsia="zh-TW" w:bidi="mn-Mong-CN"/>
              </w:rPr>
              <w:t>附件一之</w:t>
            </w:r>
            <w:r w:rsidRPr="002B6187">
              <w:rPr>
                <w:rFonts w:ascii="微軟正黑體" w:eastAsia="微軟正黑體" w:hAnsi="微軟正黑體" w:cs="Mongolian Baiti" w:hint="eastAsia"/>
                <w:color w:val="FF0000"/>
                <w:kern w:val="2"/>
                <w:sz w:val="16"/>
                <w:szCs w:val="16"/>
                <w:lang w:eastAsia="zh-TW" w:bidi="mn-Mong-CN"/>
              </w:rPr>
              <w:t>十二)</w:t>
            </w:r>
          </w:p>
        </w:tc>
        <w:tc>
          <w:tcPr>
            <w:tcW w:w="851" w:type="dxa"/>
            <w:vAlign w:val="center"/>
          </w:tcPr>
          <w:p w14:paraId="554754A2"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2C86BC85"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3</w:t>
            </w:r>
          </w:p>
        </w:tc>
        <w:tc>
          <w:tcPr>
            <w:tcW w:w="594" w:type="dxa"/>
          </w:tcPr>
          <w:p w14:paraId="47FB02D9"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03A91215"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08275B8A"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68EF818A"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4749851E"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6A849EA5"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7CC71C78"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7D9C237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6A08D65B"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69C86BF8" w14:textId="77777777" w:rsidTr="00340D6B">
        <w:trPr>
          <w:jc w:val="center"/>
        </w:trPr>
        <w:tc>
          <w:tcPr>
            <w:tcW w:w="3964" w:type="dxa"/>
            <w:vAlign w:val="center"/>
          </w:tcPr>
          <w:p w14:paraId="55748096" w14:textId="08B1A2B6" w:rsidR="003257ED" w:rsidRPr="00A74A3D" w:rsidRDefault="003257ED" w:rsidP="003257ED">
            <w:pPr>
              <w:widowControl w:val="0"/>
              <w:spacing w:after="0" w:line="200" w:lineRule="exact"/>
              <w:rPr>
                <w:rFonts w:ascii="微軟正黑體" w:eastAsia="SimSun" w:hAnsi="微軟正黑體" w:cs="Mongolian Baiti" w:hint="eastAsia"/>
                <w:color w:val="000000" w:themeColor="text1"/>
                <w:kern w:val="2"/>
                <w:sz w:val="16"/>
                <w:szCs w:val="16"/>
                <w:lang w:eastAsia="zh-CN" w:bidi="mn-Mong-CN"/>
              </w:rPr>
            </w:pPr>
            <w:r w:rsidRPr="00453AB6">
              <w:rPr>
                <w:rFonts w:ascii="微軟正黑體" w:eastAsia="微軟正黑體" w:hAnsi="微軟正黑體" w:cs="Mongolian Baiti"/>
                <w:color w:val="000000" w:themeColor="text1"/>
                <w:kern w:val="2"/>
                <w:sz w:val="16"/>
                <w:szCs w:val="16"/>
                <w:lang w:eastAsia="zh-TW" w:bidi="mn-Mong-CN"/>
              </w:rPr>
              <w:t>1</w:t>
            </w:r>
            <w:r w:rsidRPr="00453AB6">
              <w:rPr>
                <w:rFonts w:ascii="微軟正黑體" w:eastAsia="微軟正黑體" w:hAnsi="微軟正黑體" w:cs="Mongolian Baiti" w:hint="eastAsia"/>
                <w:color w:val="000000" w:themeColor="text1"/>
                <w:kern w:val="2"/>
                <w:sz w:val="16"/>
                <w:szCs w:val="16"/>
                <w:lang w:eastAsia="zh-TW" w:bidi="mn-Mong-CN"/>
              </w:rPr>
              <w:t>2-2</w:t>
            </w:r>
            <w:r w:rsidRPr="00453AB6">
              <w:rPr>
                <w:rFonts w:ascii="微軟正黑體" w:eastAsia="微軟正黑體" w:hAnsi="微軟正黑體" w:cs="Mongolian Baiti"/>
                <w:color w:val="000000" w:themeColor="text1"/>
                <w:kern w:val="2"/>
                <w:sz w:val="16"/>
                <w:szCs w:val="16"/>
                <w:lang w:eastAsia="zh-TW" w:bidi="mn-Mong-CN"/>
              </w:rPr>
              <w:t>金融機構</w:t>
            </w:r>
            <w:r w:rsidRPr="00453AB6">
              <w:rPr>
                <w:rFonts w:ascii="微軟正黑體" w:eastAsia="微軟正黑體" w:hAnsi="微軟正黑體" w:cs="Mongolian Baiti" w:hint="eastAsia"/>
                <w:color w:val="000000" w:themeColor="text1"/>
                <w:kern w:val="2"/>
                <w:sz w:val="16"/>
                <w:szCs w:val="16"/>
                <w:lang w:eastAsia="zh-TW" w:bidi="mn-Mong-CN"/>
              </w:rPr>
              <w:t xml:space="preserve">對投資計畫書評估意見 </w:t>
            </w:r>
          </w:p>
        </w:tc>
        <w:tc>
          <w:tcPr>
            <w:tcW w:w="851" w:type="dxa"/>
            <w:vAlign w:val="center"/>
          </w:tcPr>
          <w:p w14:paraId="7175CEEF"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w:t>
            </w:r>
          </w:p>
        </w:tc>
        <w:tc>
          <w:tcPr>
            <w:tcW w:w="845" w:type="dxa"/>
            <w:vAlign w:val="center"/>
          </w:tcPr>
          <w:p w14:paraId="4F909BDD"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1</w:t>
            </w:r>
          </w:p>
        </w:tc>
        <w:tc>
          <w:tcPr>
            <w:tcW w:w="594" w:type="dxa"/>
          </w:tcPr>
          <w:p w14:paraId="79B83CA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2BFAFA67"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56651C7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00018295"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54FB4BF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479D572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7A24A158"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6A4E9FAF"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6550DA02"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7C359AE5" w14:textId="77777777" w:rsidTr="00340D6B">
        <w:trPr>
          <w:jc w:val="center"/>
        </w:trPr>
        <w:tc>
          <w:tcPr>
            <w:tcW w:w="3964" w:type="dxa"/>
            <w:vAlign w:val="center"/>
          </w:tcPr>
          <w:p w14:paraId="48E302DA" w14:textId="3D49C48C"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color w:val="000000" w:themeColor="text1"/>
                <w:kern w:val="2"/>
                <w:sz w:val="16"/>
                <w:szCs w:val="16"/>
                <w:lang w:eastAsia="zh-TW" w:bidi="mn-Mong-CN"/>
              </w:rPr>
              <w:t>1</w:t>
            </w:r>
            <w:r w:rsidRPr="00453AB6">
              <w:rPr>
                <w:rFonts w:ascii="微軟正黑體" w:eastAsia="微軟正黑體" w:hAnsi="微軟正黑體" w:cs="Mongolian Baiti" w:hint="eastAsia"/>
                <w:color w:val="000000" w:themeColor="text1"/>
                <w:kern w:val="2"/>
                <w:sz w:val="16"/>
                <w:szCs w:val="16"/>
                <w:lang w:eastAsia="zh-TW" w:bidi="mn-Mong-CN"/>
              </w:rPr>
              <w:t>3</w:t>
            </w:r>
            <w:r w:rsidRPr="00453AB6">
              <w:rPr>
                <w:rFonts w:ascii="微軟正黑體" w:eastAsia="微軟正黑體" w:hAnsi="微軟正黑體" w:cs="Mongolian Baiti"/>
                <w:color w:val="000000" w:themeColor="text1"/>
                <w:kern w:val="2"/>
                <w:sz w:val="16"/>
                <w:szCs w:val="16"/>
                <w:lang w:eastAsia="zh-TW" w:bidi="mn-Mong-CN"/>
              </w:rPr>
              <w:t>-1.</w:t>
            </w:r>
            <w:r w:rsidRPr="00453AB6">
              <w:rPr>
                <w:rFonts w:ascii="微軟正黑體" w:eastAsia="微軟正黑體" w:hAnsi="微軟正黑體" w:cs="Mongolian Baiti" w:hint="eastAsia"/>
                <w:color w:val="000000" w:themeColor="text1"/>
                <w:kern w:val="2"/>
                <w:sz w:val="16"/>
                <w:szCs w:val="16"/>
                <w:lang w:eastAsia="zh-TW" w:bidi="mn-Mong-CN"/>
              </w:rPr>
              <w:t xml:space="preserve"> </w:t>
            </w:r>
            <w:r w:rsidRPr="00453AB6">
              <w:rPr>
                <w:rFonts w:ascii="微軟正黑體" w:eastAsia="微軟正黑體" w:hAnsi="微軟正黑體" w:cs="Mongolian Baiti"/>
                <w:color w:val="000000" w:themeColor="text1"/>
                <w:kern w:val="2"/>
                <w:sz w:val="16"/>
                <w:szCs w:val="16"/>
                <w:lang w:eastAsia="zh-TW" w:bidi="mn-Mong-CN"/>
              </w:rPr>
              <w:t>法人資格證明文件</w:t>
            </w:r>
          </w:p>
        </w:tc>
        <w:tc>
          <w:tcPr>
            <w:tcW w:w="851" w:type="dxa"/>
            <w:vAlign w:val="center"/>
          </w:tcPr>
          <w:p w14:paraId="47F14567"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0E0062F4"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1</w:t>
            </w:r>
          </w:p>
        </w:tc>
        <w:tc>
          <w:tcPr>
            <w:tcW w:w="594" w:type="dxa"/>
          </w:tcPr>
          <w:p w14:paraId="3FE0D8A6"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2FE42003"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5DACE669"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4D10236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7F2A4D40"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14E28A9C"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51EC4DF9"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71783859"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2C16A7F1"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61FCD5CC" w14:textId="77777777" w:rsidTr="00340D6B">
        <w:trPr>
          <w:jc w:val="center"/>
        </w:trPr>
        <w:tc>
          <w:tcPr>
            <w:tcW w:w="3964" w:type="dxa"/>
            <w:vAlign w:val="center"/>
          </w:tcPr>
          <w:p w14:paraId="2F8434EF" w14:textId="4BB3D645"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color w:val="000000" w:themeColor="text1"/>
                <w:kern w:val="2"/>
                <w:sz w:val="16"/>
                <w:szCs w:val="16"/>
                <w:lang w:eastAsia="zh-TW" w:bidi="mn-Mong-CN"/>
              </w:rPr>
              <w:t>1</w:t>
            </w:r>
            <w:r w:rsidRPr="00453AB6">
              <w:rPr>
                <w:rFonts w:ascii="微軟正黑體" w:eastAsia="微軟正黑體" w:hAnsi="微軟正黑體" w:cs="Mongolian Baiti" w:hint="eastAsia"/>
                <w:color w:val="000000" w:themeColor="text1"/>
                <w:kern w:val="2"/>
                <w:sz w:val="16"/>
                <w:szCs w:val="16"/>
                <w:lang w:eastAsia="zh-TW" w:bidi="mn-Mong-CN"/>
              </w:rPr>
              <w:t>3</w:t>
            </w:r>
            <w:r w:rsidRPr="00453AB6">
              <w:rPr>
                <w:rFonts w:ascii="微軟正黑體" w:eastAsia="微軟正黑體" w:hAnsi="微軟正黑體" w:cs="Mongolian Baiti"/>
                <w:color w:val="000000" w:themeColor="text1"/>
                <w:kern w:val="2"/>
                <w:sz w:val="16"/>
                <w:szCs w:val="16"/>
                <w:lang w:eastAsia="zh-TW" w:bidi="mn-Mong-CN"/>
              </w:rPr>
              <w:t>-2.</w:t>
            </w:r>
            <w:r w:rsidRPr="00453AB6">
              <w:rPr>
                <w:rFonts w:ascii="微軟正黑體" w:eastAsia="微軟正黑體" w:hAnsi="微軟正黑體" w:cs="Mongolian Baiti" w:hint="eastAsia"/>
                <w:color w:val="000000" w:themeColor="text1"/>
                <w:kern w:val="2"/>
                <w:sz w:val="16"/>
                <w:szCs w:val="16"/>
                <w:lang w:eastAsia="zh-TW" w:bidi="mn-Mong-CN"/>
              </w:rPr>
              <w:t xml:space="preserve"> </w:t>
            </w:r>
            <w:r w:rsidRPr="00453AB6">
              <w:rPr>
                <w:rFonts w:ascii="微軟正黑體" w:eastAsia="微軟正黑體" w:hAnsi="微軟正黑體" w:cs="Mongolian Baiti"/>
                <w:color w:val="000000" w:themeColor="text1"/>
                <w:kern w:val="2"/>
                <w:sz w:val="16"/>
                <w:szCs w:val="16"/>
                <w:lang w:eastAsia="zh-TW" w:bidi="mn-Mong-CN"/>
              </w:rPr>
              <w:t>股東名冊</w:t>
            </w:r>
          </w:p>
        </w:tc>
        <w:tc>
          <w:tcPr>
            <w:tcW w:w="851" w:type="dxa"/>
            <w:vAlign w:val="center"/>
          </w:tcPr>
          <w:p w14:paraId="7DEF8478"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68B9F304"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w:t>
            </w:r>
          </w:p>
        </w:tc>
        <w:tc>
          <w:tcPr>
            <w:tcW w:w="594" w:type="dxa"/>
          </w:tcPr>
          <w:p w14:paraId="40ACD15F"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40E8F916"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44A89716"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12B8F585"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5CAFB09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5B15FF9F"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75FC592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6CF4A6DF"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00B2AF54"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473B7FE9" w14:textId="77777777" w:rsidTr="00340D6B">
        <w:trPr>
          <w:jc w:val="center"/>
        </w:trPr>
        <w:tc>
          <w:tcPr>
            <w:tcW w:w="3964" w:type="dxa"/>
            <w:vAlign w:val="center"/>
          </w:tcPr>
          <w:p w14:paraId="3BA2DA5D" w14:textId="42911017"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color w:val="000000" w:themeColor="text1"/>
                <w:kern w:val="2"/>
                <w:sz w:val="16"/>
                <w:szCs w:val="16"/>
                <w:lang w:eastAsia="zh-TW" w:bidi="mn-Mong-CN"/>
              </w:rPr>
              <w:t>1</w:t>
            </w:r>
            <w:r w:rsidRPr="00453AB6">
              <w:rPr>
                <w:rFonts w:ascii="微軟正黑體" w:eastAsia="微軟正黑體" w:hAnsi="微軟正黑體" w:cs="Mongolian Baiti" w:hint="eastAsia"/>
                <w:color w:val="000000" w:themeColor="text1"/>
                <w:kern w:val="2"/>
                <w:sz w:val="16"/>
                <w:szCs w:val="16"/>
                <w:lang w:eastAsia="zh-TW" w:bidi="mn-Mong-CN"/>
              </w:rPr>
              <w:t>3</w:t>
            </w:r>
            <w:r w:rsidRPr="00453AB6">
              <w:rPr>
                <w:rFonts w:ascii="微軟正黑體" w:eastAsia="微軟正黑體" w:hAnsi="微軟正黑體" w:cs="Mongolian Baiti"/>
                <w:color w:val="000000" w:themeColor="text1"/>
                <w:kern w:val="2"/>
                <w:sz w:val="16"/>
                <w:szCs w:val="16"/>
                <w:lang w:eastAsia="zh-TW" w:bidi="mn-Mong-CN"/>
              </w:rPr>
              <w:t>-3.</w:t>
            </w:r>
            <w:r w:rsidRPr="00453AB6">
              <w:rPr>
                <w:rFonts w:ascii="微軟正黑體" w:eastAsia="微軟正黑體" w:hAnsi="微軟正黑體" w:cs="Mongolian Baiti" w:hint="eastAsia"/>
                <w:color w:val="000000" w:themeColor="text1"/>
                <w:kern w:val="2"/>
                <w:sz w:val="16"/>
                <w:szCs w:val="16"/>
                <w:lang w:eastAsia="zh-TW" w:bidi="mn-Mong-CN"/>
              </w:rPr>
              <w:t xml:space="preserve"> 稅務</w:t>
            </w:r>
            <w:r w:rsidRPr="00453AB6">
              <w:rPr>
                <w:rFonts w:ascii="微軟正黑體" w:eastAsia="微軟正黑體" w:hAnsi="微軟正黑體" w:cs="Mongolian Baiti"/>
                <w:color w:val="000000" w:themeColor="text1"/>
                <w:kern w:val="2"/>
                <w:sz w:val="16"/>
                <w:szCs w:val="16"/>
                <w:lang w:eastAsia="zh-TW" w:bidi="mn-Mong-CN"/>
              </w:rPr>
              <w:t>證明文件</w:t>
            </w:r>
          </w:p>
        </w:tc>
        <w:tc>
          <w:tcPr>
            <w:tcW w:w="851" w:type="dxa"/>
            <w:vAlign w:val="center"/>
          </w:tcPr>
          <w:p w14:paraId="719FEC43"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w:t>
            </w:r>
          </w:p>
        </w:tc>
        <w:tc>
          <w:tcPr>
            <w:tcW w:w="845" w:type="dxa"/>
            <w:vAlign w:val="center"/>
          </w:tcPr>
          <w:p w14:paraId="1F37B550"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color w:val="FF0000"/>
                <w:kern w:val="2"/>
                <w:sz w:val="16"/>
                <w:szCs w:val="16"/>
                <w:lang w:eastAsia="zh-TW" w:bidi="mn-Mong-CN"/>
              </w:rPr>
              <w:t>1</w:t>
            </w:r>
          </w:p>
        </w:tc>
        <w:tc>
          <w:tcPr>
            <w:tcW w:w="594" w:type="dxa"/>
          </w:tcPr>
          <w:p w14:paraId="373371F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4BA8CC07"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25A80F9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3B6A2483"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72079293"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278EFB3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3347BFA6"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62902143"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4E58FF00"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09C9C9FE" w14:textId="77777777" w:rsidTr="00340D6B">
        <w:trPr>
          <w:jc w:val="center"/>
        </w:trPr>
        <w:tc>
          <w:tcPr>
            <w:tcW w:w="3964" w:type="dxa"/>
            <w:vAlign w:val="center"/>
          </w:tcPr>
          <w:p w14:paraId="50A6F079" w14:textId="2A701FA5"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color w:val="000000" w:themeColor="text1"/>
                <w:kern w:val="2"/>
                <w:sz w:val="16"/>
                <w:szCs w:val="16"/>
                <w:lang w:eastAsia="zh-TW" w:bidi="mn-Mong-CN"/>
              </w:rPr>
              <w:t>1</w:t>
            </w:r>
            <w:r w:rsidRPr="00453AB6">
              <w:rPr>
                <w:rFonts w:ascii="微軟正黑體" w:eastAsia="微軟正黑體" w:hAnsi="微軟正黑體" w:cs="Mongolian Baiti" w:hint="eastAsia"/>
                <w:color w:val="000000" w:themeColor="text1"/>
                <w:kern w:val="2"/>
                <w:sz w:val="16"/>
                <w:szCs w:val="16"/>
                <w:lang w:eastAsia="zh-TW" w:bidi="mn-Mong-CN"/>
              </w:rPr>
              <w:t>4</w:t>
            </w:r>
            <w:r w:rsidRPr="00453AB6">
              <w:rPr>
                <w:rFonts w:ascii="微軟正黑體" w:eastAsia="微軟正黑體" w:hAnsi="微軟正黑體" w:cs="Mongolian Baiti"/>
                <w:color w:val="000000" w:themeColor="text1"/>
                <w:kern w:val="2"/>
                <w:sz w:val="16"/>
                <w:szCs w:val="16"/>
                <w:lang w:eastAsia="zh-TW" w:bidi="mn-Mong-CN"/>
              </w:rPr>
              <w:t>-1.</w:t>
            </w:r>
            <w:r w:rsidRPr="00453AB6">
              <w:rPr>
                <w:rFonts w:ascii="微軟正黑體" w:eastAsia="微軟正黑體" w:hAnsi="微軟正黑體" w:cs="Mongolian Baiti" w:hint="eastAsia"/>
                <w:color w:val="000000" w:themeColor="text1"/>
                <w:kern w:val="2"/>
                <w:sz w:val="16"/>
                <w:szCs w:val="16"/>
                <w:lang w:eastAsia="zh-TW" w:bidi="mn-Mong-CN"/>
              </w:rPr>
              <w:t xml:space="preserve"> </w:t>
            </w:r>
            <w:r w:rsidRPr="00453AB6">
              <w:rPr>
                <w:rFonts w:ascii="微軟正黑體" w:eastAsia="微軟正黑體" w:hAnsi="微軟正黑體" w:cs="Mongolian Baiti"/>
                <w:color w:val="000000" w:themeColor="text1"/>
                <w:kern w:val="2"/>
                <w:sz w:val="16"/>
                <w:szCs w:val="16"/>
                <w:lang w:eastAsia="zh-TW" w:bidi="mn-Mong-CN"/>
              </w:rPr>
              <w:t>年度財務報告</w:t>
            </w:r>
          </w:p>
        </w:tc>
        <w:tc>
          <w:tcPr>
            <w:tcW w:w="851" w:type="dxa"/>
            <w:vAlign w:val="center"/>
          </w:tcPr>
          <w:p w14:paraId="2F644233"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344C7C1D"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w:t>
            </w:r>
          </w:p>
        </w:tc>
        <w:tc>
          <w:tcPr>
            <w:tcW w:w="594" w:type="dxa"/>
          </w:tcPr>
          <w:p w14:paraId="7542395A"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089F2337"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5C16AFA6"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6D5D55C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30AFE73E"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6747016C"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2A0E8C83"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0B31563C"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7EC5EAB3"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795C20D0" w14:textId="77777777" w:rsidTr="00340D6B">
        <w:trPr>
          <w:jc w:val="center"/>
        </w:trPr>
        <w:tc>
          <w:tcPr>
            <w:tcW w:w="3964" w:type="dxa"/>
            <w:vAlign w:val="center"/>
          </w:tcPr>
          <w:p w14:paraId="1D56DD95" w14:textId="431624C8"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color w:val="000000" w:themeColor="text1"/>
                <w:kern w:val="2"/>
                <w:sz w:val="16"/>
                <w:szCs w:val="16"/>
                <w:lang w:eastAsia="zh-TW" w:bidi="mn-Mong-CN"/>
              </w:rPr>
              <w:t>1</w:t>
            </w:r>
            <w:r w:rsidRPr="00453AB6">
              <w:rPr>
                <w:rFonts w:ascii="微軟正黑體" w:eastAsia="微軟正黑體" w:hAnsi="微軟正黑體" w:cs="Mongolian Baiti" w:hint="eastAsia"/>
                <w:color w:val="000000" w:themeColor="text1"/>
                <w:kern w:val="2"/>
                <w:sz w:val="16"/>
                <w:szCs w:val="16"/>
                <w:lang w:eastAsia="zh-TW" w:bidi="mn-Mong-CN"/>
              </w:rPr>
              <w:t>4</w:t>
            </w:r>
            <w:r w:rsidRPr="00453AB6">
              <w:rPr>
                <w:rFonts w:ascii="微軟正黑體" w:eastAsia="微軟正黑體" w:hAnsi="微軟正黑體" w:cs="Mongolian Baiti"/>
                <w:color w:val="000000" w:themeColor="text1"/>
                <w:kern w:val="2"/>
                <w:sz w:val="16"/>
                <w:szCs w:val="16"/>
                <w:lang w:eastAsia="zh-TW" w:bidi="mn-Mong-CN"/>
              </w:rPr>
              <w:t>-2.</w:t>
            </w:r>
            <w:r w:rsidRPr="00453AB6">
              <w:rPr>
                <w:rFonts w:ascii="微軟正黑體" w:eastAsia="微軟正黑體" w:hAnsi="微軟正黑體" w:cs="Mongolian Baiti" w:hint="eastAsia"/>
                <w:color w:val="000000" w:themeColor="text1"/>
                <w:kern w:val="2"/>
                <w:sz w:val="16"/>
                <w:szCs w:val="16"/>
                <w:lang w:eastAsia="zh-TW" w:bidi="mn-Mong-CN"/>
              </w:rPr>
              <w:t xml:space="preserve"> </w:t>
            </w:r>
            <w:r w:rsidRPr="00453AB6">
              <w:rPr>
                <w:rFonts w:ascii="微軟正黑體" w:eastAsia="微軟正黑體" w:hAnsi="微軟正黑體" w:cs="Mongolian Baiti"/>
                <w:color w:val="000000" w:themeColor="text1"/>
                <w:kern w:val="2"/>
                <w:sz w:val="16"/>
                <w:szCs w:val="16"/>
                <w:lang w:eastAsia="zh-TW" w:bidi="mn-Mong-CN"/>
              </w:rPr>
              <w:t>信用證明</w:t>
            </w:r>
            <w:r w:rsidRPr="002B6187">
              <w:rPr>
                <w:rFonts w:ascii="微軟正黑體" w:eastAsia="微軟正黑體" w:hAnsi="微軟正黑體" w:cs="Mongolian Baiti"/>
                <w:color w:val="FF0000"/>
                <w:kern w:val="2"/>
                <w:sz w:val="16"/>
                <w:szCs w:val="16"/>
                <w:lang w:eastAsia="zh-TW" w:bidi="mn-Mong-CN"/>
              </w:rPr>
              <w:t>(外國公司為影本)</w:t>
            </w:r>
          </w:p>
        </w:tc>
        <w:tc>
          <w:tcPr>
            <w:tcW w:w="851" w:type="dxa"/>
            <w:vAlign w:val="center"/>
          </w:tcPr>
          <w:p w14:paraId="287F5B79"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38E4E93B" w14:textId="574158AB" w:rsidR="003257ED" w:rsidRPr="001C4830" w:rsidRDefault="00EB509B"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w:t>
            </w:r>
          </w:p>
        </w:tc>
        <w:tc>
          <w:tcPr>
            <w:tcW w:w="594" w:type="dxa"/>
          </w:tcPr>
          <w:p w14:paraId="40D43FB8"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299D5408"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13AD76C0"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00B14DF0"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2D07ADC8"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1AA290F9"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69A07217"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4B45C571"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4EB4638E"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6059AC6F" w14:textId="77777777" w:rsidTr="00340D6B">
        <w:trPr>
          <w:jc w:val="center"/>
        </w:trPr>
        <w:tc>
          <w:tcPr>
            <w:tcW w:w="3964" w:type="dxa"/>
            <w:vAlign w:val="center"/>
          </w:tcPr>
          <w:p w14:paraId="5E63D0C9" w14:textId="77777777"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color w:val="000000" w:themeColor="text1"/>
                <w:kern w:val="2"/>
                <w:sz w:val="16"/>
                <w:szCs w:val="16"/>
                <w:lang w:eastAsia="zh-TW" w:bidi="mn-Mong-CN"/>
              </w:rPr>
              <w:t>1</w:t>
            </w:r>
            <w:r w:rsidRPr="00453AB6">
              <w:rPr>
                <w:rFonts w:ascii="微軟正黑體" w:eastAsia="微軟正黑體" w:hAnsi="微軟正黑體" w:cs="Mongolian Baiti" w:hint="eastAsia"/>
                <w:color w:val="000000" w:themeColor="text1"/>
                <w:kern w:val="2"/>
                <w:sz w:val="16"/>
                <w:szCs w:val="16"/>
                <w:lang w:eastAsia="zh-TW" w:bidi="mn-Mong-CN"/>
              </w:rPr>
              <w:t>5</w:t>
            </w:r>
            <w:r w:rsidRPr="00453AB6">
              <w:rPr>
                <w:rFonts w:ascii="微軟正黑體" w:eastAsia="微軟正黑體" w:hAnsi="微軟正黑體" w:cs="Mongolian Baiti"/>
                <w:color w:val="000000" w:themeColor="text1"/>
                <w:kern w:val="2"/>
                <w:sz w:val="16"/>
                <w:szCs w:val="16"/>
                <w:lang w:eastAsia="zh-TW" w:bidi="mn-Mong-CN"/>
              </w:rPr>
              <w:t>.</w:t>
            </w:r>
            <w:r w:rsidRPr="00453AB6">
              <w:rPr>
                <w:rFonts w:ascii="微軟正黑體" w:eastAsia="微軟正黑體" w:hAnsi="微軟正黑體" w:cs="Mongolian Baiti" w:hint="eastAsia"/>
                <w:color w:val="000000" w:themeColor="text1"/>
                <w:kern w:val="2"/>
                <w:sz w:val="16"/>
                <w:szCs w:val="16"/>
                <w:lang w:eastAsia="zh-TW" w:bidi="mn-Mong-CN"/>
              </w:rPr>
              <w:t>興建營運</w:t>
            </w:r>
            <w:r w:rsidRPr="00453AB6">
              <w:rPr>
                <w:rFonts w:ascii="微軟正黑體" w:eastAsia="微軟正黑體" w:hAnsi="微軟正黑體" w:cs="Mongolian Baiti"/>
                <w:color w:val="000000" w:themeColor="text1"/>
                <w:kern w:val="2"/>
                <w:sz w:val="16"/>
                <w:szCs w:val="16"/>
                <w:lang w:eastAsia="zh-TW" w:bidi="mn-Mong-CN"/>
              </w:rPr>
              <w:t>技術能力證明文件</w:t>
            </w:r>
            <w:r w:rsidRPr="002B6187">
              <w:rPr>
                <w:rFonts w:ascii="微軟正黑體" w:eastAsia="微軟正黑體" w:hAnsi="微軟正黑體" w:cs="Mongolian Baiti"/>
                <w:color w:val="FF0000"/>
                <w:kern w:val="2"/>
                <w:sz w:val="16"/>
                <w:szCs w:val="16"/>
                <w:lang w:eastAsia="zh-TW" w:bidi="mn-Mong-CN"/>
              </w:rPr>
              <w:t>(</w:t>
            </w:r>
            <w:r w:rsidRPr="002B6187">
              <w:rPr>
                <w:rFonts w:ascii="微軟正黑體" w:eastAsia="微軟正黑體" w:hAnsi="微軟正黑體" w:cs="Mongolian Baiti" w:hint="eastAsia"/>
                <w:color w:val="FF0000"/>
                <w:kern w:val="2"/>
                <w:sz w:val="16"/>
                <w:szCs w:val="16"/>
                <w:lang w:eastAsia="zh-TW" w:bidi="mn-Mong-CN"/>
              </w:rPr>
              <w:t>附件一之十三)</w:t>
            </w:r>
          </w:p>
        </w:tc>
        <w:tc>
          <w:tcPr>
            <w:tcW w:w="851" w:type="dxa"/>
            <w:vAlign w:val="center"/>
          </w:tcPr>
          <w:p w14:paraId="364D875C"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w:t>
            </w:r>
          </w:p>
        </w:tc>
        <w:tc>
          <w:tcPr>
            <w:tcW w:w="845" w:type="dxa"/>
            <w:vAlign w:val="center"/>
          </w:tcPr>
          <w:p w14:paraId="574EB42E"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color w:val="FF0000"/>
                <w:kern w:val="2"/>
                <w:sz w:val="16"/>
                <w:szCs w:val="16"/>
                <w:lang w:eastAsia="zh-TW" w:bidi="mn-Mong-CN"/>
              </w:rPr>
              <w:t>1</w:t>
            </w:r>
          </w:p>
        </w:tc>
        <w:tc>
          <w:tcPr>
            <w:tcW w:w="594" w:type="dxa"/>
          </w:tcPr>
          <w:p w14:paraId="016327C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53FA83D7"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4CA0BAEE"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4D300A03"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46FCEEDB"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7064124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4A1D71DA"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66A5860B"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771449A1"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58F2E463" w14:textId="77777777" w:rsidTr="00340D6B">
        <w:trPr>
          <w:jc w:val="center"/>
        </w:trPr>
        <w:tc>
          <w:tcPr>
            <w:tcW w:w="3964" w:type="dxa"/>
            <w:vAlign w:val="center"/>
          </w:tcPr>
          <w:p w14:paraId="6B38FD68" w14:textId="71295685" w:rsidR="003257ED" w:rsidRPr="00197D56" w:rsidRDefault="003257ED" w:rsidP="003257ED">
            <w:pPr>
              <w:widowControl w:val="0"/>
              <w:spacing w:after="0" w:line="200" w:lineRule="exact"/>
              <w:rPr>
                <w:rFonts w:ascii="微軟正黑體" w:eastAsia="SimSun" w:hAnsi="微軟正黑體" w:cs="Mongolian Baiti"/>
                <w:color w:val="000000" w:themeColor="text1"/>
                <w:kern w:val="2"/>
                <w:sz w:val="16"/>
                <w:szCs w:val="16"/>
                <w:lang w:eastAsia="zh-CN" w:bidi="mn-Mong-CN"/>
              </w:rPr>
            </w:pPr>
            <w:r w:rsidRPr="00453AB6">
              <w:rPr>
                <w:rFonts w:ascii="微軟正黑體" w:eastAsia="微軟正黑體" w:hAnsi="微軟正黑體" w:cs="Mongolian Baiti" w:hint="eastAsia"/>
                <w:color w:val="000000" w:themeColor="text1"/>
                <w:kern w:val="2"/>
                <w:sz w:val="16"/>
                <w:szCs w:val="16"/>
                <w:lang w:eastAsia="zh-TW" w:bidi="mn-Mong-CN"/>
              </w:rPr>
              <w:t>16.債信能力證明文件</w:t>
            </w:r>
          </w:p>
        </w:tc>
        <w:tc>
          <w:tcPr>
            <w:tcW w:w="851" w:type="dxa"/>
            <w:vAlign w:val="center"/>
          </w:tcPr>
          <w:p w14:paraId="045E6BE1"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w:t>
            </w:r>
          </w:p>
        </w:tc>
        <w:tc>
          <w:tcPr>
            <w:tcW w:w="845" w:type="dxa"/>
            <w:vAlign w:val="center"/>
          </w:tcPr>
          <w:p w14:paraId="355D5C33"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color w:val="FF0000"/>
                <w:kern w:val="2"/>
                <w:sz w:val="16"/>
                <w:szCs w:val="16"/>
                <w:lang w:eastAsia="zh-TW" w:bidi="mn-Mong-CN"/>
              </w:rPr>
              <w:t>1</w:t>
            </w:r>
          </w:p>
        </w:tc>
        <w:tc>
          <w:tcPr>
            <w:tcW w:w="594" w:type="dxa"/>
          </w:tcPr>
          <w:p w14:paraId="59A6D29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6FEAB2D0"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19DAD757"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7B83EF28"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0F7AC779"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74431CD5"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4DB61A3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5E181C6C"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5E074BC6"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285A78A2" w14:textId="77777777" w:rsidTr="00340D6B">
        <w:trPr>
          <w:jc w:val="center"/>
        </w:trPr>
        <w:tc>
          <w:tcPr>
            <w:tcW w:w="3964" w:type="dxa"/>
            <w:vAlign w:val="center"/>
          </w:tcPr>
          <w:p w14:paraId="793094A9" w14:textId="77777777" w:rsidR="003257ED" w:rsidRPr="00453AB6" w:rsidRDefault="003257ED" w:rsidP="003257ED">
            <w:pPr>
              <w:widowControl w:val="0"/>
              <w:spacing w:after="0" w:line="200" w:lineRule="exact"/>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color w:val="000000" w:themeColor="text1"/>
                <w:kern w:val="2"/>
                <w:sz w:val="16"/>
                <w:szCs w:val="16"/>
                <w:lang w:eastAsia="zh-TW" w:bidi="mn-Mong-CN"/>
              </w:rPr>
              <w:t>1</w:t>
            </w:r>
            <w:r w:rsidRPr="00453AB6">
              <w:rPr>
                <w:rFonts w:ascii="微軟正黑體" w:eastAsia="微軟正黑體" w:hAnsi="微軟正黑體" w:cs="Mongolian Baiti" w:hint="eastAsia"/>
                <w:color w:val="000000" w:themeColor="text1"/>
                <w:kern w:val="2"/>
                <w:sz w:val="16"/>
                <w:szCs w:val="16"/>
                <w:lang w:eastAsia="zh-TW" w:bidi="mn-Mong-CN"/>
              </w:rPr>
              <w:t>7</w:t>
            </w:r>
            <w:r w:rsidRPr="00453AB6">
              <w:rPr>
                <w:rFonts w:ascii="微軟正黑體" w:eastAsia="微軟正黑體" w:hAnsi="微軟正黑體" w:cs="Mongolian Baiti"/>
                <w:color w:val="000000" w:themeColor="text1"/>
                <w:kern w:val="2"/>
                <w:sz w:val="16"/>
                <w:szCs w:val="16"/>
                <w:lang w:eastAsia="zh-TW" w:bidi="mn-Mong-CN"/>
              </w:rPr>
              <w:t xml:space="preserve">.申請保證金繳交證明文件 </w:t>
            </w:r>
          </w:p>
        </w:tc>
        <w:tc>
          <w:tcPr>
            <w:tcW w:w="851" w:type="dxa"/>
            <w:vAlign w:val="center"/>
          </w:tcPr>
          <w:p w14:paraId="57C40A69"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16D03118"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w:t>
            </w:r>
          </w:p>
        </w:tc>
        <w:tc>
          <w:tcPr>
            <w:tcW w:w="594" w:type="dxa"/>
          </w:tcPr>
          <w:p w14:paraId="4BF81C1E"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085B7FCC"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394260DE"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428B017C"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69C4CDE8"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3E1C31A5"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5AA96427"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2F74048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10DDCEFD"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18F6CCD9" w14:textId="77777777" w:rsidTr="00340D6B">
        <w:trPr>
          <w:jc w:val="center"/>
        </w:trPr>
        <w:tc>
          <w:tcPr>
            <w:tcW w:w="3964" w:type="dxa"/>
            <w:vAlign w:val="center"/>
          </w:tcPr>
          <w:p w14:paraId="31D2A596" w14:textId="28D2E8CE" w:rsidR="003257ED" w:rsidRPr="00A74A3D" w:rsidRDefault="003257ED" w:rsidP="003257ED">
            <w:pPr>
              <w:widowControl w:val="0"/>
              <w:spacing w:after="0" w:line="200" w:lineRule="exact"/>
              <w:rPr>
                <w:rFonts w:ascii="微軟正黑體" w:eastAsia="SimSun" w:hAnsi="微軟正黑體" w:cs="Mongolian Baiti"/>
                <w:color w:val="000000" w:themeColor="text1"/>
                <w:kern w:val="2"/>
                <w:sz w:val="16"/>
                <w:szCs w:val="16"/>
                <w:lang w:eastAsia="zh-CN" w:bidi="mn-Mong-CN"/>
              </w:rPr>
            </w:pPr>
            <w:r w:rsidRPr="00453AB6">
              <w:rPr>
                <w:rFonts w:ascii="微軟正黑體" w:eastAsia="微軟正黑體" w:hAnsi="微軟正黑體" w:cs="Mongolian Baiti" w:hint="eastAsia"/>
                <w:color w:val="000000" w:themeColor="text1"/>
                <w:kern w:val="2"/>
                <w:sz w:val="16"/>
                <w:szCs w:val="16"/>
                <w:lang w:eastAsia="zh-TW" w:bidi="mn-Mong-CN"/>
              </w:rPr>
              <w:t>18.我國駐外單位認證文件/中譯本</w:t>
            </w:r>
            <w:r w:rsidRPr="00197D56">
              <w:rPr>
                <w:rFonts w:ascii="微軟正黑體" w:eastAsia="微軟正黑體" w:hAnsi="微軟正黑體" w:cs="Mongolian Baiti" w:hint="eastAsia"/>
                <w:color w:val="000000" w:themeColor="text1"/>
                <w:kern w:val="2"/>
                <w:sz w:val="16"/>
                <w:szCs w:val="16"/>
                <w:lang w:eastAsia="zh-TW" w:bidi="mn-Mong-CN"/>
              </w:rPr>
              <w:t xml:space="preserve"> </w:t>
            </w:r>
          </w:p>
        </w:tc>
        <w:tc>
          <w:tcPr>
            <w:tcW w:w="851" w:type="dxa"/>
            <w:vAlign w:val="center"/>
          </w:tcPr>
          <w:p w14:paraId="792730F3"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w:t>
            </w:r>
          </w:p>
        </w:tc>
        <w:tc>
          <w:tcPr>
            <w:tcW w:w="845" w:type="dxa"/>
            <w:vAlign w:val="center"/>
          </w:tcPr>
          <w:p w14:paraId="6F8DC2BA"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color w:val="FF0000"/>
                <w:kern w:val="2"/>
                <w:sz w:val="16"/>
                <w:szCs w:val="16"/>
                <w:lang w:eastAsia="zh-TW" w:bidi="mn-Mong-CN"/>
              </w:rPr>
              <w:t>1</w:t>
            </w:r>
          </w:p>
        </w:tc>
        <w:tc>
          <w:tcPr>
            <w:tcW w:w="594" w:type="dxa"/>
          </w:tcPr>
          <w:p w14:paraId="2C743B81"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021B86EE"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7513FB60"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1A9F847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74A8C97A"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0A4632C7"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4216ADAC"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7B116DDB"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66B06A9C"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35071192" w14:textId="77777777" w:rsidTr="00340D6B">
        <w:trPr>
          <w:jc w:val="center"/>
        </w:trPr>
        <w:tc>
          <w:tcPr>
            <w:tcW w:w="3964" w:type="dxa"/>
            <w:vAlign w:val="center"/>
          </w:tcPr>
          <w:p w14:paraId="4F1D6311" w14:textId="1E6C18A2" w:rsidR="003257ED" w:rsidRPr="00197D56" w:rsidRDefault="003257ED" w:rsidP="003257ED">
            <w:pPr>
              <w:widowControl w:val="0"/>
              <w:spacing w:after="0" w:line="200" w:lineRule="exact"/>
              <w:rPr>
                <w:rFonts w:ascii="微軟正黑體" w:eastAsia="SimSun" w:hAnsi="微軟正黑體" w:cs="Mongolian Baiti"/>
                <w:color w:val="000000" w:themeColor="text1"/>
                <w:kern w:val="2"/>
                <w:sz w:val="16"/>
                <w:szCs w:val="16"/>
                <w:lang w:eastAsia="zh-CN" w:bidi="mn-Mong-CN"/>
              </w:rPr>
            </w:pPr>
            <w:r w:rsidRPr="00453AB6">
              <w:rPr>
                <w:rFonts w:ascii="微軟正黑體" w:eastAsia="微軟正黑體" w:hAnsi="微軟正黑體" w:cs="Mongolian Baiti" w:hint="eastAsia"/>
                <w:color w:val="000000" w:themeColor="text1"/>
                <w:kern w:val="2"/>
                <w:sz w:val="16"/>
                <w:szCs w:val="16"/>
                <w:lang w:eastAsia="zh-TW" w:bidi="mn-Mong-CN"/>
              </w:rPr>
              <w:t>19.中文翻譯切結書</w:t>
            </w:r>
          </w:p>
        </w:tc>
        <w:tc>
          <w:tcPr>
            <w:tcW w:w="851" w:type="dxa"/>
            <w:vAlign w:val="center"/>
          </w:tcPr>
          <w:p w14:paraId="356E72E5" w14:textId="77777777" w:rsidR="003257ED" w:rsidRPr="00453AB6" w:rsidRDefault="003257ED" w:rsidP="003257ED">
            <w:pPr>
              <w:widowControl w:val="0"/>
              <w:spacing w:after="0" w:line="200" w:lineRule="exact"/>
              <w:jc w:val="center"/>
              <w:rPr>
                <w:rFonts w:ascii="微軟正黑體" w:eastAsia="微軟正黑體" w:hAnsi="微軟正黑體" w:cs="Mongolian Baiti"/>
                <w:color w:val="000000" w:themeColor="text1"/>
                <w:kern w:val="2"/>
                <w:sz w:val="16"/>
                <w:szCs w:val="16"/>
                <w:lang w:eastAsia="zh-TW" w:bidi="mn-Mong-CN"/>
              </w:rPr>
            </w:pPr>
            <w:r w:rsidRPr="00453AB6">
              <w:rPr>
                <w:rFonts w:ascii="微軟正黑體" w:eastAsia="微軟正黑體" w:hAnsi="微軟正黑體" w:cs="Mongolian Baiti" w:hint="eastAsia"/>
                <w:color w:val="000000" w:themeColor="text1"/>
                <w:kern w:val="2"/>
                <w:sz w:val="16"/>
                <w:szCs w:val="16"/>
                <w:lang w:eastAsia="zh-TW" w:bidi="mn-Mong-CN"/>
              </w:rPr>
              <w:t>1</w:t>
            </w:r>
          </w:p>
        </w:tc>
        <w:tc>
          <w:tcPr>
            <w:tcW w:w="845" w:type="dxa"/>
            <w:vAlign w:val="center"/>
          </w:tcPr>
          <w:p w14:paraId="693A8E5C" w14:textId="77777777" w:rsidR="003257ED" w:rsidRPr="001C4830" w:rsidRDefault="003257ED" w:rsidP="003257ED">
            <w:pPr>
              <w:widowControl w:val="0"/>
              <w:spacing w:after="0" w:line="200" w:lineRule="exact"/>
              <w:jc w:val="center"/>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color w:val="FF0000"/>
                <w:kern w:val="2"/>
                <w:sz w:val="16"/>
                <w:szCs w:val="16"/>
                <w:lang w:eastAsia="zh-TW" w:bidi="mn-Mong-CN"/>
              </w:rPr>
              <w:t>-</w:t>
            </w:r>
          </w:p>
        </w:tc>
        <w:tc>
          <w:tcPr>
            <w:tcW w:w="594" w:type="dxa"/>
          </w:tcPr>
          <w:p w14:paraId="06745118"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tcPr>
          <w:p w14:paraId="3757A7E3"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tcPr>
          <w:p w14:paraId="38D082B6"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tcPr>
          <w:p w14:paraId="32335264"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tcPr>
          <w:p w14:paraId="75EC8ABC"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tcPr>
          <w:p w14:paraId="0E934849"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tcPr>
          <w:p w14:paraId="4348C0E8"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tcPr>
          <w:p w14:paraId="591D5A73"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tcPr>
          <w:p w14:paraId="5623C345"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4F9462F3" w14:textId="77777777" w:rsidTr="00340D6B">
        <w:trPr>
          <w:trHeight w:val="180"/>
          <w:jc w:val="center"/>
        </w:trPr>
        <w:tc>
          <w:tcPr>
            <w:tcW w:w="3964" w:type="dxa"/>
            <w:vMerge w:val="restart"/>
          </w:tcPr>
          <w:p w14:paraId="6B39F045" w14:textId="77777777" w:rsidR="003257ED" w:rsidRPr="00453AB6" w:rsidRDefault="003257ED" w:rsidP="003257ED">
            <w:pPr>
              <w:spacing w:after="0" w:line="200" w:lineRule="exact"/>
              <w:rPr>
                <w:rFonts w:ascii="微軟正黑體" w:eastAsia="微軟正黑體" w:hAnsi="微軟正黑體" w:cs="Mongolian Baiti"/>
                <w:color w:val="000000" w:themeColor="text1"/>
                <w:sz w:val="16"/>
                <w:szCs w:val="16"/>
              </w:rPr>
            </w:pPr>
            <w:r w:rsidRPr="00453AB6">
              <w:rPr>
                <w:rFonts w:ascii="微軟正黑體" w:eastAsia="微軟正黑體" w:hAnsi="微軟正黑體" w:cs="Mongolian Baiti" w:hint="eastAsia"/>
                <w:color w:val="000000" w:themeColor="text1"/>
                <w:sz w:val="16"/>
                <w:szCs w:val="16"/>
              </w:rPr>
              <w:t>20</w:t>
            </w:r>
            <w:r w:rsidRPr="00453AB6">
              <w:rPr>
                <w:rFonts w:ascii="微軟正黑體" w:eastAsia="微軟正黑體" w:hAnsi="微軟正黑體" w:cs="Mongolian Baiti"/>
                <w:color w:val="000000" w:themeColor="text1"/>
                <w:sz w:val="16"/>
                <w:szCs w:val="16"/>
              </w:rPr>
              <w:t>.投資計畫書及其</w:t>
            </w:r>
            <w:r w:rsidRPr="00453AB6">
              <w:rPr>
                <w:rFonts w:ascii="微軟正黑體" w:eastAsia="微軟正黑體" w:hAnsi="微軟正黑體" w:cs="Mongolian Baiti" w:hint="eastAsia"/>
                <w:color w:val="000000" w:themeColor="text1"/>
                <w:sz w:val="16"/>
                <w:szCs w:val="16"/>
              </w:rPr>
              <w:t>1份</w:t>
            </w:r>
            <w:r w:rsidRPr="00453AB6">
              <w:rPr>
                <w:rFonts w:ascii="微軟正黑體" w:eastAsia="微軟正黑體" w:hAnsi="微軟正黑體" w:cs="Mongolian Baiti"/>
                <w:color w:val="000000" w:themeColor="text1"/>
                <w:sz w:val="16"/>
                <w:szCs w:val="16"/>
              </w:rPr>
              <w:t>電子檔(包含整份計畫書可編輯word</w:t>
            </w:r>
            <w:r w:rsidRPr="00453AB6">
              <w:rPr>
                <w:rFonts w:ascii="微軟正黑體" w:eastAsia="微軟正黑體" w:hAnsi="微軟正黑體" w:cs="Mongolian Baiti" w:hint="eastAsia"/>
                <w:color w:val="000000" w:themeColor="text1"/>
                <w:sz w:val="16"/>
                <w:szCs w:val="16"/>
              </w:rPr>
              <w:t xml:space="preserve"> (M</w:t>
            </w:r>
            <w:r w:rsidRPr="00453AB6">
              <w:rPr>
                <w:rFonts w:ascii="微軟正黑體" w:eastAsia="微軟正黑體" w:hAnsi="微軟正黑體" w:cs="Mongolian Baiti"/>
                <w:color w:val="000000" w:themeColor="text1"/>
                <w:sz w:val="16"/>
                <w:szCs w:val="16"/>
              </w:rPr>
              <w:t>icrosoft Word</w:t>
            </w:r>
            <w:r w:rsidRPr="00453AB6">
              <w:rPr>
                <w:rFonts w:ascii="微軟正黑體" w:eastAsia="微軟正黑體" w:hAnsi="微軟正黑體" w:cs="Mongolian Baiti" w:hint="eastAsia"/>
                <w:color w:val="000000" w:themeColor="text1"/>
                <w:sz w:val="16"/>
                <w:szCs w:val="16"/>
              </w:rPr>
              <w:t>)</w:t>
            </w:r>
            <w:r w:rsidRPr="00453AB6">
              <w:rPr>
                <w:rFonts w:ascii="微軟正黑體" w:eastAsia="微軟正黑體" w:hAnsi="微軟正黑體" w:cs="Mongolian Baiti"/>
                <w:color w:val="000000" w:themeColor="text1"/>
                <w:sz w:val="16"/>
                <w:szCs w:val="16"/>
              </w:rPr>
              <w:t>電子檔與不可編輯之PDF</w:t>
            </w:r>
            <w:r w:rsidRPr="00453AB6">
              <w:rPr>
                <w:rFonts w:ascii="微軟正黑體" w:eastAsia="微軟正黑體" w:hAnsi="微軟正黑體" w:cs="Mongolian Baiti" w:hint="eastAsia"/>
                <w:color w:val="000000" w:themeColor="text1"/>
                <w:sz w:val="16"/>
                <w:szCs w:val="16"/>
              </w:rPr>
              <w:t xml:space="preserve"> (</w:t>
            </w:r>
            <w:r w:rsidRPr="00453AB6">
              <w:rPr>
                <w:rFonts w:ascii="微軟正黑體" w:eastAsia="微軟正黑體" w:hAnsi="微軟正黑體" w:cs="Mongolian Baiti"/>
                <w:color w:val="000000" w:themeColor="text1"/>
                <w:sz w:val="16"/>
                <w:szCs w:val="16"/>
              </w:rPr>
              <w:t>Portable Document Format</w:t>
            </w:r>
            <w:r w:rsidRPr="00453AB6">
              <w:rPr>
                <w:rFonts w:ascii="微軟正黑體" w:eastAsia="微軟正黑體" w:hAnsi="微軟正黑體" w:cs="Mongolian Baiti" w:hint="eastAsia"/>
                <w:color w:val="000000" w:themeColor="text1"/>
                <w:sz w:val="16"/>
                <w:szCs w:val="16"/>
              </w:rPr>
              <w:t>)</w:t>
            </w:r>
            <w:r w:rsidRPr="00453AB6">
              <w:rPr>
                <w:rFonts w:ascii="微軟正黑體" w:eastAsia="微軟正黑體" w:hAnsi="微軟正黑體" w:cs="Mongolian Baiti"/>
                <w:color w:val="000000" w:themeColor="text1"/>
                <w:sz w:val="16"/>
                <w:szCs w:val="16"/>
              </w:rPr>
              <w:t>電子檔</w:t>
            </w:r>
            <w:r w:rsidRPr="00453AB6">
              <w:rPr>
                <w:rFonts w:ascii="微軟正黑體" w:eastAsia="微軟正黑體" w:hAnsi="微軟正黑體" w:cs="Mongolian Baiti" w:hint="eastAsia"/>
                <w:color w:val="000000" w:themeColor="text1"/>
                <w:sz w:val="16"/>
                <w:szCs w:val="16"/>
              </w:rPr>
              <w:t>案及含公式鏈結之財務試算</w:t>
            </w:r>
            <w:r w:rsidRPr="00453AB6">
              <w:rPr>
                <w:rFonts w:ascii="微軟正黑體" w:eastAsia="微軟正黑體" w:hAnsi="微軟正黑體" w:cs="Mongolian Baiti"/>
                <w:color w:val="000000" w:themeColor="text1"/>
                <w:sz w:val="16"/>
                <w:szCs w:val="16"/>
              </w:rPr>
              <w:t>Excel</w:t>
            </w:r>
            <w:r w:rsidRPr="00453AB6">
              <w:rPr>
                <w:rFonts w:ascii="微軟正黑體" w:eastAsia="微軟正黑體" w:hAnsi="微軟正黑體" w:cs="Mongolian Baiti" w:hint="eastAsia"/>
                <w:color w:val="000000" w:themeColor="text1"/>
                <w:sz w:val="16"/>
                <w:szCs w:val="16"/>
              </w:rPr>
              <w:t xml:space="preserve"> (</w:t>
            </w:r>
            <w:r w:rsidRPr="00453AB6">
              <w:rPr>
                <w:rFonts w:ascii="微軟正黑體" w:eastAsia="微軟正黑體" w:hAnsi="微軟正黑體" w:cs="Mongolian Baiti"/>
                <w:color w:val="000000" w:themeColor="text1"/>
                <w:sz w:val="16"/>
                <w:szCs w:val="16"/>
              </w:rPr>
              <w:t>Microsoft Excel</w:t>
            </w:r>
            <w:r w:rsidRPr="00453AB6">
              <w:rPr>
                <w:rFonts w:ascii="微軟正黑體" w:eastAsia="微軟正黑體" w:hAnsi="微軟正黑體" w:cs="Mongolian Baiti" w:hint="eastAsia"/>
                <w:color w:val="000000" w:themeColor="text1"/>
                <w:sz w:val="16"/>
                <w:szCs w:val="16"/>
              </w:rPr>
              <w:t>)</w:t>
            </w:r>
            <w:r w:rsidRPr="00453AB6">
              <w:rPr>
                <w:rFonts w:ascii="微軟正黑體" w:eastAsia="微軟正黑體" w:hAnsi="微軟正黑體" w:cs="Mongolian Baiti"/>
                <w:color w:val="000000" w:themeColor="text1"/>
                <w:sz w:val="16"/>
                <w:szCs w:val="16"/>
              </w:rPr>
              <w:t>電子檔光碟)</w:t>
            </w:r>
          </w:p>
        </w:tc>
        <w:tc>
          <w:tcPr>
            <w:tcW w:w="851" w:type="dxa"/>
            <w:vAlign w:val="center"/>
          </w:tcPr>
          <w:p w14:paraId="28C365ED" w14:textId="77777777" w:rsidR="003257ED" w:rsidRPr="00453AB6" w:rsidRDefault="003257ED" w:rsidP="003257ED">
            <w:pPr>
              <w:widowControl w:val="0"/>
              <w:spacing w:after="0" w:line="200" w:lineRule="exact"/>
              <w:ind w:left="246" w:hangingChars="154" w:hanging="246"/>
              <w:jc w:val="center"/>
              <w:rPr>
                <w:rFonts w:ascii="微軟正黑體" w:eastAsia="微軟正黑體" w:hAnsi="微軟正黑體" w:cs="Mongolian Baiti"/>
                <w:color w:val="000000" w:themeColor="text1"/>
                <w:kern w:val="2"/>
                <w:sz w:val="16"/>
                <w:szCs w:val="16"/>
                <w:lang w:eastAsia="zh-TW" w:bidi="mn-Mong-CN"/>
              </w:rPr>
            </w:pPr>
            <w:r w:rsidRPr="002B6187">
              <w:rPr>
                <w:rFonts w:ascii="微軟正黑體" w:eastAsia="微軟正黑體" w:hAnsi="微軟正黑體" w:cs="Mongolian Baiti" w:hint="eastAsia"/>
                <w:color w:val="FF0000"/>
                <w:kern w:val="2"/>
                <w:sz w:val="16"/>
                <w:szCs w:val="16"/>
                <w:lang w:eastAsia="zh-TW" w:bidi="mn-Mong-CN"/>
              </w:rPr>
              <w:t>紙本</w:t>
            </w:r>
          </w:p>
        </w:tc>
        <w:tc>
          <w:tcPr>
            <w:tcW w:w="845" w:type="dxa"/>
            <w:vAlign w:val="center"/>
          </w:tcPr>
          <w:p w14:paraId="6B2A0D70" w14:textId="77777777" w:rsidR="003257ED" w:rsidRPr="001C4830" w:rsidRDefault="003257ED" w:rsidP="003257ED">
            <w:pPr>
              <w:widowControl w:val="0"/>
              <w:spacing w:after="0" w:line="200" w:lineRule="exact"/>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電子檔</w:t>
            </w:r>
          </w:p>
        </w:tc>
        <w:tc>
          <w:tcPr>
            <w:tcW w:w="594" w:type="dxa"/>
            <w:vMerge w:val="restart"/>
          </w:tcPr>
          <w:p w14:paraId="4752617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vMerge w:val="restart"/>
          </w:tcPr>
          <w:p w14:paraId="3E7131A6"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vMerge w:val="restart"/>
          </w:tcPr>
          <w:p w14:paraId="178A81FA"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vMerge w:val="restart"/>
          </w:tcPr>
          <w:p w14:paraId="37A9110A"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vMerge w:val="restart"/>
          </w:tcPr>
          <w:p w14:paraId="6BFF6F77"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vMerge w:val="restart"/>
          </w:tcPr>
          <w:p w14:paraId="41642955"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vMerge w:val="restart"/>
          </w:tcPr>
          <w:p w14:paraId="3A927A85"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vMerge w:val="restart"/>
          </w:tcPr>
          <w:p w14:paraId="20731596"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vMerge w:val="restart"/>
          </w:tcPr>
          <w:p w14:paraId="7A0FEA17"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4510AE59" w14:textId="77777777" w:rsidTr="00340D6B">
        <w:trPr>
          <w:trHeight w:val="655"/>
          <w:jc w:val="center"/>
        </w:trPr>
        <w:tc>
          <w:tcPr>
            <w:tcW w:w="3964" w:type="dxa"/>
            <w:vMerge/>
          </w:tcPr>
          <w:p w14:paraId="0AA4E204" w14:textId="77777777" w:rsidR="003257ED" w:rsidRPr="00453AB6" w:rsidRDefault="003257ED" w:rsidP="003257ED">
            <w:pPr>
              <w:spacing w:after="0" w:line="200" w:lineRule="exact"/>
              <w:rPr>
                <w:rFonts w:ascii="微軟正黑體" w:eastAsia="微軟正黑體" w:hAnsi="微軟正黑體" w:cs="Mongolian Baiti"/>
                <w:color w:val="000000" w:themeColor="text1"/>
                <w:sz w:val="16"/>
                <w:szCs w:val="16"/>
              </w:rPr>
            </w:pPr>
          </w:p>
        </w:tc>
        <w:tc>
          <w:tcPr>
            <w:tcW w:w="851" w:type="dxa"/>
            <w:vAlign w:val="center"/>
          </w:tcPr>
          <w:p w14:paraId="727F6FD8" w14:textId="77777777" w:rsidR="003257ED" w:rsidRPr="00453AB6" w:rsidRDefault="003257ED" w:rsidP="003257ED">
            <w:pPr>
              <w:widowControl w:val="0"/>
              <w:spacing w:after="0" w:line="200" w:lineRule="exact"/>
              <w:ind w:left="246" w:hangingChars="154" w:hanging="246"/>
              <w:jc w:val="center"/>
              <w:rPr>
                <w:rFonts w:ascii="微軟正黑體" w:eastAsia="微軟正黑體" w:hAnsi="微軟正黑體" w:cs="Mongolian Baiti"/>
                <w:color w:val="000000" w:themeColor="text1"/>
                <w:sz w:val="16"/>
                <w:szCs w:val="16"/>
              </w:rPr>
            </w:pPr>
            <w:r w:rsidRPr="00453AB6">
              <w:rPr>
                <w:rFonts w:ascii="微軟正黑體" w:eastAsia="微軟正黑體" w:hAnsi="微軟正黑體" w:cs="Mongolian Baiti" w:hint="eastAsia"/>
                <w:color w:val="000000" w:themeColor="text1"/>
                <w:sz w:val="16"/>
                <w:szCs w:val="16"/>
              </w:rPr>
              <w:t>20</w:t>
            </w:r>
          </w:p>
        </w:tc>
        <w:tc>
          <w:tcPr>
            <w:tcW w:w="845" w:type="dxa"/>
            <w:vAlign w:val="center"/>
          </w:tcPr>
          <w:p w14:paraId="1DF29ABF" w14:textId="77777777" w:rsidR="003257ED" w:rsidRPr="001C4830" w:rsidRDefault="003257ED" w:rsidP="003257ED">
            <w:pPr>
              <w:spacing w:after="0" w:line="200" w:lineRule="exact"/>
              <w:jc w:val="center"/>
              <w:rPr>
                <w:rFonts w:ascii="微軟正黑體" w:eastAsia="微軟正黑體" w:hAnsi="微軟正黑體" w:cs="Mongolian Baiti"/>
                <w:color w:val="FF0000"/>
                <w:sz w:val="16"/>
                <w:szCs w:val="16"/>
              </w:rPr>
            </w:pPr>
            <w:r w:rsidRPr="001C4830">
              <w:rPr>
                <w:rFonts w:ascii="微軟正黑體" w:eastAsia="微軟正黑體" w:hAnsi="微軟正黑體" w:cs="Mongolian Baiti"/>
                <w:color w:val="FF0000"/>
                <w:sz w:val="16"/>
                <w:szCs w:val="16"/>
                <w:lang w:eastAsia="zh-TW"/>
              </w:rPr>
              <w:t>1</w:t>
            </w:r>
          </w:p>
        </w:tc>
        <w:tc>
          <w:tcPr>
            <w:tcW w:w="594" w:type="dxa"/>
            <w:vMerge/>
          </w:tcPr>
          <w:p w14:paraId="7F274CC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08" w:type="dxa"/>
            <w:vMerge/>
          </w:tcPr>
          <w:p w14:paraId="21BA5640"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667" w:type="dxa"/>
            <w:vMerge/>
          </w:tcPr>
          <w:p w14:paraId="048B9FCF"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871" w:type="dxa"/>
            <w:vMerge/>
          </w:tcPr>
          <w:p w14:paraId="7B7E7168"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1234" w:type="dxa"/>
            <w:gridSpan w:val="2"/>
            <w:vMerge/>
          </w:tcPr>
          <w:p w14:paraId="3CD19F3D"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3" w:type="dxa"/>
            <w:vMerge/>
          </w:tcPr>
          <w:p w14:paraId="50D6B5C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2835" w:type="dxa"/>
            <w:vMerge/>
          </w:tcPr>
          <w:p w14:paraId="5807C212"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92" w:type="dxa"/>
            <w:vMerge/>
          </w:tcPr>
          <w:p w14:paraId="3CAD0A46" w14:textId="77777777" w:rsidR="003257ED" w:rsidRPr="003257ED" w:rsidRDefault="003257ED" w:rsidP="003257ED">
            <w:pPr>
              <w:spacing w:after="0" w:line="200" w:lineRule="exact"/>
              <w:rPr>
                <w:rFonts w:ascii="微軟正黑體" w:eastAsia="微軟正黑體" w:hAnsi="微軟正黑體" w:cs="Mongolian Baiti"/>
                <w:sz w:val="16"/>
                <w:szCs w:val="16"/>
              </w:rPr>
            </w:pPr>
          </w:p>
        </w:tc>
        <w:tc>
          <w:tcPr>
            <w:tcW w:w="934" w:type="dxa"/>
            <w:vMerge/>
          </w:tcPr>
          <w:p w14:paraId="5570022F" w14:textId="77777777" w:rsidR="003257ED" w:rsidRPr="003257ED" w:rsidRDefault="003257ED" w:rsidP="003257ED">
            <w:pPr>
              <w:spacing w:after="0" w:line="200" w:lineRule="exact"/>
              <w:rPr>
                <w:rFonts w:ascii="微軟正黑體" w:eastAsia="微軟正黑體" w:hAnsi="微軟正黑體" w:cs="Mongolian Baiti"/>
                <w:sz w:val="16"/>
                <w:szCs w:val="16"/>
              </w:rPr>
            </w:pPr>
          </w:p>
        </w:tc>
      </w:tr>
      <w:tr w:rsidR="003257ED" w:rsidRPr="003257ED" w14:paraId="5F52478B" w14:textId="77777777" w:rsidTr="00340D6B">
        <w:trPr>
          <w:trHeight w:val="154"/>
          <w:jc w:val="center"/>
        </w:trPr>
        <w:tc>
          <w:tcPr>
            <w:tcW w:w="3964" w:type="dxa"/>
            <w:vMerge w:val="restart"/>
            <w:vAlign w:val="center"/>
          </w:tcPr>
          <w:p w14:paraId="2BFD6E0A" w14:textId="77777777" w:rsidR="003257ED" w:rsidRPr="00453AB6" w:rsidRDefault="003257ED" w:rsidP="003257ED">
            <w:pPr>
              <w:spacing w:after="0" w:line="200" w:lineRule="exact"/>
              <w:jc w:val="both"/>
              <w:rPr>
                <w:rFonts w:ascii="微軟正黑體" w:eastAsia="微軟正黑體" w:hAnsi="微軟正黑體" w:cs="Mongolian Baiti"/>
                <w:color w:val="000000" w:themeColor="text1"/>
                <w:sz w:val="16"/>
                <w:szCs w:val="16"/>
                <w:lang w:eastAsia="zh-TW"/>
              </w:rPr>
            </w:pPr>
            <w:r w:rsidRPr="00453AB6">
              <w:rPr>
                <w:rFonts w:ascii="微軟正黑體" w:eastAsia="微軟正黑體" w:hAnsi="微軟正黑體" w:cs="Mongolian Baiti" w:hint="eastAsia"/>
                <w:color w:val="000000" w:themeColor="text1"/>
                <w:sz w:val="16"/>
                <w:szCs w:val="16"/>
                <w:lang w:eastAsia="zh-TW"/>
              </w:rPr>
              <w:t>21</w:t>
            </w:r>
            <w:r w:rsidRPr="00453AB6">
              <w:rPr>
                <w:rFonts w:ascii="微軟正黑體" w:eastAsia="微軟正黑體" w:hAnsi="微軟正黑體" w:cs="Mongolian Baiti"/>
                <w:color w:val="000000" w:themeColor="text1"/>
                <w:sz w:val="16"/>
                <w:szCs w:val="16"/>
                <w:lang w:eastAsia="zh-TW"/>
              </w:rPr>
              <w:t>.投資計畫書簡報</w:t>
            </w:r>
            <w:r w:rsidRPr="00453AB6">
              <w:rPr>
                <w:rFonts w:ascii="微軟正黑體" w:eastAsia="微軟正黑體" w:hAnsi="微軟正黑體" w:cs="Mongolian Baiti" w:hint="eastAsia"/>
                <w:color w:val="000000" w:themeColor="text1"/>
                <w:sz w:val="16"/>
                <w:szCs w:val="16"/>
                <w:lang w:eastAsia="zh-TW"/>
              </w:rPr>
              <w:t>及其1份</w:t>
            </w:r>
            <w:r w:rsidRPr="00453AB6">
              <w:rPr>
                <w:rFonts w:ascii="微軟正黑體" w:eastAsia="微軟正黑體" w:hAnsi="微軟正黑體" w:cs="Mongolian Baiti"/>
                <w:color w:val="000000" w:themeColor="text1"/>
                <w:sz w:val="16"/>
                <w:szCs w:val="16"/>
                <w:lang w:eastAsia="zh-TW"/>
              </w:rPr>
              <w:t>電子檔光碟</w:t>
            </w:r>
          </w:p>
        </w:tc>
        <w:tc>
          <w:tcPr>
            <w:tcW w:w="851" w:type="dxa"/>
            <w:vAlign w:val="center"/>
          </w:tcPr>
          <w:p w14:paraId="34734A14" w14:textId="77777777" w:rsidR="003257ED" w:rsidRPr="00453AB6" w:rsidRDefault="003257ED" w:rsidP="003257ED">
            <w:pPr>
              <w:widowControl w:val="0"/>
              <w:spacing w:after="0" w:line="200" w:lineRule="exact"/>
              <w:ind w:left="246" w:hangingChars="154" w:hanging="246"/>
              <w:jc w:val="center"/>
              <w:rPr>
                <w:rFonts w:ascii="微軟正黑體" w:eastAsia="微軟正黑體" w:hAnsi="微軟正黑體" w:cs="Mongolian Baiti"/>
                <w:color w:val="000000" w:themeColor="text1"/>
                <w:kern w:val="2"/>
                <w:sz w:val="16"/>
                <w:szCs w:val="16"/>
                <w:lang w:eastAsia="zh-TW" w:bidi="mn-Mong-CN"/>
              </w:rPr>
            </w:pPr>
            <w:r w:rsidRPr="002B6187">
              <w:rPr>
                <w:rFonts w:ascii="微軟正黑體" w:eastAsia="微軟正黑體" w:hAnsi="微軟正黑體" w:cs="Mongolian Baiti" w:hint="eastAsia"/>
                <w:color w:val="FF0000"/>
                <w:kern w:val="2"/>
                <w:sz w:val="16"/>
                <w:szCs w:val="16"/>
                <w:lang w:eastAsia="zh-TW" w:bidi="mn-Mong-CN"/>
              </w:rPr>
              <w:t>紙本</w:t>
            </w:r>
          </w:p>
        </w:tc>
        <w:tc>
          <w:tcPr>
            <w:tcW w:w="845" w:type="dxa"/>
            <w:vAlign w:val="center"/>
          </w:tcPr>
          <w:p w14:paraId="45EDAFF1" w14:textId="77777777" w:rsidR="003257ED" w:rsidRPr="001C4830" w:rsidRDefault="003257ED" w:rsidP="003257ED">
            <w:pPr>
              <w:widowControl w:val="0"/>
              <w:spacing w:after="0" w:line="200" w:lineRule="exact"/>
              <w:rPr>
                <w:rFonts w:ascii="微軟正黑體" w:eastAsia="微軟正黑體" w:hAnsi="微軟正黑體" w:cs="Mongolian Baiti"/>
                <w:color w:val="FF0000"/>
                <w:kern w:val="2"/>
                <w:sz w:val="16"/>
                <w:szCs w:val="16"/>
                <w:lang w:eastAsia="zh-TW" w:bidi="mn-Mong-CN"/>
              </w:rPr>
            </w:pPr>
            <w:r w:rsidRPr="001C4830">
              <w:rPr>
                <w:rFonts w:ascii="微軟正黑體" w:eastAsia="微軟正黑體" w:hAnsi="微軟正黑體" w:cs="Mongolian Baiti" w:hint="eastAsia"/>
                <w:color w:val="FF0000"/>
                <w:kern w:val="2"/>
                <w:sz w:val="16"/>
                <w:szCs w:val="16"/>
                <w:lang w:eastAsia="zh-TW" w:bidi="mn-Mong-CN"/>
              </w:rPr>
              <w:t>電子檔</w:t>
            </w:r>
          </w:p>
        </w:tc>
        <w:tc>
          <w:tcPr>
            <w:tcW w:w="594" w:type="dxa"/>
            <w:vMerge w:val="restart"/>
          </w:tcPr>
          <w:p w14:paraId="4A837FC0"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608" w:type="dxa"/>
            <w:vMerge w:val="restart"/>
          </w:tcPr>
          <w:p w14:paraId="31C8C25E"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667" w:type="dxa"/>
            <w:vMerge w:val="restart"/>
          </w:tcPr>
          <w:p w14:paraId="7DD54CE9"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871" w:type="dxa"/>
            <w:vMerge w:val="restart"/>
          </w:tcPr>
          <w:p w14:paraId="7AF492C2"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1234" w:type="dxa"/>
            <w:gridSpan w:val="2"/>
            <w:vMerge w:val="restart"/>
          </w:tcPr>
          <w:p w14:paraId="13AF1018"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993" w:type="dxa"/>
            <w:vMerge w:val="restart"/>
          </w:tcPr>
          <w:p w14:paraId="3E0926AF"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2835" w:type="dxa"/>
            <w:vMerge w:val="restart"/>
          </w:tcPr>
          <w:p w14:paraId="001DE9BC"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992" w:type="dxa"/>
            <w:vMerge w:val="restart"/>
          </w:tcPr>
          <w:p w14:paraId="169C82D4"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934" w:type="dxa"/>
            <w:vMerge w:val="restart"/>
          </w:tcPr>
          <w:p w14:paraId="0D53B4F8"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r>
      <w:tr w:rsidR="003257ED" w:rsidRPr="003257ED" w14:paraId="1BDE165C" w14:textId="77777777" w:rsidTr="00340D6B">
        <w:trPr>
          <w:trHeight w:val="255"/>
          <w:jc w:val="center"/>
        </w:trPr>
        <w:tc>
          <w:tcPr>
            <w:tcW w:w="3964" w:type="dxa"/>
            <w:vMerge/>
            <w:vAlign w:val="center"/>
          </w:tcPr>
          <w:p w14:paraId="728F8D65" w14:textId="77777777" w:rsidR="003257ED" w:rsidRPr="00453AB6" w:rsidRDefault="003257ED" w:rsidP="003257ED">
            <w:pPr>
              <w:spacing w:after="0" w:line="200" w:lineRule="exact"/>
              <w:jc w:val="both"/>
              <w:rPr>
                <w:rFonts w:ascii="微軟正黑體" w:eastAsia="微軟正黑體" w:hAnsi="微軟正黑體" w:cs="Mongolian Baiti"/>
                <w:color w:val="000000" w:themeColor="text1"/>
                <w:sz w:val="16"/>
                <w:szCs w:val="16"/>
                <w:lang w:eastAsia="zh-TW"/>
              </w:rPr>
            </w:pPr>
          </w:p>
        </w:tc>
        <w:tc>
          <w:tcPr>
            <w:tcW w:w="851" w:type="dxa"/>
            <w:vAlign w:val="center"/>
          </w:tcPr>
          <w:p w14:paraId="08304F4F" w14:textId="77777777" w:rsidR="003257ED" w:rsidRPr="00453AB6" w:rsidRDefault="003257ED" w:rsidP="003257ED">
            <w:pPr>
              <w:spacing w:after="0" w:line="200" w:lineRule="exact"/>
              <w:ind w:left="246" w:hangingChars="154" w:hanging="246"/>
              <w:jc w:val="center"/>
              <w:rPr>
                <w:rFonts w:ascii="微軟正黑體" w:eastAsia="微軟正黑體" w:hAnsi="微軟正黑體" w:cs="Mongolian Baiti"/>
                <w:color w:val="000000" w:themeColor="text1"/>
                <w:sz w:val="16"/>
                <w:szCs w:val="16"/>
                <w:lang w:eastAsia="zh-TW"/>
              </w:rPr>
            </w:pPr>
            <w:r w:rsidRPr="00453AB6">
              <w:rPr>
                <w:rFonts w:ascii="微軟正黑體" w:eastAsia="微軟正黑體" w:hAnsi="微軟正黑體" w:cs="Mongolian Baiti" w:hint="eastAsia"/>
                <w:color w:val="000000" w:themeColor="text1"/>
                <w:sz w:val="16"/>
                <w:szCs w:val="16"/>
              </w:rPr>
              <w:t>20</w:t>
            </w:r>
          </w:p>
        </w:tc>
        <w:tc>
          <w:tcPr>
            <w:tcW w:w="845" w:type="dxa"/>
            <w:vAlign w:val="center"/>
          </w:tcPr>
          <w:p w14:paraId="405F47AA" w14:textId="77777777" w:rsidR="003257ED" w:rsidRPr="00453AB6" w:rsidRDefault="003257ED" w:rsidP="003257ED">
            <w:pPr>
              <w:spacing w:after="0" w:line="200" w:lineRule="exact"/>
              <w:jc w:val="center"/>
              <w:rPr>
                <w:rFonts w:ascii="微軟正黑體" w:eastAsia="微軟正黑體" w:hAnsi="微軟正黑體" w:cs="Mongolian Baiti"/>
                <w:color w:val="000000" w:themeColor="text1"/>
                <w:sz w:val="16"/>
                <w:szCs w:val="16"/>
                <w:lang w:eastAsia="zh-TW"/>
              </w:rPr>
            </w:pPr>
            <w:r w:rsidRPr="00453AB6">
              <w:rPr>
                <w:rFonts w:ascii="微軟正黑體" w:eastAsia="微軟正黑體" w:hAnsi="微軟正黑體" w:cs="Mongolian Baiti"/>
                <w:color w:val="000000" w:themeColor="text1"/>
                <w:sz w:val="16"/>
                <w:szCs w:val="16"/>
                <w:lang w:eastAsia="zh-TW"/>
              </w:rPr>
              <w:t>1</w:t>
            </w:r>
          </w:p>
        </w:tc>
        <w:tc>
          <w:tcPr>
            <w:tcW w:w="594" w:type="dxa"/>
            <w:vMerge/>
          </w:tcPr>
          <w:p w14:paraId="224D26EA"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608" w:type="dxa"/>
            <w:vMerge/>
          </w:tcPr>
          <w:p w14:paraId="04DAB6E7"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667" w:type="dxa"/>
            <w:vMerge/>
          </w:tcPr>
          <w:p w14:paraId="55A771DE"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871" w:type="dxa"/>
            <w:vMerge/>
          </w:tcPr>
          <w:p w14:paraId="13C82319"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1234" w:type="dxa"/>
            <w:gridSpan w:val="2"/>
            <w:vMerge/>
          </w:tcPr>
          <w:p w14:paraId="7FF73A90"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993" w:type="dxa"/>
            <w:vMerge/>
          </w:tcPr>
          <w:p w14:paraId="4A8EA744"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2835" w:type="dxa"/>
            <w:vMerge/>
          </w:tcPr>
          <w:p w14:paraId="5DB3A668"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992" w:type="dxa"/>
            <w:vMerge/>
          </w:tcPr>
          <w:p w14:paraId="5003C14B"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934" w:type="dxa"/>
            <w:vMerge/>
          </w:tcPr>
          <w:p w14:paraId="3B1B2819"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r>
      <w:tr w:rsidR="003257ED" w:rsidRPr="003257ED" w14:paraId="323BCD1E" w14:textId="77777777" w:rsidTr="00340D6B">
        <w:trPr>
          <w:trHeight w:val="1650"/>
          <w:jc w:val="center"/>
        </w:trPr>
        <w:tc>
          <w:tcPr>
            <w:tcW w:w="3964" w:type="dxa"/>
          </w:tcPr>
          <w:p w14:paraId="320C81A4"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p>
        </w:tc>
        <w:tc>
          <w:tcPr>
            <w:tcW w:w="4443" w:type="dxa"/>
            <w:gridSpan w:val="7"/>
          </w:tcPr>
          <w:p w14:paraId="24D64F97"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r w:rsidRPr="003257ED">
              <w:rPr>
                <w:rFonts w:ascii="微軟正黑體" w:eastAsia="微軟正黑體" w:hAnsi="微軟正黑體" w:cs="Mongolian Baiti" w:hint="eastAsia"/>
                <w:sz w:val="16"/>
                <w:szCs w:val="16"/>
                <w:lang w:eastAsia="zh-TW"/>
              </w:rPr>
              <w:t>申請人資格檢核結果：</w:t>
            </w:r>
          </w:p>
          <w:p w14:paraId="4CB8139E"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r w:rsidRPr="003257ED">
              <w:rPr>
                <w:rFonts w:ascii="微軟正黑體" w:eastAsia="微軟正黑體" w:hAnsi="微軟正黑體" w:cs="Mongolian Baiti" w:hint="eastAsia"/>
                <w:sz w:val="16"/>
                <w:szCs w:val="16"/>
                <w:lang w:eastAsia="zh-TW"/>
              </w:rPr>
              <w:t>□</w:t>
            </w:r>
            <w:r w:rsidRPr="003257ED">
              <w:rPr>
                <w:rFonts w:ascii="微軟正黑體" w:eastAsia="微軟正黑體" w:hAnsi="微軟正黑體" w:cs="Mongolian Baiti"/>
                <w:sz w:val="16"/>
                <w:szCs w:val="16"/>
                <w:lang w:eastAsia="zh-TW"/>
              </w:rPr>
              <w:t xml:space="preserve"> </w:t>
            </w:r>
            <w:r w:rsidRPr="003257ED">
              <w:rPr>
                <w:rFonts w:ascii="微軟正黑體" w:eastAsia="微軟正黑體" w:hAnsi="微軟正黑體" w:cs="Mongolian Baiti" w:hint="eastAsia"/>
                <w:sz w:val="16"/>
                <w:szCs w:val="16"/>
                <w:lang w:eastAsia="zh-TW"/>
              </w:rPr>
              <w:t>資格及應附文件均符合規定。</w:t>
            </w:r>
          </w:p>
          <w:p w14:paraId="4CD58457"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r w:rsidRPr="003257ED">
              <w:rPr>
                <w:rFonts w:ascii="微軟正黑體" w:eastAsia="微軟正黑體" w:hAnsi="微軟正黑體" w:cs="Mongolian Baiti" w:hint="eastAsia"/>
                <w:sz w:val="16"/>
                <w:szCs w:val="16"/>
                <w:lang w:eastAsia="zh-TW"/>
              </w:rPr>
              <w:t>□</w:t>
            </w:r>
            <w:r w:rsidRPr="003257ED">
              <w:rPr>
                <w:rFonts w:ascii="微軟正黑體" w:eastAsia="微軟正黑體" w:hAnsi="微軟正黑體" w:cs="Mongolian Baiti"/>
                <w:sz w:val="16"/>
                <w:szCs w:val="16"/>
                <w:lang w:eastAsia="zh-TW"/>
              </w:rPr>
              <w:t xml:space="preserve"> </w:t>
            </w:r>
            <w:r w:rsidRPr="003257ED">
              <w:rPr>
                <w:rFonts w:ascii="微軟正黑體" w:eastAsia="微軟正黑體" w:hAnsi="微軟正黑體" w:cs="Mongolian Baiti" w:hint="eastAsia"/>
                <w:sz w:val="16"/>
                <w:szCs w:val="16"/>
                <w:lang w:eastAsia="zh-TW"/>
              </w:rPr>
              <w:t>資格及應附文件需補件或澄清。</w:t>
            </w:r>
          </w:p>
          <w:p w14:paraId="3642E5AF" w14:textId="77777777" w:rsidR="003257ED" w:rsidRPr="003257ED" w:rsidRDefault="003257ED" w:rsidP="003257ED">
            <w:pPr>
              <w:spacing w:after="0" w:line="200" w:lineRule="exact"/>
              <w:ind w:left="248" w:hangingChars="155" w:hanging="248"/>
              <w:rPr>
                <w:rFonts w:ascii="微軟正黑體" w:eastAsia="微軟正黑體" w:hAnsi="微軟正黑體" w:cs="Mongolian Baiti"/>
                <w:sz w:val="16"/>
                <w:szCs w:val="16"/>
                <w:lang w:eastAsia="zh-TW"/>
              </w:rPr>
            </w:pPr>
            <w:r w:rsidRPr="003257ED">
              <w:rPr>
                <w:rFonts w:ascii="微軟正黑體" w:eastAsia="微軟正黑體" w:hAnsi="微軟正黑體" w:cs="Mongolian Baiti" w:hint="eastAsia"/>
                <w:sz w:val="16"/>
                <w:szCs w:val="16"/>
                <w:lang w:eastAsia="zh-TW"/>
              </w:rPr>
              <w:t>□</w:t>
            </w:r>
            <w:r w:rsidRPr="003257ED">
              <w:rPr>
                <w:rFonts w:ascii="微軟正黑體" w:eastAsia="微軟正黑體" w:hAnsi="微軟正黑體" w:cs="Mongolian Baiti"/>
                <w:sz w:val="16"/>
                <w:szCs w:val="16"/>
                <w:lang w:eastAsia="zh-TW"/>
              </w:rPr>
              <w:t xml:space="preserve"> </w:t>
            </w:r>
            <w:r w:rsidRPr="003257ED">
              <w:rPr>
                <w:rFonts w:ascii="微軟正黑體" w:eastAsia="微軟正黑體" w:hAnsi="微軟正黑體" w:cs="Mongolian Baiti" w:hint="eastAsia"/>
                <w:sz w:val="16"/>
                <w:szCs w:val="16"/>
                <w:lang w:eastAsia="zh-TW"/>
              </w:rPr>
              <w:t>資格不符，不予評選。</w:t>
            </w:r>
          </w:p>
          <w:p w14:paraId="3F722984" w14:textId="77777777" w:rsidR="003257ED" w:rsidRPr="003257ED" w:rsidRDefault="003257ED" w:rsidP="003257ED">
            <w:pPr>
              <w:spacing w:after="0" w:line="200" w:lineRule="exact"/>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不符理由：</w:t>
            </w:r>
          </w:p>
        </w:tc>
        <w:tc>
          <w:tcPr>
            <w:tcW w:w="2220" w:type="dxa"/>
            <w:gridSpan w:val="2"/>
          </w:tcPr>
          <w:p w14:paraId="19AF769C" w14:textId="77777777" w:rsidR="003257ED" w:rsidRPr="003257ED" w:rsidRDefault="003257ED" w:rsidP="003257ED">
            <w:pPr>
              <w:spacing w:after="0" w:line="200" w:lineRule="exact"/>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審查人員：</w:t>
            </w:r>
          </w:p>
          <w:p w14:paraId="7B660759" w14:textId="77777777" w:rsidR="003257ED" w:rsidRPr="003257ED" w:rsidRDefault="003257ED" w:rsidP="003257ED">
            <w:pPr>
              <w:spacing w:after="0" w:line="200" w:lineRule="exact"/>
              <w:rPr>
                <w:rFonts w:ascii="微軟正黑體" w:eastAsia="微軟正黑體" w:hAnsi="微軟正黑體" w:cs="Mongolian Baiti"/>
                <w:sz w:val="16"/>
                <w:szCs w:val="16"/>
              </w:rPr>
            </w:pPr>
          </w:p>
          <w:p w14:paraId="1434E8E1" w14:textId="77777777" w:rsidR="003257ED" w:rsidRPr="003257ED" w:rsidRDefault="003257ED" w:rsidP="003257ED">
            <w:pPr>
              <w:spacing w:after="0" w:line="200" w:lineRule="exact"/>
              <w:rPr>
                <w:rFonts w:ascii="微軟正黑體" w:eastAsia="微軟正黑體" w:hAnsi="微軟正黑體" w:cs="Mongolian Baiti"/>
                <w:sz w:val="16"/>
                <w:szCs w:val="16"/>
              </w:rPr>
            </w:pPr>
          </w:p>
          <w:p w14:paraId="4CD6C9D8" w14:textId="77777777" w:rsidR="003257ED" w:rsidRPr="003257ED" w:rsidRDefault="003257ED" w:rsidP="003257ED">
            <w:pPr>
              <w:spacing w:after="0" w:line="200" w:lineRule="exact"/>
              <w:rPr>
                <w:rFonts w:ascii="微軟正黑體" w:eastAsia="微軟正黑體" w:hAnsi="微軟正黑體" w:cs="Mongolian Baiti"/>
                <w:sz w:val="16"/>
                <w:szCs w:val="16"/>
              </w:rPr>
            </w:pPr>
          </w:p>
          <w:p w14:paraId="670A2F98" w14:textId="77777777" w:rsidR="003257ED" w:rsidRPr="003257ED" w:rsidRDefault="003257ED" w:rsidP="003257ED">
            <w:pPr>
              <w:spacing w:after="0" w:line="200" w:lineRule="exact"/>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日期</w:t>
            </w:r>
          </w:p>
        </w:tc>
        <w:tc>
          <w:tcPr>
            <w:tcW w:w="2835" w:type="dxa"/>
          </w:tcPr>
          <w:p w14:paraId="0CD0C90B"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r w:rsidRPr="003257ED">
              <w:rPr>
                <w:rFonts w:ascii="微軟正黑體" w:eastAsia="微軟正黑體" w:hAnsi="微軟正黑體" w:cs="Mongolian Baiti" w:hint="eastAsia"/>
                <w:sz w:val="16"/>
                <w:szCs w:val="16"/>
                <w:lang w:eastAsia="zh-TW"/>
              </w:rPr>
              <w:t>申請人資格檢核結果：</w:t>
            </w:r>
          </w:p>
          <w:p w14:paraId="40BD50E9"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r w:rsidRPr="003257ED">
              <w:rPr>
                <w:rFonts w:ascii="微軟正黑體" w:eastAsia="微軟正黑體" w:hAnsi="微軟正黑體" w:cs="Mongolian Baiti" w:hint="eastAsia"/>
                <w:sz w:val="16"/>
                <w:szCs w:val="16"/>
                <w:lang w:eastAsia="zh-TW"/>
              </w:rPr>
              <w:t>□</w:t>
            </w:r>
            <w:r w:rsidRPr="003257ED">
              <w:rPr>
                <w:rFonts w:ascii="微軟正黑體" w:eastAsia="微軟正黑體" w:hAnsi="微軟正黑體" w:cs="Mongolian Baiti"/>
                <w:sz w:val="16"/>
                <w:szCs w:val="16"/>
                <w:lang w:eastAsia="zh-TW"/>
              </w:rPr>
              <w:t xml:space="preserve"> </w:t>
            </w:r>
            <w:r w:rsidRPr="003257ED">
              <w:rPr>
                <w:rFonts w:ascii="微軟正黑體" w:eastAsia="微軟正黑體" w:hAnsi="微軟正黑體" w:cs="Mongolian Baiti" w:hint="eastAsia"/>
                <w:sz w:val="16"/>
                <w:szCs w:val="16"/>
                <w:lang w:eastAsia="zh-TW"/>
              </w:rPr>
              <w:t>資格及應附文件均符合規定。</w:t>
            </w:r>
          </w:p>
          <w:p w14:paraId="39D5D10A" w14:textId="77777777" w:rsidR="003257ED" w:rsidRPr="003257ED" w:rsidRDefault="003257ED" w:rsidP="003257ED">
            <w:pPr>
              <w:spacing w:after="0" w:line="200" w:lineRule="exact"/>
              <w:rPr>
                <w:rFonts w:ascii="微軟正黑體" w:eastAsia="微軟正黑體" w:hAnsi="微軟正黑體" w:cs="Mongolian Baiti"/>
                <w:sz w:val="16"/>
                <w:szCs w:val="16"/>
                <w:lang w:eastAsia="zh-TW"/>
              </w:rPr>
            </w:pPr>
            <w:r w:rsidRPr="003257ED">
              <w:rPr>
                <w:rFonts w:ascii="微軟正黑體" w:eastAsia="微軟正黑體" w:hAnsi="微軟正黑體" w:cs="Mongolian Baiti" w:hint="eastAsia"/>
                <w:sz w:val="16"/>
                <w:szCs w:val="16"/>
                <w:lang w:eastAsia="zh-TW"/>
              </w:rPr>
              <w:t>□</w:t>
            </w:r>
            <w:r w:rsidRPr="003257ED">
              <w:rPr>
                <w:rFonts w:ascii="微軟正黑體" w:eastAsia="微軟正黑體" w:hAnsi="微軟正黑體" w:cs="Mongolian Baiti"/>
                <w:sz w:val="16"/>
                <w:szCs w:val="16"/>
                <w:lang w:eastAsia="zh-TW"/>
              </w:rPr>
              <w:t xml:space="preserve"> </w:t>
            </w:r>
            <w:r w:rsidRPr="003257ED">
              <w:rPr>
                <w:rFonts w:ascii="微軟正黑體" w:eastAsia="微軟正黑體" w:hAnsi="微軟正黑體" w:cs="Mongolian Baiti" w:hint="eastAsia"/>
                <w:sz w:val="16"/>
                <w:szCs w:val="16"/>
                <w:lang w:eastAsia="zh-TW"/>
              </w:rPr>
              <w:t>資格及應附文件需補件或澄清。</w:t>
            </w:r>
          </w:p>
          <w:p w14:paraId="5AC130AB" w14:textId="77777777" w:rsidR="003257ED" w:rsidRPr="003257ED" w:rsidRDefault="003257ED" w:rsidP="003257ED">
            <w:pPr>
              <w:spacing w:after="0" w:line="200" w:lineRule="exact"/>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lang w:eastAsia="zh-TW"/>
              </w:rPr>
              <w:t>□</w:t>
            </w:r>
            <w:r w:rsidRPr="003257ED">
              <w:rPr>
                <w:rFonts w:ascii="微軟正黑體" w:eastAsia="微軟正黑體" w:hAnsi="微軟正黑體" w:cs="Mongolian Baiti"/>
                <w:sz w:val="16"/>
                <w:szCs w:val="16"/>
                <w:lang w:eastAsia="zh-TW"/>
              </w:rPr>
              <w:t xml:space="preserve"> </w:t>
            </w:r>
            <w:r w:rsidRPr="003257ED">
              <w:rPr>
                <w:rFonts w:ascii="微軟正黑體" w:eastAsia="微軟正黑體" w:hAnsi="微軟正黑體" w:cs="Mongolian Baiti" w:hint="eastAsia"/>
                <w:sz w:val="16"/>
                <w:szCs w:val="16"/>
                <w:lang w:eastAsia="zh-TW"/>
              </w:rPr>
              <w:t>資格不符，不予評選。</w:t>
            </w:r>
            <w:r w:rsidRPr="003257ED">
              <w:rPr>
                <w:rFonts w:ascii="微軟正黑體" w:eastAsia="微軟正黑體" w:hAnsi="微軟正黑體" w:cs="Mongolian Baiti"/>
                <w:sz w:val="16"/>
                <w:szCs w:val="16"/>
                <w:lang w:eastAsia="zh-TW"/>
              </w:rPr>
              <w:br/>
            </w:r>
            <w:r w:rsidRPr="003257ED">
              <w:rPr>
                <w:rFonts w:ascii="微軟正黑體" w:eastAsia="微軟正黑體" w:hAnsi="微軟正黑體" w:cs="Mongolian Baiti" w:hint="eastAsia"/>
                <w:sz w:val="16"/>
                <w:szCs w:val="16"/>
              </w:rPr>
              <w:t>不符理由：</w:t>
            </w:r>
          </w:p>
        </w:tc>
        <w:tc>
          <w:tcPr>
            <w:tcW w:w="1926" w:type="dxa"/>
            <w:gridSpan w:val="2"/>
          </w:tcPr>
          <w:p w14:paraId="4074E743" w14:textId="77777777" w:rsidR="003257ED" w:rsidRPr="003257ED" w:rsidRDefault="003257ED" w:rsidP="003257ED">
            <w:pPr>
              <w:spacing w:after="0" w:line="200" w:lineRule="exact"/>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審查人員：</w:t>
            </w:r>
          </w:p>
          <w:p w14:paraId="5FD8D8B1" w14:textId="77777777" w:rsidR="003257ED" w:rsidRPr="003257ED" w:rsidRDefault="003257ED" w:rsidP="003257ED">
            <w:pPr>
              <w:spacing w:after="0" w:line="200" w:lineRule="exact"/>
              <w:rPr>
                <w:rFonts w:ascii="微軟正黑體" w:eastAsia="微軟正黑體" w:hAnsi="微軟正黑體" w:cs="Mongolian Baiti"/>
                <w:sz w:val="16"/>
                <w:szCs w:val="16"/>
              </w:rPr>
            </w:pPr>
          </w:p>
          <w:p w14:paraId="1CFDF8F6" w14:textId="77777777" w:rsidR="003257ED" w:rsidRPr="003257ED" w:rsidRDefault="003257ED" w:rsidP="003257ED">
            <w:pPr>
              <w:spacing w:after="0" w:line="200" w:lineRule="exact"/>
              <w:rPr>
                <w:rFonts w:ascii="微軟正黑體" w:eastAsia="微軟正黑體" w:hAnsi="微軟正黑體" w:cs="Mongolian Baiti"/>
                <w:sz w:val="16"/>
                <w:szCs w:val="16"/>
              </w:rPr>
            </w:pPr>
          </w:p>
          <w:p w14:paraId="5644B61B" w14:textId="77777777" w:rsidR="003257ED" w:rsidRPr="003257ED" w:rsidRDefault="003257ED" w:rsidP="003257ED">
            <w:pPr>
              <w:spacing w:after="0" w:line="200" w:lineRule="exact"/>
              <w:rPr>
                <w:rFonts w:ascii="微軟正黑體" w:eastAsia="微軟正黑體" w:hAnsi="微軟正黑體" w:cs="Mongolian Baiti"/>
                <w:sz w:val="16"/>
                <w:szCs w:val="16"/>
              </w:rPr>
            </w:pPr>
          </w:p>
          <w:p w14:paraId="250B0140" w14:textId="77777777" w:rsidR="003257ED" w:rsidRPr="003257ED" w:rsidRDefault="003257ED" w:rsidP="003257ED">
            <w:pPr>
              <w:spacing w:after="0" w:line="200" w:lineRule="exact"/>
              <w:rPr>
                <w:rFonts w:ascii="微軟正黑體" w:eastAsia="微軟正黑體" w:hAnsi="微軟正黑體" w:cs="Mongolian Baiti"/>
                <w:sz w:val="16"/>
                <w:szCs w:val="16"/>
              </w:rPr>
            </w:pPr>
            <w:r w:rsidRPr="003257ED">
              <w:rPr>
                <w:rFonts w:ascii="微軟正黑體" w:eastAsia="微軟正黑體" w:hAnsi="微軟正黑體" w:cs="Mongolian Baiti" w:hint="eastAsia"/>
                <w:sz w:val="16"/>
                <w:szCs w:val="16"/>
              </w:rPr>
              <w:t>日期：</w:t>
            </w:r>
          </w:p>
        </w:tc>
      </w:tr>
    </w:tbl>
    <w:p w14:paraId="7A1BA19E" w14:textId="77777777" w:rsidR="003257ED" w:rsidRDefault="003257ED" w:rsidP="005F2F4F">
      <w:pPr>
        <w:spacing w:after="0" w:line="240" w:lineRule="auto"/>
        <w:rPr>
          <w:rFonts w:ascii="微軟正黑體" w:eastAsia="微軟正黑體" w:hAnsi="微軟正黑體"/>
          <w:b/>
          <w:bCs/>
          <w:lang w:eastAsia="zh-TW"/>
        </w:rPr>
      </w:pPr>
    </w:p>
    <w:p w14:paraId="250ECA50" w14:textId="5340DAED" w:rsidR="00166305" w:rsidRPr="00E465F5" w:rsidRDefault="00166305" w:rsidP="005F2F4F">
      <w:pPr>
        <w:spacing w:after="0" w:line="240" w:lineRule="auto"/>
        <w:rPr>
          <w:b/>
          <w:bCs/>
          <w:lang w:eastAsia="zh-TW"/>
        </w:rPr>
      </w:pPr>
      <w:r w:rsidRPr="00E465F5">
        <w:rPr>
          <w:rFonts w:ascii="微軟正黑體" w:eastAsia="微軟正黑體" w:hAnsi="微軟正黑體" w:hint="eastAsia"/>
          <w:b/>
          <w:bCs/>
          <w:lang w:eastAsia="zh-TW"/>
        </w:rPr>
        <w:lastRenderedPageBreak/>
        <w:t>附件二之二</w:t>
      </w:r>
      <w:r w:rsidRPr="00E465F5">
        <w:rPr>
          <w:rFonts w:ascii="微軟正黑體" w:eastAsia="微軟正黑體" w:hAnsi="微軟正黑體"/>
          <w:b/>
          <w:bCs/>
          <w:lang w:eastAsia="zh-TW"/>
        </w:rPr>
        <w:t xml:space="preserve"> </w:t>
      </w:r>
      <w:r w:rsidRPr="00E465F5">
        <w:rPr>
          <w:rFonts w:ascii="微軟正黑體" w:eastAsia="微軟正黑體" w:hAnsi="微軟正黑體" w:hint="eastAsia"/>
          <w:b/>
          <w:bCs/>
          <w:lang w:eastAsia="zh-TW"/>
        </w:rPr>
        <w:t>申請人資格審查彙總表</w:t>
      </w:r>
    </w:p>
    <w:tbl>
      <w:tblPr>
        <w:tblW w:w="5000" w:type="pct"/>
        <w:jc w:val="center"/>
        <w:tblLook w:val="04A0" w:firstRow="1" w:lastRow="0" w:firstColumn="1" w:lastColumn="0" w:noHBand="0" w:noVBand="1"/>
      </w:tblPr>
      <w:tblGrid>
        <w:gridCol w:w="10075"/>
        <w:gridCol w:w="1356"/>
        <w:gridCol w:w="1508"/>
        <w:gridCol w:w="1451"/>
      </w:tblGrid>
      <w:tr w:rsidR="005F2F4F" w:rsidRPr="009C0FA9" w14:paraId="240F04BB" w14:textId="77777777" w:rsidTr="00E465F5">
        <w:trPr>
          <w:trHeight w:val="118"/>
          <w:jc w:val="center"/>
        </w:trPr>
        <w:tc>
          <w:tcPr>
            <w:tcW w:w="3501" w:type="pct"/>
            <w:tcBorders>
              <w:top w:val="single" w:sz="4" w:space="0" w:color="auto"/>
              <w:left w:val="single" w:sz="4" w:space="0" w:color="auto"/>
              <w:bottom w:val="single" w:sz="4" w:space="0" w:color="auto"/>
              <w:right w:val="single" w:sz="4" w:space="0" w:color="auto"/>
            </w:tcBorders>
            <w:vAlign w:val="center"/>
          </w:tcPr>
          <w:p w14:paraId="383D1607" w14:textId="25120004"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r w:rsidRPr="008F3AD1">
              <w:rPr>
                <w:rFonts w:ascii="微軟正黑體" w:eastAsia="微軟正黑體" w:hAnsi="微軟正黑體" w:hint="eastAsia"/>
                <w:sz w:val="17"/>
                <w:szCs w:val="17"/>
                <w:lang w:eastAsia="zh-TW"/>
              </w:rPr>
              <w:t>高雄市資源回收細分類廠有償</w:t>
            </w:r>
            <w:r w:rsidRPr="008F3AD1">
              <w:rPr>
                <w:rFonts w:ascii="微軟正黑體" w:eastAsia="微軟正黑體" w:hAnsi="微軟正黑體"/>
                <w:sz w:val="17"/>
                <w:szCs w:val="17"/>
                <w:lang w:eastAsia="zh-TW"/>
              </w:rPr>
              <w:t>BTO+BOT案</w:t>
            </w:r>
            <w:r w:rsidRPr="008F3AD1">
              <w:rPr>
                <w:rFonts w:ascii="微軟正黑體" w:eastAsia="微軟正黑體" w:hAnsi="微軟正黑體" w:hint="eastAsia"/>
                <w:sz w:val="17"/>
                <w:szCs w:val="17"/>
                <w:lang w:eastAsia="zh-TW"/>
              </w:rPr>
              <w:t>申請文件項目</w:t>
            </w:r>
          </w:p>
        </w:tc>
        <w:tc>
          <w:tcPr>
            <w:tcW w:w="471" w:type="pct"/>
            <w:tcBorders>
              <w:top w:val="single" w:sz="4" w:space="0" w:color="auto"/>
              <w:left w:val="single" w:sz="4" w:space="0" w:color="auto"/>
              <w:bottom w:val="single" w:sz="4" w:space="0" w:color="auto"/>
              <w:right w:val="single" w:sz="4" w:space="0" w:color="auto"/>
            </w:tcBorders>
            <w:vAlign w:val="center"/>
          </w:tcPr>
          <w:p w14:paraId="63B3E4C0" w14:textId="3B74082C" w:rsidR="00166305" w:rsidRPr="008F3AD1" w:rsidRDefault="00166305" w:rsidP="005F2F4F">
            <w:pPr>
              <w:spacing w:after="100" w:afterAutospacing="1" w:line="0" w:lineRule="atLeast"/>
              <w:jc w:val="center"/>
              <w:rPr>
                <w:rFonts w:ascii="微軟正黑體" w:eastAsia="微軟正黑體" w:hAnsi="微軟正黑體"/>
                <w:sz w:val="17"/>
                <w:szCs w:val="17"/>
              </w:rPr>
            </w:pPr>
            <w:r w:rsidRPr="008F3AD1">
              <w:rPr>
                <w:rFonts w:ascii="微軟正黑體" w:eastAsia="微軟正黑體" w:hAnsi="微軟正黑體" w:hint="eastAsia"/>
                <w:sz w:val="17"/>
                <w:szCs w:val="17"/>
              </w:rPr>
              <w:t>申請人</w:t>
            </w:r>
            <w:r w:rsidRPr="008F3AD1">
              <w:rPr>
                <w:rFonts w:ascii="微軟正黑體" w:eastAsia="微軟正黑體" w:hAnsi="微軟正黑體"/>
                <w:sz w:val="17"/>
                <w:szCs w:val="17"/>
              </w:rPr>
              <w:t>1</w:t>
            </w:r>
          </w:p>
        </w:tc>
        <w:tc>
          <w:tcPr>
            <w:tcW w:w="524" w:type="pct"/>
            <w:tcBorders>
              <w:top w:val="single" w:sz="4" w:space="0" w:color="auto"/>
              <w:left w:val="single" w:sz="4" w:space="0" w:color="auto"/>
              <w:bottom w:val="single" w:sz="4" w:space="0" w:color="auto"/>
              <w:right w:val="single" w:sz="4" w:space="0" w:color="auto"/>
            </w:tcBorders>
            <w:vAlign w:val="center"/>
          </w:tcPr>
          <w:p w14:paraId="1F472056" w14:textId="7AAFD431" w:rsidR="00166305" w:rsidRPr="008F3AD1" w:rsidRDefault="00166305" w:rsidP="005F2F4F">
            <w:pPr>
              <w:spacing w:after="100" w:afterAutospacing="1" w:line="0" w:lineRule="atLeast"/>
              <w:jc w:val="center"/>
              <w:rPr>
                <w:rFonts w:ascii="微軟正黑體" w:eastAsia="微軟正黑體" w:hAnsi="微軟正黑體"/>
                <w:sz w:val="17"/>
                <w:szCs w:val="17"/>
              </w:rPr>
            </w:pPr>
            <w:r w:rsidRPr="008F3AD1">
              <w:rPr>
                <w:rFonts w:ascii="微軟正黑體" w:eastAsia="微軟正黑體" w:hAnsi="微軟正黑體" w:hint="eastAsia"/>
                <w:sz w:val="17"/>
                <w:szCs w:val="17"/>
              </w:rPr>
              <w:t>申請人</w:t>
            </w:r>
            <w:r w:rsidRPr="008F3AD1">
              <w:rPr>
                <w:rFonts w:ascii="微軟正黑體" w:eastAsia="微軟正黑體" w:hAnsi="微軟正黑體"/>
                <w:sz w:val="17"/>
                <w:szCs w:val="17"/>
              </w:rPr>
              <w:t>2</w:t>
            </w:r>
          </w:p>
        </w:tc>
        <w:tc>
          <w:tcPr>
            <w:tcW w:w="504" w:type="pct"/>
            <w:tcBorders>
              <w:top w:val="single" w:sz="4" w:space="0" w:color="auto"/>
              <w:left w:val="single" w:sz="4" w:space="0" w:color="auto"/>
              <w:bottom w:val="single" w:sz="4" w:space="0" w:color="auto"/>
              <w:right w:val="single" w:sz="4" w:space="0" w:color="auto"/>
            </w:tcBorders>
            <w:vAlign w:val="center"/>
          </w:tcPr>
          <w:p w14:paraId="2C240265" w14:textId="6D198C6B" w:rsidR="00166305" w:rsidRPr="008F3AD1" w:rsidRDefault="00166305" w:rsidP="005F2F4F">
            <w:pPr>
              <w:spacing w:after="100" w:afterAutospacing="1" w:line="0" w:lineRule="atLeast"/>
              <w:jc w:val="center"/>
              <w:rPr>
                <w:rFonts w:ascii="微軟正黑體" w:eastAsia="微軟正黑體" w:hAnsi="微軟正黑體"/>
                <w:sz w:val="17"/>
                <w:szCs w:val="17"/>
              </w:rPr>
            </w:pPr>
            <w:r w:rsidRPr="008F3AD1">
              <w:rPr>
                <w:rFonts w:ascii="微軟正黑體" w:eastAsia="微軟正黑體" w:hAnsi="微軟正黑體" w:hint="eastAsia"/>
                <w:sz w:val="17"/>
                <w:szCs w:val="17"/>
              </w:rPr>
              <w:t>申請人</w:t>
            </w:r>
            <w:r w:rsidRPr="008F3AD1">
              <w:rPr>
                <w:rFonts w:ascii="微軟正黑體" w:eastAsia="微軟正黑體" w:hAnsi="微軟正黑體"/>
                <w:sz w:val="17"/>
                <w:szCs w:val="17"/>
              </w:rPr>
              <w:t>3</w:t>
            </w:r>
          </w:p>
        </w:tc>
      </w:tr>
      <w:tr w:rsidR="005F2F4F" w:rsidRPr="009C0FA9" w14:paraId="42B19DFD" w14:textId="77777777" w:rsidTr="00E465F5">
        <w:trPr>
          <w:trHeight w:val="85"/>
          <w:jc w:val="center"/>
        </w:trPr>
        <w:tc>
          <w:tcPr>
            <w:tcW w:w="3501" w:type="pct"/>
            <w:tcBorders>
              <w:top w:val="single" w:sz="4" w:space="0" w:color="auto"/>
              <w:left w:val="single" w:sz="4" w:space="0" w:color="auto"/>
              <w:bottom w:val="single" w:sz="4" w:space="0" w:color="auto"/>
              <w:right w:val="single" w:sz="4" w:space="0" w:color="auto"/>
            </w:tcBorders>
          </w:tcPr>
          <w:p w14:paraId="004E6105" w14:textId="77777777" w:rsidR="00166305" w:rsidRPr="008F3AD1" w:rsidRDefault="00166305" w:rsidP="005F2F4F">
            <w:pPr>
              <w:spacing w:after="100" w:afterAutospacing="1" w:line="200" w:lineRule="exact"/>
              <w:rPr>
                <w:rFonts w:ascii="微軟正黑體" w:eastAsia="微軟正黑體" w:hAnsi="微軟正黑體"/>
                <w:sz w:val="17"/>
                <w:szCs w:val="17"/>
              </w:rPr>
            </w:pPr>
            <w:r w:rsidRPr="008F3AD1">
              <w:rPr>
                <w:rFonts w:ascii="微軟正黑體" w:eastAsia="微軟正黑體" w:hAnsi="微軟正黑體"/>
                <w:sz w:val="17"/>
                <w:szCs w:val="17"/>
              </w:rPr>
              <w:t>1.申請文件檢核表</w:t>
            </w:r>
          </w:p>
        </w:tc>
        <w:tc>
          <w:tcPr>
            <w:tcW w:w="471" w:type="pct"/>
            <w:tcBorders>
              <w:top w:val="single" w:sz="4" w:space="0" w:color="auto"/>
              <w:left w:val="single" w:sz="4" w:space="0" w:color="auto"/>
              <w:bottom w:val="single" w:sz="4" w:space="0" w:color="auto"/>
              <w:right w:val="single" w:sz="4" w:space="0" w:color="auto"/>
            </w:tcBorders>
          </w:tcPr>
          <w:p w14:paraId="59EC9A69" w14:textId="6B0289A2"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64ECA4AE"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65769D12"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222975BA"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3306C9D5" w14:textId="19437B5C" w:rsidR="00166305" w:rsidRPr="008F3AD1" w:rsidRDefault="00166305" w:rsidP="005F2F4F">
            <w:pPr>
              <w:spacing w:after="100" w:afterAutospacing="1" w:line="200" w:lineRule="exact"/>
              <w:rPr>
                <w:rFonts w:ascii="微軟正黑體" w:eastAsia="微軟正黑體" w:hAnsi="微軟正黑體"/>
                <w:sz w:val="17"/>
                <w:szCs w:val="17"/>
                <w:lang w:eastAsia="zh-TW"/>
              </w:rPr>
            </w:pPr>
            <w:r w:rsidRPr="008F3AD1">
              <w:rPr>
                <w:rFonts w:ascii="微軟正黑體" w:eastAsia="微軟正黑體" w:hAnsi="微軟正黑體"/>
                <w:sz w:val="17"/>
                <w:szCs w:val="17"/>
                <w:lang w:eastAsia="zh-TW"/>
              </w:rPr>
              <w:t>2.申請人及負責人印鑑印模單</w:t>
            </w:r>
          </w:p>
        </w:tc>
        <w:tc>
          <w:tcPr>
            <w:tcW w:w="471" w:type="pct"/>
            <w:tcBorders>
              <w:top w:val="single" w:sz="4" w:space="0" w:color="auto"/>
              <w:left w:val="single" w:sz="4" w:space="0" w:color="auto"/>
              <w:bottom w:val="single" w:sz="4" w:space="0" w:color="auto"/>
              <w:right w:val="single" w:sz="4" w:space="0" w:color="auto"/>
            </w:tcBorders>
          </w:tcPr>
          <w:p w14:paraId="2679AF78" w14:textId="5B66FB45"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c>
          <w:tcPr>
            <w:tcW w:w="524" w:type="pct"/>
            <w:tcBorders>
              <w:top w:val="single" w:sz="4" w:space="0" w:color="auto"/>
              <w:left w:val="single" w:sz="4" w:space="0" w:color="auto"/>
              <w:bottom w:val="single" w:sz="4" w:space="0" w:color="auto"/>
              <w:right w:val="single" w:sz="4" w:space="0" w:color="auto"/>
            </w:tcBorders>
          </w:tcPr>
          <w:p w14:paraId="254D6630"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c>
          <w:tcPr>
            <w:tcW w:w="504" w:type="pct"/>
            <w:tcBorders>
              <w:top w:val="single" w:sz="4" w:space="0" w:color="auto"/>
              <w:left w:val="single" w:sz="4" w:space="0" w:color="auto"/>
              <w:bottom w:val="single" w:sz="4" w:space="0" w:color="auto"/>
              <w:right w:val="single" w:sz="4" w:space="0" w:color="auto"/>
            </w:tcBorders>
          </w:tcPr>
          <w:p w14:paraId="2555FFE1"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r>
      <w:tr w:rsidR="005F2F4F" w:rsidRPr="009C0FA9" w14:paraId="3ED4A4A7"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5D50CBE6" w14:textId="2702E042" w:rsidR="00166305" w:rsidRPr="008F3AD1" w:rsidRDefault="00166305" w:rsidP="005F2F4F">
            <w:pPr>
              <w:spacing w:after="100" w:afterAutospacing="1" w:line="200" w:lineRule="exact"/>
              <w:rPr>
                <w:rFonts w:ascii="微軟正黑體" w:eastAsia="微軟正黑體" w:hAnsi="微軟正黑體"/>
                <w:sz w:val="17"/>
                <w:szCs w:val="17"/>
              </w:rPr>
            </w:pPr>
            <w:r w:rsidRPr="008F3AD1">
              <w:rPr>
                <w:rFonts w:ascii="微軟正黑體" w:eastAsia="微軟正黑體" w:hAnsi="微軟正黑體"/>
                <w:sz w:val="17"/>
                <w:szCs w:val="17"/>
                <w:lang w:eastAsia="zh-CN"/>
              </w:rPr>
              <w:t>3</w:t>
            </w:r>
            <w:r w:rsidRPr="008F3AD1">
              <w:rPr>
                <w:rFonts w:ascii="微軟正黑體" w:eastAsia="微軟正黑體" w:hAnsi="微軟正黑體"/>
                <w:sz w:val="17"/>
                <w:szCs w:val="17"/>
              </w:rPr>
              <w:t>.投資申請書</w:t>
            </w:r>
          </w:p>
        </w:tc>
        <w:tc>
          <w:tcPr>
            <w:tcW w:w="471" w:type="pct"/>
            <w:tcBorders>
              <w:top w:val="single" w:sz="4" w:space="0" w:color="auto"/>
              <w:left w:val="single" w:sz="4" w:space="0" w:color="auto"/>
              <w:bottom w:val="single" w:sz="4" w:space="0" w:color="auto"/>
              <w:right w:val="single" w:sz="4" w:space="0" w:color="auto"/>
            </w:tcBorders>
          </w:tcPr>
          <w:p w14:paraId="7FAB2D9D"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6501D1ED"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11DF4E89"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6B01E536"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2B96328B" w14:textId="322D3776" w:rsidR="00166305" w:rsidRPr="008F3AD1" w:rsidRDefault="00166305" w:rsidP="005F2F4F">
            <w:pPr>
              <w:spacing w:after="100" w:afterAutospacing="1" w:line="200" w:lineRule="exact"/>
              <w:rPr>
                <w:rFonts w:ascii="微軟正黑體" w:eastAsia="微軟正黑體" w:hAnsi="微軟正黑體"/>
                <w:sz w:val="17"/>
                <w:szCs w:val="17"/>
              </w:rPr>
            </w:pPr>
            <w:r w:rsidRPr="008F3AD1">
              <w:rPr>
                <w:rFonts w:ascii="微軟正黑體" w:eastAsia="微軟正黑體" w:hAnsi="微軟正黑體"/>
                <w:sz w:val="17"/>
                <w:szCs w:val="17"/>
                <w:lang w:eastAsia="zh-CN"/>
              </w:rPr>
              <w:t>4</w:t>
            </w:r>
            <w:r w:rsidRPr="008F3AD1">
              <w:rPr>
                <w:rFonts w:ascii="微軟正黑體" w:eastAsia="微軟正黑體" w:hAnsi="微軟正黑體"/>
                <w:sz w:val="17"/>
                <w:szCs w:val="17"/>
              </w:rPr>
              <w:t>.申請切結書</w:t>
            </w:r>
          </w:p>
        </w:tc>
        <w:tc>
          <w:tcPr>
            <w:tcW w:w="471" w:type="pct"/>
            <w:tcBorders>
              <w:top w:val="single" w:sz="4" w:space="0" w:color="auto"/>
              <w:left w:val="single" w:sz="4" w:space="0" w:color="auto"/>
              <w:bottom w:val="single" w:sz="4" w:space="0" w:color="auto"/>
              <w:right w:val="single" w:sz="4" w:space="0" w:color="auto"/>
            </w:tcBorders>
          </w:tcPr>
          <w:p w14:paraId="3C1DCD65" w14:textId="18C263CE"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5E5D7FCB"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43FC825C"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2F4608E9"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42C33989" w14:textId="1957132F" w:rsidR="00166305" w:rsidRPr="008F3AD1" w:rsidRDefault="00166305" w:rsidP="005F2F4F">
            <w:pPr>
              <w:spacing w:after="100" w:afterAutospacing="1" w:line="200" w:lineRule="exact"/>
              <w:rPr>
                <w:rFonts w:ascii="微軟正黑體" w:eastAsia="微軟正黑體" w:hAnsi="微軟正黑體"/>
                <w:sz w:val="17"/>
                <w:szCs w:val="17"/>
                <w:lang w:eastAsia="zh-TW"/>
              </w:rPr>
            </w:pPr>
            <w:r w:rsidRPr="008F3AD1">
              <w:rPr>
                <w:rFonts w:ascii="微軟正黑體" w:eastAsia="微軟正黑體" w:hAnsi="微軟正黑體"/>
                <w:sz w:val="17"/>
                <w:szCs w:val="17"/>
                <w:lang w:eastAsia="zh-TW"/>
              </w:rPr>
              <w:t>5.</w:t>
            </w:r>
            <w:r w:rsidRPr="008F3AD1">
              <w:rPr>
                <w:rFonts w:ascii="微軟正黑體" w:eastAsia="微軟正黑體" w:hAnsi="微軟正黑體" w:hint="eastAsia"/>
                <w:sz w:val="17"/>
                <w:szCs w:val="17"/>
                <w:lang w:eastAsia="zh-TW"/>
              </w:rPr>
              <w:t>經認證之</w:t>
            </w:r>
            <w:r w:rsidRPr="008F3AD1">
              <w:rPr>
                <w:rFonts w:ascii="微軟正黑體" w:eastAsia="微軟正黑體" w:hAnsi="微軟正黑體"/>
                <w:sz w:val="17"/>
                <w:szCs w:val="17"/>
                <w:lang w:eastAsia="zh-TW"/>
              </w:rPr>
              <w:t>合作聯盟協議書</w:t>
            </w:r>
          </w:p>
        </w:tc>
        <w:tc>
          <w:tcPr>
            <w:tcW w:w="471" w:type="pct"/>
            <w:tcBorders>
              <w:top w:val="single" w:sz="4" w:space="0" w:color="auto"/>
              <w:left w:val="single" w:sz="4" w:space="0" w:color="auto"/>
              <w:bottom w:val="single" w:sz="4" w:space="0" w:color="auto"/>
              <w:right w:val="single" w:sz="4" w:space="0" w:color="auto"/>
            </w:tcBorders>
          </w:tcPr>
          <w:p w14:paraId="56830C6B" w14:textId="747B923A"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c>
          <w:tcPr>
            <w:tcW w:w="524" w:type="pct"/>
            <w:tcBorders>
              <w:top w:val="single" w:sz="4" w:space="0" w:color="auto"/>
              <w:left w:val="single" w:sz="4" w:space="0" w:color="auto"/>
              <w:bottom w:val="single" w:sz="4" w:space="0" w:color="auto"/>
              <w:right w:val="single" w:sz="4" w:space="0" w:color="auto"/>
            </w:tcBorders>
          </w:tcPr>
          <w:p w14:paraId="7C8041EE"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c>
          <w:tcPr>
            <w:tcW w:w="504" w:type="pct"/>
            <w:tcBorders>
              <w:top w:val="single" w:sz="4" w:space="0" w:color="auto"/>
              <w:left w:val="single" w:sz="4" w:space="0" w:color="auto"/>
              <w:bottom w:val="single" w:sz="4" w:space="0" w:color="auto"/>
              <w:right w:val="single" w:sz="4" w:space="0" w:color="auto"/>
            </w:tcBorders>
          </w:tcPr>
          <w:p w14:paraId="5F6E383A"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r>
      <w:tr w:rsidR="005F2F4F" w:rsidRPr="009C0FA9" w14:paraId="372EEA06"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2CD09E8C" w14:textId="7D971759" w:rsidR="00166305" w:rsidRPr="008F3AD1" w:rsidRDefault="00166305" w:rsidP="005F2F4F">
            <w:pPr>
              <w:spacing w:after="100" w:afterAutospacing="1" w:line="200" w:lineRule="exact"/>
              <w:rPr>
                <w:rFonts w:ascii="微軟正黑體" w:eastAsia="微軟正黑體" w:hAnsi="微軟正黑體"/>
                <w:sz w:val="17"/>
                <w:szCs w:val="17"/>
              </w:rPr>
            </w:pPr>
            <w:r w:rsidRPr="008F3AD1">
              <w:rPr>
                <w:rFonts w:ascii="微軟正黑體" w:eastAsia="微軟正黑體" w:hAnsi="微軟正黑體"/>
                <w:sz w:val="17"/>
                <w:szCs w:val="17"/>
                <w:lang w:eastAsia="zh-CN"/>
              </w:rPr>
              <w:t>6</w:t>
            </w:r>
            <w:r w:rsidRPr="008F3AD1">
              <w:rPr>
                <w:rFonts w:ascii="微軟正黑體" w:eastAsia="微軟正黑體" w:hAnsi="微軟正黑體"/>
                <w:sz w:val="17"/>
                <w:szCs w:val="17"/>
              </w:rPr>
              <w:t>.合作聯盟授權書</w:t>
            </w:r>
          </w:p>
        </w:tc>
        <w:tc>
          <w:tcPr>
            <w:tcW w:w="471" w:type="pct"/>
            <w:tcBorders>
              <w:top w:val="single" w:sz="4" w:space="0" w:color="auto"/>
              <w:left w:val="single" w:sz="4" w:space="0" w:color="auto"/>
              <w:bottom w:val="single" w:sz="4" w:space="0" w:color="auto"/>
              <w:right w:val="single" w:sz="4" w:space="0" w:color="auto"/>
            </w:tcBorders>
          </w:tcPr>
          <w:p w14:paraId="5A5F3AC6" w14:textId="43A5A458"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125E9693"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51C3344F"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259C7268"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6EBCB0C5" w14:textId="2D9120D4" w:rsidR="00166305" w:rsidRPr="008F3AD1" w:rsidRDefault="00166305" w:rsidP="005F2F4F">
            <w:pPr>
              <w:spacing w:after="100" w:afterAutospacing="1" w:line="200" w:lineRule="exact"/>
              <w:rPr>
                <w:rFonts w:ascii="微軟正黑體" w:eastAsia="微軟正黑體" w:hAnsi="微軟正黑體"/>
                <w:sz w:val="17"/>
                <w:szCs w:val="17"/>
              </w:rPr>
            </w:pPr>
            <w:r w:rsidRPr="008F3AD1">
              <w:rPr>
                <w:rFonts w:ascii="微軟正黑體" w:eastAsia="微軟正黑體" w:hAnsi="微軟正黑體"/>
                <w:sz w:val="17"/>
                <w:szCs w:val="17"/>
                <w:lang w:eastAsia="zh-CN"/>
              </w:rPr>
              <w:t>7</w:t>
            </w:r>
            <w:r w:rsidRPr="008F3AD1">
              <w:rPr>
                <w:rFonts w:ascii="微軟正黑體" w:eastAsia="微軟正黑體" w:hAnsi="微軟正黑體"/>
                <w:sz w:val="17"/>
                <w:szCs w:val="17"/>
              </w:rPr>
              <w:t>.代理人委任書</w:t>
            </w:r>
          </w:p>
        </w:tc>
        <w:tc>
          <w:tcPr>
            <w:tcW w:w="471" w:type="pct"/>
            <w:tcBorders>
              <w:top w:val="single" w:sz="4" w:space="0" w:color="auto"/>
              <w:left w:val="single" w:sz="4" w:space="0" w:color="auto"/>
              <w:bottom w:val="single" w:sz="4" w:space="0" w:color="auto"/>
              <w:right w:val="single" w:sz="4" w:space="0" w:color="auto"/>
            </w:tcBorders>
          </w:tcPr>
          <w:p w14:paraId="57D67518"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5956F98D"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78B07C46"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7B1739EA"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1DD4B3A3" w14:textId="79F08C71" w:rsidR="00166305" w:rsidRPr="008F3AD1" w:rsidRDefault="00166305" w:rsidP="005F2F4F">
            <w:pPr>
              <w:spacing w:after="100" w:afterAutospacing="1" w:line="200" w:lineRule="exact"/>
              <w:rPr>
                <w:rFonts w:ascii="微軟正黑體" w:eastAsia="微軟正黑體" w:hAnsi="微軟正黑體"/>
                <w:sz w:val="17"/>
                <w:szCs w:val="17"/>
              </w:rPr>
            </w:pPr>
            <w:r w:rsidRPr="008F3AD1">
              <w:rPr>
                <w:rFonts w:ascii="微軟正黑體" w:eastAsia="微軟正黑體" w:hAnsi="微軟正黑體"/>
                <w:sz w:val="17"/>
                <w:szCs w:val="17"/>
              </w:rPr>
              <w:t>8.協力廠商合作意願書</w:t>
            </w:r>
          </w:p>
        </w:tc>
        <w:tc>
          <w:tcPr>
            <w:tcW w:w="471" w:type="pct"/>
            <w:tcBorders>
              <w:top w:val="single" w:sz="4" w:space="0" w:color="auto"/>
              <w:left w:val="single" w:sz="4" w:space="0" w:color="auto"/>
              <w:bottom w:val="single" w:sz="4" w:space="0" w:color="auto"/>
              <w:right w:val="single" w:sz="4" w:space="0" w:color="auto"/>
            </w:tcBorders>
          </w:tcPr>
          <w:p w14:paraId="03FC2453" w14:textId="449EA5C0"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7B0A28CA"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4FCBC6C4"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04BD1D88"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4515D1E6" w14:textId="0FCB8978" w:rsidR="00166305" w:rsidRPr="008F3AD1" w:rsidRDefault="00166305" w:rsidP="005F2F4F">
            <w:pPr>
              <w:spacing w:after="100" w:afterAutospacing="1" w:line="200" w:lineRule="exact"/>
              <w:rPr>
                <w:rFonts w:ascii="微軟正黑體" w:eastAsia="微軟正黑體" w:hAnsi="微軟正黑體"/>
                <w:sz w:val="17"/>
                <w:szCs w:val="17"/>
                <w:lang w:eastAsia="zh-TW"/>
              </w:rPr>
            </w:pPr>
            <w:r w:rsidRPr="008F3AD1">
              <w:rPr>
                <w:rFonts w:ascii="微軟正黑體" w:eastAsia="微軟正黑體" w:hAnsi="微軟正黑體"/>
                <w:sz w:val="17"/>
                <w:szCs w:val="17"/>
                <w:lang w:eastAsia="zh-TW"/>
              </w:rPr>
              <w:t>9.</w:t>
            </w:r>
            <w:r w:rsidRPr="008F3AD1">
              <w:rPr>
                <w:rFonts w:ascii="微軟正黑體" w:eastAsia="微軟正黑體" w:hAnsi="微軟正黑體" w:hint="eastAsia"/>
                <w:sz w:val="17"/>
                <w:szCs w:val="17"/>
                <w:lang w:eastAsia="zh-TW"/>
              </w:rPr>
              <w:t>公職人員及關係人身分關係聲明書</w:t>
            </w:r>
          </w:p>
        </w:tc>
        <w:tc>
          <w:tcPr>
            <w:tcW w:w="471" w:type="pct"/>
            <w:tcBorders>
              <w:top w:val="single" w:sz="4" w:space="0" w:color="auto"/>
              <w:left w:val="single" w:sz="4" w:space="0" w:color="auto"/>
              <w:bottom w:val="single" w:sz="4" w:space="0" w:color="auto"/>
              <w:right w:val="single" w:sz="4" w:space="0" w:color="auto"/>
            </w:tcBorders>
          </w:tcPr>
          <w:p w14:paraId="71224330" w14:textId="1549922A"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c>
          <w:tcPr>
            <w:tcW w:w="524" w:type="pct"/>
            <w:tcBorders>
              <w:top w:val="single" w:sz="4" w:space="0" w:color="auto"/>
              <w:left w:val="single" w:sz="4" w:space="0" w:color="auto"/>
              <w:bottom w:val="single" w:sz="4" w:space="0" w:color="auto"/>
              <w:right w:val="single" w:sz="4" w:space="0" w:color="auto"/>
            </w:tcBorders>
          </w:tcPr>
          <w:p w14:paraId="4A787216"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c>
          <w:tcPr>
            <w:tcW w:w="504" w:type="pct"/>
            <w:tcBorders>
              <w:top w:val="single" w:sz="4" w:space="0" w:color="auto"/>
              <w:left w:val="single" w:sz="4" w:space="0" w:color="auto"/>
              <w:bottom w:val="single" w:sz="4" w:space="0" w:color="auto"/>
              <w:right w:val="single" w:sz="4" w:space="0" w:color="auto"/>
            </w:tcBorders>
          </w:tcPr>
          <w:p w14:paraId="09BD9455"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r>
      <w:tr w:rsidR="005F2F4F" w:rsidRPr="009C0FA9" w14:paraId="6E874C6B"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6622AB71" w14:textId="29029199" w:rsidR="00166305" w:rsidRPr="008F3AD1" w:rsidRDefault="00166305" w:rsidP="005F2F4F">
            <w:pPr>
              <w:spacing w:after="100" w:afterAutospacing="1" w:line="200" w:lineRule="exact"/>
              <w:rPr>
                <w:rFonts w:ascii="微軟正黑體" w:eastAsia="微軟正黑體" w:hAnsi="微軟正黑體"/>
                <w:sz w:val="17"/>
                <w:szCs w:val="17"/>
              </w:rPr>
            </w:pPr>
            <w:r w:rsidRPr="008F3AD1">
              <w:rPr>
                <w:rFonts w:ascii="微軟正黑體" w:eastAsia="微軟正黑體" w:hAnsi="微軟正黑體"/>
                <w:sz w:val="17"/>
                <w:szCs w:val="17"/>
              </w:rPr>
              <w:t>1</w:t>
            </w:r>
            <w:r w:rsidRPr="008F3AD1">
              <w:rPr>
                <w:rFonts w:ascii="微軟正黑體" w:eastAsia="微軟正黑體" w:hAnsi="微軟正黑體"/>
                <w:sz w:val="17"/>
                <w:szCs w:val="17"/>
                <w:lang w:eastAsia="zh-CN"/>
              </w:rPr>
              <w:t>0</w:t>
            </w:r>
            <w:r w:rsidRPr="008F3AD1">
              <w:rPr>
                <w:rFonts w:ascii="微軟正黑體" w:eastAsia="微軟正黑體" w:hAnsi="微軟正黑體"/>
                <w:sz w:val="17"/>
                <w:szCs w:val="17"/>
              </w:rPr>
              <w:t>.申請人聲明書</w:t>
            </w:r>
          </w:p>
        </w:tc>
        <w:tc>
          <w:tcPr>
            <w:tcW w:w="471" w:type="pct"/>
            <w:tcBorders>
              <w:top w:val="single" w:sz="4" w:space="0" w:color="auto"/>
              <w:left w:val="single" w:sz="4" w:space="0" w:color="auto"/>
              <w:bottom w:val="single" w:sz="4" w:space="0" w:color="auto"/>
              <w:right w:val="single" w:sz="4" w:space="0" w:color="auto"/>
            </w:tcBorders>
          </w:tcPr>
          <w:p w14:paraId="5B18015D" w14:textId="42791FD0"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42F93B88"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6E6D95B6"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3142ED78"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578BA333" w14:textId="77995ECE" w:rsidR="00166305" w:rsidRPr="008F3AD1" w:rsidRDefault="00166305" w:rsidP="005F2F4F">
            <w:pPr>
              <w:spacing w:after="100" w:afterAutospacing="1" w:line="200" w:lineRule="exact"/>
              <w:rPr>
                <w:rFonts w:ascii="微軟正黑體" w:eastAsia="微軟正黑體" w:hAnsi="微軟正黑體"/>
                <w:sz w:val="17"/>
                <w:szCs w:val="17"/>
                <w:lang w:eastAsia="zh-CN"/>
              </w:rPr>
            </w:pPr>
            <w:r w:rsidRPr="008F3AD1">
              <w:rPr>
                <w:rFonts w:ascii="微軟正黑體" w:eastAsia="微軟正黑體" w:hAnsi="微軟正黑體"/>
                <w:sz w:val="17"/>
                <w:szCs w:val="17"/>
                <w:lang w:eastAsia="zh-CN"/>
              </w:rPr>
              <w:t>11</w:t>
            </w:r>
            <w:r w:rsidRPr="008F3AD1">
              <w:rPr>
                <w:rFonts w:ascii="微軟正黑體" w:eastAsia="微軟正黑體" w:hAnsi="微軟正黑體"/>
                <w:sz w:val="17"/>
                <w:szCs w:val="17"/>
              </w:rPr>
              <w:t>-1.承諾投資金額</w:t>
            </w:r>
          </w:p>
        </w:tc>
        <w:tc>
          <w:tcPr>
            <w:tcW w:w="471" w:type="pct"/>
            <w:tcBorders>
              <w:top w:val="single" w:sz="4" w:space="0" w:color="auto"/>
              <w:left w:val="single" w:sz="4" w:space="0" w:color="auto"/>
              <w:bottom w:val="single" w:sz="4" w:space="0" w:color="auto"/>
              <w:right w:val="single" w:sz="4" w:space="0" w:color="auto"/>
            </w:tcBorders>
          </w:tcPr>
          <w:p w14:paraId="2300BEF6" w14:textId="3BC63E23"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6EAA9844"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21A04BB0"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4A5682CE"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7B7F5834" w14:textId="4EE1CB6D" w:rsidR="00166305" w:rsidRPr="008F3AD1" w:rsidRDefault="00166305" w:rsidP="005F2F4F">
            <w:pPr>
              <w:spacing w:after="100" w:afterAutospacing="1" w:line="200" w:lineRule="exact"/>
              <w:rPr>
                <w:rFonts w:ascii="微軟正黑體" w:eastAsia="微軟正黑體" w:hAnsi="微軟正黑體"/>
                <w:sz w:val="17"/>
                <w:szCs w:val="17"/>
              </w:rPr>
            </w:pPr>
            <w:r w:rsidRPr="008F3AD1">
              <w:rPr>
                <w:rFonts w:ascii="微軟正黑體" w:eastAsia="微軟正黑體" w:hAnsi="微軟正黑體"/>
                <w:sz w:val="17"/>
                <w:szCs w:val="17"/>
                <w:lang w:eastAsia="zh-CN"/>
              </w:rPr>
              <w:t>11</w:t>
            </w:r>
            <w:r w:rsidRPr="008F3AD1">
              <w:rPr>
                <w:rFonts w:ascii="微軟正黑體" w:eastAsia="微軟正黑體" w:hAnsi="微軟正黑體"/>
                <w:sz w:val="17"/>
                <w:szCs w:val="17"/>
              </w:rPr>
              <w:t>-2.</w:t>
            </w:r>
            <w:r w:rsidRPr="008F3AD1">
              <w:rPr>
                <w:rFonts w:ascii="微軟正黑體" w:eastAsia="微軟正黑體" w:hAnsi="微軟正黑體" w:hint="eastAsia"/>
                <w:sz w:val="17"/>
                <w:szCs w:val="17"/>
              </w:rPr>
              <w:t>資源回收物收購費率</w:t>
            </w:r>
          </w:p>
        </w:tc>
        <w:tc>
          <w:tcPr>
            <w:tcW w:w="471" w:type="pct"/>
            <w:tcBorders>
              <w:top w:val="single" w:sz="4" w:space="0" w:color="auto"/>
              <w:left w:val="single" w:sz="4" w:space="0" w:color="auto"/>
              <w:bottom w:val="single" w:sz="4" w:space="0" w:color="auto"/>
              <w:right w:val="single" w:sz="4" w:space="0" w:color="auto"/>
            </w:tcBorders>
          </w:tcPr>
          <w:p w14:paraId="5F67B558"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28A4C929"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54C5FBB7"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31A7FDFF"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4AB8BABE" w14:textId="5ACDBB30" w:rsidR="00166305" w:rsidRPr="008F3AD1" w:rsidRDefault="00166305" w:rsidP="005F2F4F">
            <w:pPr>
              <w:spacing w:after="100" w:afterAutospacing="1" w:line="200" w:lineRule="exact"/>
              <w:rPr>
                <w:rFonts w:ascii="微軟正黑體" w:eastAsia="微軟正黑體" w:hAnsi="微軟正黑體"/>
                <w:sz w:val="17"/>
                <w:szCs w:val="17"/>
              </w:rPr>
            </w:pPr>
            <w:r w:rsidRPr="008F3AD1">
              <w:rPr>
                <w:rFonts w:ascii="微軟正黑體" w:eastAsia="微軟正黑體" w:hAnsi="微軟正黑體"/>
                <w:sz w:val="17"/>
                <w:szCs w:val="17"/>
              </w:rPr>
              <w:t>12-1.金融機構融資意願書</w:t>
            </w:r>
          </w:p>
        </w:tc>
        <w:tc>
          <w:tcPr>
            <w:tcW w:w="471" w:type="pct"/>
            <w:tcBorders>
              <w:top w:val="single" w:sz="4" w:space="0" w:color="auto"/>
              <w:left w:val="single" w:sz="4" w:space="0" w:color="auto"/>
              <w:bottom w:val="single" w:sz="4" w:space="0" w:color="auto"/>
              <w:right w:val="single" w:sz="4" w:space="0" w:color="auto"/>
            </w:tcBorders>
          </w:tcPr>
          <w:p w14:paraId="2BE0EC0F" w14:textId="26AB31D6"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6ECCB78A"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3EAA1CE6"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129AC1EA"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77B2248D" w14:textId="5B352131" w:rsidR="00166305" w:rsidRPr="008F3AD1" w:rsidRDefault="00166305" w:rsidP="005F2F4F">
            <w:pPr>
              <w:spacing w:after="100" w:afterAutospacing="1" w:line="200" w:lineRule="exact"/>
              <w:rPr>
                <w:rFonts w:ascii="微軟正黑體" w:eastAsia="微軟正黑體" w:hAnsi="微軟正黑體"/>
                <w:sz w:val="17"/>
                <w:szCs w:val="17"/>
                <w:lang w:eastAsia="zh-TW"/>
              </w:rPr>
            </w:pPr>
            <w:r w:rsidRPr="008F3AD1">
              <w:rPr>
                <w:rFonts w:ascii="微軟正黑體" w:eastAsia="微軟正黑體" w:hAnsi="微軟正黑體"/>
                <w:sz w:val="17"/>
                <w:szCs w:val="17"/>
                <w:lang w:eastAsia="zh-TW"/>
              </w:rPr>
              <w:t>12-2.金融機構</w:t>
            </w:r>
            <w:r w:rsidRPr="008F3AD1">
              <w:rPr>
                <w:rFonts w:ascii="微軟正黑體" w:eastAsia="微軟正黑體" w:hAnsi="微軟正黑體" w:hint="eastAsia"/>
                <w:sz w:val="17"/>
                <w:szCs w:val="17"/>
                <w:lang w:eastAsia="zh-TW"/>
              </w:rPr>
              <w:t>對投資計畫書評估意見</w:t>
            </w:r>
          </w:p>
        </w:tc>
        <w:tc>
          <w:tcPr>
            <w:tcW w:w="471" w:type="pct"/>
            <w:tcBorders>
              <w:top w:val="single" w:sz="4" w:space="0" w:color="auto"/>
              <w:left w:val="single" w:sz="4" w:space="0" w:color="auto"/>
              <w:bottom w:val="single" w:sz="4" w:space="0" w:color="auto"/>
              <w:right w:val="single" w:sz="4" w:space="0" w:color="auto"/>
            </w:tcBorders>
          </w:tcPr>
          <w:p w14:paraId="08312D09"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c>
          <w:tcPr>
            <w:tcW w:w="524" w:type="pct"/>
            <w:tcBorders>
              <w:top w:val="single" w:sz="4" w:space="0" w:color="auto"/>
              <w:left w:val="single" w:sz="4" w:space="0" w:color="auto"/>
              <w:bottom w:val="single" w:sz="4" w:space="0" w:color="auto"/>
              <w:right w:val="single" w:sz="4" w:space="0" w:color="auto"/>
            </w:tcBorders>
          </w:tcPr>
          <w:p w14:paraId="619976D4"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c>
          <w:tcPr>
            <w:tcW w:w="504" w:type="pct"/>
            <w:tcBorders>
              <w:top w:val="single" w:sz="4" w:space="0" w:color="auto"/>
              <w:left w:val="single" w:sz="4" w:space="0" w:color="auto"/>
              <w:bottom w:val="single" w:sz="4" w:space="0" w:color="auto"/>
              <w:right w:val="single" w:sz="4" w:space="0" w:color="auto"/>
            </w:tcBorders>
          </w:tcPr>
          <w:p w14:paraId="57708492"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r>
      <w:tr w:rsidR="005F2F4F" w:rsidRPr="009C0FA9" w14:paraId="17D753EE"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14C7E28D" w14:textId="18B08065" w:rsidR="00166305" w:rsidRPr="008F3AD1" w:rsidRDefault="00166305" w:rsidP="005F2F4F">
            <w:pPr>
              <w:spacing w:after="100" w:afterAutospacing="1" w:line="200" w:lineRule="exact"/>
              <w:rPr>
                <w:rFonts w:ascii="微軟正黑體" w:eastAsia="微軟正黑體" w:hAnsi="微軟正黑體"/>
                <w:sz w:val="17"/>
                <w:szCs w:val="17"/>
              </w:rPr>
            </w:pPr>
            <w:r w:rsidRPr="008F3AD1">
              <w:rPr>
                <w:rFonts w:ascii="微軟正黑體" w:eastAsia="微軟正黑體" w:hAnsi="微軟正黑體"/>
                <w:sz w:val="17"/>
                <w:szCs w:val="17"/>
              </w:rPr>
              <w:t>1</w:t>
            </w:r>
            <w:r w:rsidRPr="008F3AD1">
              <w:rPr>
                <w:rFonts w:ascii="微軟正黑體" w:eastAsia="微軟正黑體" w:hAnsi="微軟正黑體"/>
                <w:sz w:val="17"/>
                <w:szCs w:val="17"/>
                <w:lang w:eastAsia="zh-CN"/>
              </w:rPr>
              <w:t>3</w:t>
            </w:r>
            <w:r w:rsidRPr="008F3AD1">
              <w:rPr>
                <w:rFonts w:ascii="微軟正黑體" w:eastAsia="微軟正黑體" w:hAnsi="微軟正黑體"/>
                <w:sz w:val="17"/>
                <w:szCs w:val="17"/>
              </w:rPr>
              <w:t>-1.法人資格證明文件</w:t>
            </w:r>
          </w:p>
        </w:tc>
        <w:tc>
          <w:tcPr>
            <w:tcW w:w="471" w:type="pct"/>
            <w:tcBorders>
              <w:top w:val="single" w:sz="4" w:space="0" w:color="auto"/>
              <w:left w:val="single" w:sz="4" w:space="0" w:color="auto"/>
              <w:bottom w:val="single" w:sz="4" w:space="0" w:color="auto"/>
              <w:right w:val="single" w:sz="4" w:space="0" w:color="auto"/>
            </w:tcBorders>
          </w:tcPr>
          <w:p w14:paraId="534AF691" w14:textId="10A39A3D"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7DE1ED1E"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5F528CEF"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2F8F2A85"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3ABB9559" w14:textId="1691A0E8" w:rsidR="00166305" w:rsidRPr="008F3AD1" w:rsidRDefault="00166305" w:rsidP="005F2F4F">
            <w:pPr>
              <w:spacing w:after="100" w:afterAutospacing="1" w:line="200" w:lineRule="exact"/>
              <w:rPr>
                <w:rFonts w:ascii="微軟正黑體" w:eastAsia="微軟正黑體" w:hAnsi="微軟正黑體"/>
                <w:sz w:val="17"/>
                <w:szCs w:val="17"/>
              </w:rPr>
            </w:pPr>
            <w:r w:rsidRPr="008F3AD1">
              <w:rPr>
                <w:rFonts w:ascii="微軟正黑體" w:eastAsia="微軟正黑體" w:hAnsi="微軟正黑體"/>
                <w:sz w:val="17"/>
                <w:szCs w:val="17"/>
              </w:rPr>
              <w:t>1</w:t>
            </w:r>
            <w:r w:rsidRPr="008F3AD1">
              <w:rPr>
                <w:rFonts w:ascii="微軟正黑體" w:eastAsia="微軟正黑體" w:hAnsi="微軟正黑體"/>
                <w:sz w:val="17"/>
                <w:szCs w:val="17"/>
                <w:lang w:eastAsia="zh-CN"/>
              </w:rPr>
              <w:t>3</w:t>
            </w:r>
            <w:r w:rsidRPr="008F3AD1">
              <w:rPr>
                <w:rFonts w:ascii="微軟正黑體" w:eastAsia="微軟正黑體" w:hAnsi="微軟正黑體"/>
                <w:sz w:val="17"/>
                <w:szCs w:val="17"/>
              </w:rPr>
              <w:t>-2.股東名冊</w:t>
            </w:r>
          </w:p>
        </w:tc>
        <w:tc>
          <w:tcPr>
            <w:tcW w:w="471" w:type="pct"/>
            <w:tcBorders>
              <w:top w:val="single" w:sz="4" w:space="0" w:color="auto"/>
              <w:left w:val="single" w:sz="4" w:space="0" w:color="auto"/>
              <w:bottom w:val="single" w:sz="4" w:space="0" w:color="auto"/>
              <w:right w:val="single" w:sz="4" w:space="0" w:color="auto"/>
            </w:tcBorders>
          </w:tcPr>
          <w:p w14:paraId="495D4089" w14:textId="6F60D22D"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1981B35F"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1FCAF0B2"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756A12B5"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225F0E5B" w14:textId="220764F8" w:rsidR="00166305" w:rsidRPr="008F3AD1" w:rsidRDefault="00166305" w:rsidP="005F2F4F">
            <w:pPr>
              <w:spacing w:after="100" w:afterAutospacing="1" w:line="200" w:lineRule="exact"/>
              <w:rPr>
                <w:rFonts w:ascii="微軟正黑體" w:eastAsia="微軟正黑體" w:hAnsi="微軟正黑體"/>
                <w:sz w:val="17"/>
                <w:szCs w:val="17"/>
              </w:rPr>
            </w:pPr>
            <w:r w:rsidRPr="008F3AD1">
              <w:rPr>
                <w:rFonts w:ascii="微軟正黑體" w:eastAsia="微軟正黑體" w:hAnsi="微軟正黑體"/>
                <w:sz w:val="17"/>
                <w:szCs w:val="17"/>
              </w:rPr>
              <w:t>1</w:t>
            </w:r>
            <w:r w:rsidRPr="008F3AD1">
              <w:rPr>
                <w:rFonts w:ascii="微軟正黑體" w:eastAsia="微軟正黑體" w:hAnsi="微軟正黑體"/>
                <w:sz w:val="17"/>
                <w:szCs w:val="17"/>
                <w:lang w:eastAsia="zh-CN"/>
              </w:rPr>
              <w:t>3</w:t>
            </w:r>
            <w:r w:rsidRPr="008F3AD1">
              <w:rPr>
                <w:rFonts w:ascii="微軟正黑體" w:eastAsia="微軟正黑體" w:hAnsi="微軟正黑體"/>
                <w:sz w:val="17"/>
                <w:szCs w:val="17"/>
              </w:rPr>
              <w:t>-3.稅務證明文件</w:t>
            </w:r>
          </w:p>
        </w:tc>
        <w:tc>
          <w:tcPr>
            <w:tcW w:w="471" w:type="pct"/>
            <w:tcBorders>
              <w:top w:val="single" w:sz="4" w:space="0" w:color="auto"/>
              <w:left w:val="single" w:sz="4" w:space="0" w:color="auto"/>
              <w:bottom w:val="single" w:sz="4" w:space="0" w:color="auto"/>
              <w:right w:val="single" w:sz="4" w:space="0" w:color="auto"/>
            </w:tcBorders>
          </w:tcPr>
          <w:p w14:paraId="33B66AF6" w14:textId="706BF524"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78323827"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39A139BD"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50CC10E8"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015CB2F4" w14:textId="306C8923" w:rsidR="00166305" w:rsidRPr="008F3AD1" w:rsidRDefault="00166305" w:rsidP="005F2F4F">
            <w:pPr>
              <w:spacing w:after="100" w:afterAutospacing="1" w:line="200" w:lineRule="exact"/>
              <w:rPr>
                <w:rFonts w:ascii="微軟正黑體" w:eastAsia="微軟正黑體" w:hAnsi="微軟正黑體"/>
                <w:sz w:val="17"/>
                <w:szCs w:val="17"/>
              </w:rPr>
            </w:pPr>
            <w:r w:rsidRPr="008F3AD1">
              <w:rPr>
                <w:rFonts w:ascii="微軟正黑體" w:eastAsia="微軟正黑體" w:hAnsi="微軟正黑體"/>
                <w:sz w:val="17"/>
                <w:szCs w:val="17"/>
              </w:rPr>
              <w:t>1</w:t>
            </w:r>
            <w:r w:rsidRPr="008F3AD1">
              <w:rPr>
                <w:rFonts w:ascii="微軟正黑體" w:eastAsia="微軟正黑體" w:hAnsi="微軟正黑體"/>
                <w:sz w:val="17"/>
                <w:szCs w:val="17"/>
                <w:lang w:eastAsia="zh-CN"/>
              </w:rPr>
              <w:t>4</w:t>
            </w:r>
            <w:r w:rsidRPr="008F3AD1">
              <w:rPr>
                <w:rFonts w:ascii="微軟正黑體" w:eastAsia="微軟正黑體" w:hAnsi="微軟正黑體"/>
                <w:sz w:val="17"/>
                <w:szCs w:val="17"/>
              </w:rPr>
              <w:t>-1.年度財務報告</w:t>
            </w:r>
          </w:p>
        </w:tc>
        <w:tc>
          <w:tcPr>
            <w:tcW w:w="471" w:type="pct"/>
            <w:tcBorders>
              <w:top w:val="single" w:sz="4" w:space="0" w:color="auto"/>
              <w:left w:val="single" w:sz="4" w:space="0" w:color="auto"/>
              <w:bottom w:val="single" w:sz="4" w:space="0" w:color="auto"/>
              <w:right w:val="single" w:sz="4" w:space="0" w:color="auto"/>
            </w:tcBorders>
          </w:tcPr>
          <w:p w14:paraId="5C49DE3B" w14:textId="78A85C63"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18DF61FE"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4CBF0312"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53F44E06"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3FB1752A" w14:textId="7BA77904" w:rsidR="00166305" w:rsidRPr="008F3AD1" w:rsidRDefault="00166305" w:rsidP="005F2F4F">
            <w:pPr>
              <w:spacing w:after="100" w:afterAutospacing="1" w:line="200" w:lineRule="exact"/>
              <w:rPr>
                <w:rFonts w:ascii="微軟正黑體" w:eastAsia="微軟正黑體" w:hAnsi="微軟正黑體"/>
                <w:sz w:val="17"/>
                <w:szCs w:val="17"/>
              </w:rPr>
            </w:pPr>
            <w:r w:rsidRPr="008F3AD1">
              <w:rPr>
                <w:rFonts w:ascii="微軟正黑體" w:eastAsia="微軟正黑體" w:hAnsi="微軟正黑體"/>
                <w:sz w:val="17"/>
                <w:szCs w:val="17"/>
              </w:rPr>
              <w:t>1</w:t>
            </w:r>
            <w:r w:rsidRPr="008F3AD1">
              <w:rPr>
                <w:rFonts w:ascii="微軟正黑體" w:eastAsia="微軟正黑體" w:hAnsi="微軟正黑體"/>
                <w:sz w:val="17"/>
                <w:szCs w:val="17"/>
                <w:lang w:eastAsia="zh-CN"/>
              </w:rPr>
              <w:t>4</w:t>
            </w:r>
            <w:r w:rsidRPr="008F3AD1">
              <w:rPr>
                <w:rFonts w:ascii="微軟正黑體" w:eastAsia="微軟正黑體" w:hAnsi="微軟正黑體"/>
                <w:sz w:val="17"/>
                <w:szCs w:val="17"/>
              </w:rPr>
              <w:t>-2.信用證明</w:t>
            </w:r>
          </w:p>
        </w:tc>
        <w:tc>
          <w:tcPr>
            <w:tcW w:w="471" w:type="pct"/>
            <w:tcBorders>
              <w:top w:val="single" w:sz="4" w:space="0" w:color="auto"/>
              <w:left w:val="single" w:sz="4" w:space="0" w:color="auto"/>
              <w:bottom w:val="single" w:sz="4" w:space="0" w:color="auto"/>
              <w:right w:val="single" w:sz="4" w:space="0" w:color="auto"/>
            </w:tcBorders>
          </w:tcPr>
          <w:p w14:paraId="15E8A0C8" w14:textId="6DED3AF9"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186CC7F0"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203F0D45"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23DB989E"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5E621558" w14:textId="21931122" w:rsidR="00166305" w:rsidRPr="008F3AD1" w:rsidRDefault="00166305" w:rsidP="005F2F4F">
            <w:pPr>
              <w:spacing w:after="100" w:afterAutospacing="1" w:line="200" w:lineRule="exact"/>
              <w:rPr>
                <w:rFonts w:ascii="微軟正黑體" w:eastAsia="微軟正黑體" w:hAnsi="微軟正黑體"/>
                <w:sz w:val="17"/>
                <w:szCs w:val="17"/>
                <w:lang w:eastAsia="zh-TW"/>
              </w:rPr>
            </w:pPr>
            <w:r w:rsidRPr="008F3AD1">
              <w:rPr>
                <w:rFonts w:ascii="微軟正黑體" w:eastAsia="微軟正黑體" w:hAnsi="微軟正黑體"/>
                <w:sz w:val="17"/>
                <w:szCs w:val="17"/>
                <w:lang w:eastAsia="zh-TW"/>
              </w:rPr>
              <w:t>15.</w:t>
            </w:r>
            <w:r w:rsidRPr="008F3AD1">
              <w:rPr>
                <w:rFonts w:ascii="微軟正黑體" w:eastAsia="微軟正黑體" w:hAnsi="微軟正黑體" w:hint="eastAsia"/>
                <w:sz w:val="17"/>
                <w:szCs w:val="17"/>
                <w:lang w:eastAsia="zh-TW"/>
              </w:rPr>
              <w:t>興建營運</w:t>
            </w:r>
            <w:r w:rsidRPr="008F3AD1">
              <w:rPr>
                <w:rFonts w:ascii="微軟正黑體" w:eastAsia="微軟正黑體" w:hAnsi="微軟正黑體"/>
                <w:sz w:val="17"/>
                <w:szCs w:val="17"/>
                <w:lang w:eastAsia="zh-TW"/>
              </w:rPr>
              <w:t>技術能力證明文件</w:t>
            </w:r>
          </w:p>
        </w:tc>
        <w:tc>
          <w:tcPr>
            <w:tcW w:w="471" w:type="pct"/>
            <w:tcBorders>
              <w:top w:val="single" w:sz="4" w:space="0" w:color="auto"/>
              <w:left w:val="single" w:sz="4" w:space="0" w:color="auto"/>
              <w:bottom w:val="single" w:sz="4" w:space="0" w:color="auto"/>
              <w:right w:val="single" w:sz="4" w:space="0" w:color="auto"/>
            </w:tcBorders>
          </w:tcPr>
          <w:p w14:paraId="73D9B0A6" w14:textId="40FC49C9"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c>
          <w:tcPr>
            <w:tcW w:w="524" w:type="pct"/>
            <w:tcBorders>
              <w:top w:val="single" w:sz="4" w:space="0" w:color="auto"/>
              <w:left w:val="single" w:sz="4" w:space="0" w:color="auto"/>
              <w:bottom w:val="single" w:sz="4" w:space="0" w:color="auto"/>
              <w:right w:val="single" w:sz="4" w:space="0" w:color="auto"/>
            </w:tcBorders>
          </w:tcPr>
          <w:p w14:paraId="015ACECA"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c>
          <w:tcPr>
            <w:tcW w:w="504" w:type="pct"/>
            <w:tcBorders>
              <w:top w:val="single" w:sz="4" w:space="0" w:color="auto"/>
              <w:left w:val="single" w:sz="4" w:space="0" w:color="auto"/>
              <w:bottom w:val="single" w:sz="4" w:space="0" w:color="auto"/>
              <w:right w:val="single" w:sz="4" w:space="0" w:color="auto"/>
            </w:tcBorders>
          </w:tcPr>
          <w:p w14:paraId="13BBBFE0"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r>
      <w:tr w:rsidR="005F2F4F" w:rsidRPr="009C0FA9" w14:paraId="52E130EF"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020E79B7" w14:textId="65D6D482" w:rsidR="00166305" w:rsidRPr="008F3AD1" w:rsidRDefault="00166305" w:rsidP="005F2F4F">
            <w:pPr>
              <w:spacing w:after="100" w:afterAutospacing="1" w:line="200" w:lineRule="exact"/>
              <w:rPr>
                <w:rFonts w:ascii="微軟正黑體" w:eastAsia="微軟正黑體" w:hAnsi="微軟正黑體"/>
                <w:sz w:val="17"/>
                <w:szCs w:val="17"/>
              </w:rPr>
            </w:pPr>
            <w:r w:rsidRPr="008F3AD1">
              <w:rPr>
                <w:rFonts w:ascii="微軟正黑體" w:eastAsia="微軟正黑體" w:hAnsi="微軟正黑體"/>
                <w:sz w:val="17"/>
                <w:szCs w:val="17"/>
              </w:rPr>
              <w:t>16.債信能力證明文件</w:t>
            </w:r>
          </w:p>
        </w:tc>
        <w:tc>
          <w:tcPr>
            <w:tcW w:w="471" w:type="pct"/>
            <w:tcBorders>
              <w:top w:val="single" w:sz="4" w:space="0" w:color="auto"/>
              <w:left w:val="single" w:sz="4" w:space="0" w:color="auto"/>
              <w:bottom w:val="single" w:sz="4" w:space="0" w:color="auto"/>
              <w:right w:val="single" w:sz="4" w:space="0" w:color="auto"/>
            </w:tcBorders>
          </w:tcPr>
          <w:p w14:paraId="00600A2C"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7F72DF4C"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74ED68FA"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55B7A444"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3A7A9F2B" w14:textId="22050006" w:rsidR="00166305" w:rsidRPr="008F3AD1" w:rsidRDefault="00166305" w:rsidP="00B8696E">
            <w:pPr>
              <w:spacing w:after="100" w:afterAutospacing="1" w:line="200" w:lineRule="exact"/>
              <w:rPr>
                <w:rFonts w:ascii="微軟正黑體" w:eastAsia="微軟正黑體" w:hAnsi="微軟正黑體"/>
                <w:sz w:val="17"/>
                <w:szCs w:val="17"/>
                <w:lang w:eastAsia="zh-TW"/>
              </w:rPr>
            </w:pPr>
            <w:r w:rsidRPr="008F3AD1">
              <w:rPr>
                <w:rFonts w:ascii="微軟正黑體" w:eastAsia="微軟正黑體" w:hAnsi="微軟正黑體"/>
                <w:sz w:val="17"/>
                <w:szCs w:val="17"/>
                <w:lang w:eastAsia="zh-TW"/>
              </w:rPr>
              <w:t>17.申請保證金繳交證明文件</w:t>
            </w:r>
          </w:p>
        </w:tc>
        <w:tc>
          <w:tcPr>
            <w:tcW w:w="471" w:type="pct"/>
            <w:tcBorders>
              <w:top w:val="single" w:sz="4" w:space="0" w:color="auto"/>
              <w:left w:val="single" w:sz="4" w:space="0" w:color="auto"/>
              <w:bottom w:val="single" w:sz="4" w:space="0" w:color="auto"/>
              <w:right w:val="single" w:sz="4" w:space="0" w:color="auto"/>
            </w:tcBorders>
          </w:tcPr>
          <w:p w14:paraId="0D391030" w14:textId="29A76A14"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c>
          <w:tcPr>
            <w:tcW w:w="524" w:type="pct"/>
            <w:tcBorders>
              <w:top w:val="single" w:sz="4" w:space="0" w:color="auto"/>
              <w:left w:val="single" w:sz="4" w:space="0" w:color="auto"/>
              <w:bottom w:val="single" w:sz="4" w:space="0" w:color="auto"/>
              <w:right w:val="single" w:sz="4" w:space="0" w:color="auto"/>
            </w:tcBorders>
          </w:tcPr>
          <w:p w14:paraId="612EB390"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c>
          <w:tcPr>
            <w:tcW w:w="504" w:type="pct"/>
            <w:tcBorders>
              <w:top w:val="single" w:sz="4" w:space="0" w:color="auto"/>
              <w:left w:val="single" w:sz="4" w:space="0" w:color="auto"/>
              <w:bottom w:val="single" w:sz="4" w:space="0" w:color="auto"/>
              <w:right w:val="single" w:sz="4" w:space="0" w:color="auto"/>
            </w:tcBorders>
          </w:tcPr>
          <w:p w14:paraId="57AB8902"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r>
      <w:tr w:rsidR="005F2F4F" w:rsidRPr="009C0FA9" w14:paraId="16A62138" w14:textId="77777777" w:rsidTr="00E465F5">
        <w:trPr>
          <w:jc w:val="center"/>
        </w:trPr>
        <w:tc>
          <w:tcPr>
            <w:tcW w:w="3501" w:type="pct"/>
            <w:tcBorders>
              <w:top w:val="single" w:sz="4" w:space="0" w:color="auto"/>
              <w:left w:val="single" w:sz="4" w:space="0" w:color="auto"/>
              <w:bottom w:val="single" w:sz="4" w:space="0" w:color="auto"/>
              <w:right w:val="single" w:sz="4" w:space="0" w:color="auto"/>
            </w:tcBorders>
          </w:tcPr>
          <w:p w14:paraId="632D60BE" w14:textId="7FE34CEB" w:rsidR="00166305" w:rsidRPr="008F3AD1" w:rsidRDefault="00166305" w:rsidP="005F2F4F">
            <w:pPr>
              <w:spacing w:after="100" w:afterAutospacing="1" w:line="200" w:lineRule="exact"/>
              <w:rPr>
                <w:rFonts w:ascii="微軟正黑體" w:eastAsia="微軟正黑體" w:hAnsi="微軟正黑體"/>
                <w:sz w:val="17"/>
                <w:szCs w:val="17"/>
                <w:lang w:eastAsia="zh-TW"/>
              </w:rPr>
            </w:pPr>
            <w:r w:rsidRPr="008F3AD1">
              <w:rPr>
                <w:rFonts w:ascii="微軟正黑體" w:eastAsia="微軟正黑體" w:hAnsi="微軟正黑體"/>
                <w:sz w:val="17"/>
                <w:szCs w:val="17"/>
                <w:lang w:eastAsia="zh-TW"/>
              </w:rPr>
              <w:t>18.我國駐外單位認證文件/中譯本</w:t>
            </w:r>
          </w:p>
        </w:tc>
        <w:tc>
          <w:tcPr>
            <w:tcW w:w="471" w:type="pct"/>
            <w:tcBorders>
              <w:top w:val="single" w:sz="4" w:space="0" w:color="auto"/>
              <w:left w:val="single" w:sz="4" w:space="0" w:color="auto"/>
              <w:bottom w:val="single" w:sz="4" w:space="0" w:color="auto"/>
              <w:right w:val="single" w:sz="4" w:space="0" w:color="auto"/>
            </w:tcBorders>
          </w:tcPr>
          <w:p w14:paraId="5EE55614"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c>
          <w:tcPr>
            <w:tcW w:w="524" w:type="pct"/>
            <w:tcBorders>
              <w:top w:val="single" w:sz="4" w:space="0" w:color="auto"/>
              <w:left w:val="single" w:sz="4" w:space="0" w:color="auto"/>
              <w:bottom w:val="single" w:sz="4" w:space="0" w:color="auto"/>
              <w:right w:val="single" w:sz="4" w:space="0" w:color="auto"/>
            </w:tcBorders>
          </w:tcPr>
          <w:p w14:paraId="1F241D2D"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c>
          <w:tcPr>
            <w:tcW w:w="504" w:type="pct"/>
            <w:tcBorders>
              <w:top w:val="single" w:sz="4" w:space="0" w:color="auto"/>
              <w:left w:val="single" w:sz="4" w:space="0" w:color="auto"/>
              <w:bottom w:val="single" w:sz="4" w:space="0" w:color="auto"/>
              <w:right w:val="single" w:sz="4" w:space="0" w:color="auto"/>
            </w:tcBorders>
          </w:tcPr>
          <w:p w14:paraId="47800E01"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r>
      <w:tr w:rsidR="005F2F4F" w:rsidRPr="009C0FA9" w14:paraId="097449E6" w14:textId="77777777" w:rsidTr="00E465F5">
        <w:trPr>
          <w:trHeight w:val="70"/>
          <w:jc w:val="center"/>
        </w:trPr>
        <w:tc>
          <w:tcPr>
            <w:tcW w:w="3501" w:type="pct"/>
            <w:tcBorders>
              <w:top w:val="single" w:sz="4" w:space="0" w:color="auto"/>
              <w:left w:val="single" w:sz="4" w:space="0" w:color="auto"/>
              <w:bottom w:val="single" w:sz="4" w:space="0" w:color="auto"/>
              <w:right w:val="single" w:sz="4" w:space="0" w:color="auto"/>
            </w:tcBorders>
          </w:tcPr>
          <w:p w14:paraId="30B6EEB0" w14:textId="4C46C4D0" w:rsidR="00166305" w:rsidRPr="008F3AD1" w:rsidRDefault="00166305" w:rsidP="005F2F4F">
            <w:pPr>
              <w:spacing w:after="100" w:afterAutospacing="1" w:line="200" w:lineRule="exact"/>
              <w:rPr>
                <w:rFonts w:ascii="微軟正黑體" w:eastAsia="微軟正黑體" w:hAnsi="微軟正黑體"/>
                <w:sz w:val="17"/>
                <w:szCs w:val="17"/>
              </w:rPr>
            </w:pPr>
            <w:r w:rsidRPr="008F3AD1">
              <w:rPr>
                <w:rFonts w:ascii="微軟正黑體" w:eastAsia="微軟正黑體" w:hAnsi="微軟正黑體"/>
                <w:sz w:val="17"/>
                <w:szCs w:val="17"/>
              </w:rPr>
              <w:t>19.中文翻譯切結書</w:t>
            </w:r>
          </w:p>
        </w:tc>
        <w:tc>
          <w:tcPr>
            <w:tcW w:w="471" w:type="pct"/>
            <w:tcBorders>
              <w:top w:val="single" w:sz="4" w:space="0" w:color="auto"/>
              <w:left w:val="single" w:sz="4" w:space="0" w:color="auto"/>
              <w:bottom w:val="single" w:sz="4" w:space="0" w:color="auto"/>
              <w:right w:val="single" w:sz="4" w:space="0" w:color="auto"/>
            </w:tcBorders>
          </w:tcPr>
          <w:p w14:paraId="74EFA6C8"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28DE467C"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7242D863"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43EF9805" w14:textId="77777777" w:rsidTr="00E465F5">
        <w:trPr>
          <w:trHeight w:val="70"/>
          <w:jc w:val="center"/>
        </w:trPr>
        <w:tc>
          <w:tcPr>
            <w:tcW w:w="3501" w:type="pct"/>
            <w:tcBorders>
              <w:top w:val="single" w:sz="4" w:space="0" w:color="auto"/>
              <w:left w:val="single" w:sz="4" w:space="0" w:color="auto"/>
              <w:bottom w:val="single" w:sz="4" w:space="0" w:color="auto"/>
              <w:right w:val="single" w:sz="4" w:space="0" w:color="auto"/>
            </w:tcBorders>
          </w:tcPr>
          <w:p w14:paraId="0125AAFC" w14:textId="5C0424D4" w:rsidR="00166305" w:rsidRPr="008F3AD1" w:rsidRDefault="00166305" w:rsidP="005F2F4F">
            <w:pPr>
              <w:spacing w:after="0" w:line="200" w:lineRule="exact"/>
              <w:ind w:left="262" w:hangingChars="154" w:hanging="262"/>
              <w:jc w:val="both"/>
              <w:rPr>
                <w:rFonts w:ascii="微軟正黑體" w:eastAsia="微軟正黑體" w:hAnsi="微軟正黑體"/>
                <w:sz w:val="17"/>
                <w:szCs w:val="17"/>
              </w:rPr>
            </w:pPr>
            <w:r w:rsidRPr="008F3AD1">
              <w:rPr>
                <w:rFonts w:ascii="微軟正黑體" w:eastAsia="微軟正黑體" w:hAnsi="微軟正黑體"/>
                <w:sz w:val="17"/>
                <w:szCs w:val="17"/>
              </w:rPr>
              <w:t>20.</w:t>
            </w:r>
            <w:r w:rsidRPr="008F3AD1">
              <w:rPr>
                <w:rFonts w:ascii="微軟正黑體" w:eastAsia="微軟正黑體" w:hAnsi="微軟正黑體" w:hint="eastAsia"/>
                <w:sz w:val="17"/>
                <w:szCs w:val="17"/>
              </w:rPr>
              <w:t>投資計畫書及其</w:t>
            </w:r>
            <w:r w:rsidRPr="008F3AD1">
              <w:rPr>
                <w:rFonts w:ascii="微軟正黑體" w:eastAsia="微軟正黑體" w:hAnsi="微軟正黑體"/>
                <w:sz w:val="17"/>
                <w:szCs w:val="17"/>
              </w:rPr>
              <w:t>1份電子檔(包含整份計畫書可編輯word (Microsoft Word)電子檔與不可編輯之PDF (Portable Document Format)電子檔</w:t>
            </w:r>
            <w:r w:rsidRPr="008F3AD1">
              <w:rPr>
                <w:rFonts w:ascii="微軟正黑體" w:eastAsia="微軟正黑體" w:hAnsi="微軟正黑體" w:hint="eastAsia"/>
                <w:sz w:val="17"/>
                <w:szCs w:val="17"/>
              </w:rPr>
              <w:t>案及含公式鏈結之財務試算</w:t>
            </w:r>
            <w:r w:rsidRPr="008F3AD1">
              <w:rPr>
                <w:rFonts w:ascii="微軟正黑體" w:eastAsia="微軟正黑體" w:hAnsi="微軟正黑體"/>
                <w:sz w:val="17"/>
                <w:szCs w:val="17"/>
              </w:rPr>
              <w:t>Excel (Microsoft Excel)電子檔光碟)</w:t>
            </w:r>
          </w:p>
        </w:tc>
        <w:tc>
          <w:tcPr>
            <w:tcW w:w="471" w:type="pct"/>
            <w:tcBorders>
              <w:top w:val="single" w:sz="4" w:space="0" w:color="auto"/>
              <w:left w:val="single" w:sz="4" w:space="0" w:color="auto"/>
              <w:bottom w:val="single" w:sz="4" w:space="0" w:color="auto"/>
              <w:right w:val="single" w:sz="4" w:space="0" w:color="auto"/>
            </w:tcBorders>
          </w:tcPr>
          <w:p w14:paraId="1D1D36B4" w14:textId="169D54BD"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24" w:type="pct"/>
            <w:tcBorders>
              <w:top w:val="single" w:sz="4" w:space="0" w:color="auto"/>
              <w:left w:val="single" w:sz="4" w:space="0" w:color="auto"/>
              <w:bottom w:val="single" w:sz="4" w:space="0" w:color="auto"/>
              <w:right w:val="single" w:sz="4" w:space="0" w:color="auto"/>
            </w:tcBorders>
          </w:tcPr>
          <w:p w14:paraId="04C850DE"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c>
          <w:tcPr>
            <w:tcW w:w="504" w:type="pct"/>
            <w:tcBorders>
              <w:top w:val="single" w:sz="4" w:space="0" w:color="auto"/>
              <w:left w:val="single" w:sz="4" w:space="0" w:color="auto"/>
              <w:bottom w:val="single" w:sz="4" w:space="0" w:color="auto"/>
              <w:right w:val="single" w:sz="4" w:space="0" w:color="auto"/>
            </w:tcBorders>
          </w:tcPr>
          <w:p w14:paraId="13D2F97B" w14:textId="77777777" w:rsidR="00166305" w:rsidRPr="008F3AD1" w:rsidRDefault="00166305" w:rsidP="005F2F4F">
            <w:pPr>
              <w:spacing w:after="100" w:afterAutospacing="1" w:line="0" w:lineRule="atLeast"/>
              <w:jc w:val="center"/>
              <w:rPr>
                <w:rFonts w:ascii="微軟正黑體" w:eastAsia="微軟正黑體" w:hAnsi="微軟正黑體"/>
                <w:sz w:val="17"/>
                <w:szCs w:val="17"/>
              </w:rPr>
            </w:pPr>
          </w:p>
        </w:tc>
      </w:tr>
      <w:tr w:rsidR="005F2F4F" w:rsidRPr="009C0FA9" w14:paraId="592A263C" w14:textId="77777777" w:rsidTr="00E465F5">
        <w:trPr>
          <w:trHeight w:val="101"/>
          <w:jc w:val="center"/>
        </w:trPr>
        <w:tc>
          <w:tcPr>
            <w:tcW w:w="3501" w:type="pct"/>
            <w:tcBorders>
              <w:top w:val="single" w:sz="4" w:space="0" w:color="auto"/>
              <w:left w:val="single" w:sz="4" w:space="0" w:color="auto"/>
              <w:bottom w:val="single" w:sz="4" w:space="0" w:color="auto"/>
              <w:right w:val="single" w:sz="4" w:space="0" w:color="auto"/>
            </w:tcBorders>
          </w:tcPr>
          <w:p w14:paraId="59A7CD75" w14:textId="47518333" w:rsidR="00166305" w:rsidRPr="008F3AD1" w:rsidRDefault="00166305" w:rsidP="005F2F4F">
            <w:pPr>
              <w:spacing w:after="100" w:afterAutospacing="1" w:line="200" w:lineRule="exact"/>
              <w:rPr>
                <w:rFonts w:ascii="微軟正黑體" w:eastAsia="微軟正黑體" w:hAnsi="微軟正黑體"/>
                <w:sz w:val="17"/>
                <w:szCs w:val="17"/>
                <w:lang w:eastAsia="zh-TW"/>
              </w:rPr>
            </w:pPr>
            <w:r w:rsidRPr="008F3AD1">
              <w:rPr>
                <w:rFonts w:ascii="微軟正黑體" w:eastAsia="微軟正黑體" w:hAnsi="微軟正黑體"/>
                <w:sz w:val="17"/>
                <w:szCs w:val="17"/>
                <w:lang w:eastAsia="zh-TW"/>
              </w:rPr>
              <w:t>21.</w:t>
            </w:r>
            <w:r w:rsidRPr="008F3AD1" w:rsidDel="00D85E75">
              <w:rPr>
                <w:rFonts w:ascii="微軟正黑體" w:eastAsia="微軟正黑體" w:hAnsi="微軟正黑體"/>
                <w:sz w:val="17"/>
                <w:szCs w:val="17"/>
                <w:lang w:eastAsia="zh-TW"/>
              </w:rPr>
              <w:t>投資計畫書簡報</w:t>
            </w:r>
            <w:r w:rsidRPr="008F3AD1">
              <w:rPr>
                <w:rFonts w:ascii="微軟正黑體" w:eastAsia="微軟正黑體" w:hAnsi="微軟正黑體" w:hint="eastAsia"/>
                <w:sz w:val="17"/>
                <w:szCs w:val="17"/>
                <w:lang w:eastAsia="zh-TW"/>
              </w:rPr>
              <w:t>及其</w:t>
            </w:r>
            <w:r w:rsidRPr="008F3AD1">
              <w:rPr>
                <w:rFonts w:ascii="微軟正黑體" w:eastAsia="微軟正黑體" w:hAnsi="微軟正黑體"/>
                <w:sz w:val="17"/>
                <w:szCs w:val="17"/>
                <w:lang w:eastAsia="zh-TW"/>
              </w:rPr>
              <w:t>1份</w:t>
            </w:r>
            <w:r w:rsidRPr="008F3AD1" w:rsidDel="00D85E75">
              <w:rPr>
                <w:rFonts w:ascii="微軟正黑體" w:eastAsia="微軟正黑體" w:hAnsi="微軟正黑體"/>
                <w:sz w:val="17"/>
                <w:szCs w:val="17"/>
                <w:lang w:eastAsia="zh-TW"/>
              </w:rPr>
              <w:t>電子檔</w:t>
            </w:r>
            <w:r w:rsidRPr="008F3AD1">
              <w:rPr>
                <w:rFonts w:ascii="微軟正黑體" w:eastAsia="微軟正黑體" w:hAnsi="微軟正黑體"/>
                <w:sz w:val="17"/>
                <w:szCs w:val="17"/>
                <w:lang w:eastAsia="zh-TW"/>
              </w:rPr>
              <w:t>光碟</w:t>
            </w:r>
          </w:p>
        </w:tc>
        <w:tc>
          <w:tcPr>
            <w:tcW w:w="471" w:type="pct"/>
            <w:tcBorders>
              <w:top w:val="single" w:sz="4" w:space="0" w:color="auto"/>
              <w:left w:val="single" w:sz="4" w:space="0" w:color="auto"/>
              <w:bottom w:val="single" w:sz="4" w:space="0" w:color="auto"/>
              <w:right w:val="single" w:sz="4" w:space="0" w:color="auto"/>
            </w:tcBorders>
          </w:tcPr>
          <w:p w14:paraId="1581F2F3" w14:textId="2CC8977A"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c>
          <w:tcPr>
            <w:tcW w:w="524" w:type="pct"/>
            <w:tcBorders>
              <w:top w:val="single" w:sz="4" w:space="0" w:color="auto"/>
              <w:left w:val="single" w:sz="4" w:space="0" w:color="auto"/>
              <w:bottom w:val="single" w:sz="4" w:space="0" w:color="auto"/>
              <w:right w:val="single" w:sz="4" w:space="0" w:color="auto"/>
            </w:tcBorders>
          </w:tcPr>
          <w:p w14:paraId="355207E7"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c>
          <w:tcPr>
            <w:tcW w:w="504" w:type="pct"/>
            <w:tcBorders>
              <w:top w:val="single" w:sz="4" w:space="0" w:color="auto"/>
              <w:left w:val="single" w:sz="4" w:space="0" w:color="auto"/>
              <w:bottom w:val="single" w:sz="4" w:space="0" w:color="auto"/>
              <w:right w:val="single" w:sz="4" w:space="0" w:color="auto"/>
            </w:tcBorders>
          </w:tcPr>
          <w:p w14:paraId="27060887" w14:textId="77777777"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p>
        </w:tc>
      </w:tr>
      <w:tr w:rsidR="005F2F4F" w:rsidRPr="009C0FA9" w14:paraId="53B6863D" w14:textId="77777777" w:rsidTr="00E465F5">
        <w:trPr>
          <w:jc w:val="center"/>
        </w:trPr>
        <w:tc>
          <w:tcPr>
            <w:tcW w:w="3501" w:type="pct"/>
            <w:tcBorders>
              <w:top w:val="single" w:sz="4" w:space="0" w:color="auto"/>
              <w:left w:val="single" w:sz="12" w:space="0" w:color="auto"/>
              <w:bottom w:val="single" w:sz="12" w:space="0" w:color="auto"/>
            </w:tcBorders>
          </w:tcPr>
          <w:p w14:paraId="73308BA8" w14:textId="1C3B4569" w:rsidR="00166305" w:rsidRPr="008F3AD1" w:rsidRDefault="00166305" w:rsidP="005F2F4F">
            <w:pPr>
              <w:spacing w:after="100" w:afterAutospacing="1" w:line="0" w:lineRule="atLeast"/>
              <w:jc w:val="center"/>
              <w:rPr>
                <w:rFonts w:ascii="微軟正黑體" w:eastAsia="微軟正黑體" w:hAnsi="微軟正黑體"/>
                <w:sz w:val="17"/>
                <w:szCs w:val="17"/>
                <w:lang w:eastAsia="zh-TW"/>
              </w:rPr>
            </w:pPr>
            <w:r w:rsidRPr="008F3AD1">
              <w:rPr>
                <w:rFonts w:ascii="微軟正黑體" w:eastAsia="微軟正黑體" w:hAnsi="微軟正黑體" w:hint="eastAsia"/>
                <w:sz w:val="17"/>
                <w:szCs w:val="17"/>
                <w:lang w:eastAsia="zh-TW"/>
              </w:rPr>
              <w:t>審查結果是否成為合格申請人？</w:t>
            </w:r>
          </w:p>
        </w:tc>
        <w:tc>
          <w:tcPr>
            <w:tcW w:w="471" w:type="pct"/>
            <w:tcBorders>
              <w:top w:val="single" w:sz="4" w:space="0" w:color="auto"/>
              <w:bottom w:val="single" w:sz="12" w:space="0" w:color="auto"/>
            </w:tcBorders>
          </w:tcPr>
          <w:p w14:paraId="286A95E8" w14:textId="5E288747" w:rsidR="00166305" w:rsidRPr="008F3AD1" w:rsidRDefault="00166305" w:rsidP="005F2F4F">
            <w:pPr>
              <w:spacing w:after="100" w:afterAutospacing="1" w:line="0" w:lineRule="atLeast"/>
              <w:jc w:val="center"/>
              <w:rPr>
                <w:rFonts w:ascii="微軟正黑體" w:eastAsia="微軟正黑體" w:hAnsi="微軟正黑體"/>
                <w:sz w:val="17"/>
                <w:szCs w:val="17"/>
              </w:rPr>
            </w:pPr>
            <w:r w:rsidRPr="008F3AD1">
              <w:rPr>
                <w:rFonts w:ascii="微軟正黑體" w:eastAsia="微軟正黑體" w:hAnsi="微軟正黑體" w:hint="eastAsia"/>
                <w:sz w:val="17"/>
                <w:szCs w:val="17"/>
              </w:rPr>
              <w:t>□是</w:t>
            </w:r>
            <w:r w:rsidRPr="008F3AD1">
              <w:rPr>
                <w:rFonts w:ascii="微軟正黑體" w:eastAsia="微軟正黑體" w:hAnsi="微軟正黑體"/>
                <w:sz w:val="17"/>
                <w:szCs w:val="17"/>
              </w:rPr>
              <w:t xml:space="preserve">   </w:t>
            </w:r>
            <w:r w:rsidRPr="008F3AD1">
              <w:rPr>
                <w:rFonts w:ascii="微軟正黑體" w:eastAsia="微軟正黑體" w:hAnsi="微軟正黑體" w:hint="eastAsia"/>
                <w:sz w:val="17"/>
                <w:szCs w:val="17"/>
              </w:rPr>
              <w:t>□否</w:t>
            </w:r>
          </w:p>
        </w:tc>
        <w:tc>
          <w:tcPr>
            <w:tcW w:w="524" w:type="pct"/>
            <w:tcBorders>
              <w:top w:val="single" w:sz="4" w:space="0" w:color="auto"/>
              <w:bottom w:val="single" w:sz="12" w:space="0" w:color="auto"/>
            </w:tcBorders>
          </w:tcPr>
          <w:p w14:paraId="1C05B216" w14:textId="01A7414E" w:rsidR="00166305" w:rsidRPr="008F3AD1" w:rsidRDefault="00166305" w:rsidP="005F2F4F">
            <w:pPr>
              <w:spacing w:after="100" w:afterAutospacing="1" w:line="0" w:lineRule="atLeast"/>
              <w:jc w:val="center"/>
              <w:rPr>
                <w:rFonts w:ascii="微軟正黑體" w:eastAsia="微軟正黑體" w:hAnsi="微軟正黑體"/>
                <w:sz w:val="17"/>
                <w:szCs w:val="17"/>
              </w:rPr>
            </w:pPr>
            <w:r w:rsidRPr="008F3AD1">
              <w:rPr>
                <w:rFonts w:ascii="微軟正黑體" w:eastAsia="微軟正黑體" w:hAnsi="微軟正黑體" w:hint="eastAsia"/>
                <w:sz w:val="17"/>
                <w:szCs w:val="17"/>
              </w:rPr>
              <w:t>□是</w:t>
            </w:r>
            <w:r w:rsidRPr="008F3AD1">
              <w:rPr>
                <w:rFonts w:ascii="微軟正黑體" w:eastAsia="微軟正黑體" w:hAnsi="微軟正黑體"/>
                <w:sz w:val="17"/>
                <w:szCs w:val="17"/>
              </w:rPr>
              <w:t xml:space="preserve">   </w:t>
            </w:r>
            <w:r w:rsidRPr="008F3AD1">
              <w:rPr>
                <w:rFonts w:ascii="微軟正黑體" w:eastAsia="微軟正黑體" w:hAnsi="微軟正黑體" w:hint="eastAsia"/>
                <w:sz w:val="17"/>
                <w:szCs w:val="17"/>
              </w:rPr>
              <w:t>□否</w:t>
            </w:r>
          </w:p>
        </w:tc>
        <w:tc>
          <w:tcPr>
            <w:tcW w:w="504" w:type="pct"/>
            <w:tcBorders>
              <w:top w:val="single" w:sz="4" w:space="0" w:color="auto"/>
              <w:bottom w:val="single" w:sz="12" w:space="0" w:color="auto"/>
              <w:right w:val="single" w:sz="12" w:space="0" w:color="auto"/>
            </w:tcBorders>
          </w:tcPr>
          <w:p w14:paraId="218DB070" w14:textId="0880F2BB" w:rsidR="00166305" w:rsidRPr="008F3AD1" w:rsidRDefault="00166305" w:rsidP="005F2F4F">
            <w:pPr>
              <w:spacing w:after="100" w:afterAutospacing="1" w:line="0" w:lineRule="atLeast"/>
              <w:jc w:val="center"/>
              <w:rPr>
                <w:rFonts w:ascii="微軟正黑體" w:eastAsia="微軟正黑體" w:hAnsi="微軟正黑體"/>
                <w:sz w:val="17"/>
                <w:szCs w:val="17"/>
              </w:rPr>
            </w:pPr>
            <w:r w:rsidRPr="008F3AD1">
              <w:rPr>
                <w:rFonts w:ascii="微軟正黑體" w:eastAsia="微軟正黑體" w:hAnsi="微軟正黑體" w:hint="eastAsia"/>
                <w:sz w:val="17"/>
                <w:szCs w:val="17"/>
              </w:rPr>
              <w:t>□是</w:t>
            </w:r>
            <w:r w:rsidRPr="008F3AD1">
              <w:rPr>
                <w:rFonts w:ascii="微軟正黑體" w:eastAsia="微軟正黑體" w:hAnsi="微軟正黑體"/>
                <w:sz w:val="17"/>
                <w:szCs w:val="17"/>
              </w:rPr>
              <w:t xml:space="preserve">   </w:t>
            </w:r>
            <w:r w:rsidRPr="008F3AD1">
              <w:rPr>
                <w:rFonts w:ascii="微軟正黑體" w:eastAsia="微軟正黑體" w:hAnsi="微軟正黑體" w:hint="eastAsia"/>
                <w:sz w:val="17"/>
                <w:szCs w:val="17"/>
              </w:rPr>
              <w:t>□否</w:t>
            </w:r>
          </w:p>
        </w:tc>
      </w:tr>
      <w:tr w:rsidR="005F2F4F" w:rsidRPr="009C0FA9" w14:paraId="6B87838A" w14:textId="77777777" w:rsidTr="005F2F4F">
        <w:trPr>
          <w:jc w:val="center"/>
        </w:trPr>
        <w:tc>
          <w:tcPr>
            <w:tcW w:w="5000" w:type="pct"/>
            <w:gridSpan w:val="4"/>
            <w:tcBorders>
              <w:top w:val="single" w:sz="12" w:space="0" w:color="auto"/>
              <w:left w:val="nil"/>
              <w:bottom w:val="nil"/>
              <w:right w:val="nil"/>
            </w:tcBorders>
          </w:tcPr>
          <w:p w14:paraId="0D5E08E2" w14:textId="11A5395C" w:rsidR="00166305" w:rsidRPr="00453AB6" w:rsidRDefault="00166305" w:rsidP="005F2F4F">
            <w:pPr>
              <w:spacing w:after="100" w:afterAutospacing="1" w:line="0" w:lineRule="atLeast"/>
              <w:rPr>
                <w:rFonts w:ascii="微軟正黑體" w:eastAsia="微軟正黑體" w:hAnsi="微軟正黑體"/>
                <w:color w:val="000000" w:themeColor="text1"/>
                <w:sz w:val="18"/>
                <w:szCs w:val="18"/>
                <w:lang w:eastAsia="zh-TW"/>
              </w:rPr>
            </w:pPr>
            <w:r w:rsidRPr="00453AB6">
              <w:rPr>
                <w:rFonts w:ascii="微軟正黑體" w:eastAsia="微軟正黑體" w:hAnsi="微軟正黑體" w:hint="eastAsia"/>
                <w:color w:val="000000" w:themeColor="text1"/>
                <w:sz w:val="18"/>
                <w:szCs w:val="18"/>
                <w:lang w:eastAsia="zh-TW"/>
              </w:rPr>
              <w:t>註：</w:t>
            </w:r>
            <w:r w:rsidRPr="00453AB6">
              <w:rPr>
                <w:rFonts w:ascii="微軟正黑體" w:eastAsia="微軟正黑體" w:hAnsi="微軟正黑體"/>
                <w:color w:val="000000" w:themeColor="text1"/>
                <w:sz w:val="18"/>
                <w:szCs w:val="18"/>
                <w:lang w:eastAsia="zh-TW"/>
              </w:rPr>
              <w:t xml:space="preserve"> ”</w:t>
            </w:r>
            <w:r w:rsidRPr="00453AB6">
              <w:rPr>
                <w:rFonts w:ascii="微軟正黑體" w:eastAsia="微軟正黑體" w:hAnsi="微軟正黑體" w:hint="eastAsia"/>
                <w:color w:val="000000" w:themeColor="text1"/>
                <w:sz w:val="18"/>
                <w:szCs w:val="18"/>
                <w:lang w:eastAsia="zh-TW"/>
              </w:rPr>
              <w:t>○</w:t>
            </w:r>
            <w:r w:rsidRPr="00453AB6">
              <w:rPr>
                <w:rFonts w:ascii="微軟正黑體" w:eastAsia="微軟正黑體" w:hAnsi="微軟正黑體"/>
                <w:color w:val="000000" w:themeColor="text1"/>
                <w:sz w:val="18"/>
                <w:szCs w:val="18"/>
                <w:lang w:eastAsia="zh-TW"/>
              </w:rPr>
              <w:t>”</w:t>
            </w:r>
            <w:r w:rsidRPr="00453AB6">
              <w:rPr>
                <w:rFonts w:ascii="微軟正黑體" w:eastAsia="微軟正黑體" w:hAnsi="微軟正黑體" w:hint="eastAsia"/>
                <w:color w:val="000000" w:themeColor="text1"/>
                <w:sz w:val="18"/>
                <w:szCs w:val="18"/>
                <w:lang w:eastAsia="zh-TW"/>
              </w:rPr>
              <w:t>為符合，</w:t>
            </w:r>
            <w:r w:rsidRPr="00453AB6">
              <w:rPr>
                <w:rFonts w:ascii="微軟正黑體" w:eastAsia="微軟正黑體" w:hAnsi="微軟正黑體"/>
                <w:color w:val="000000" w:themeColor="text1"/>
                <w:sz w:val="18"/>
                <w:szCs w:val="18"/>
                <w:lang w:eastAsia="zh-TW"/>
              </w:rPr>
              <w:t>”</w:t>
            </w:r>
            <w:r w:rsidRPr="00453AB6">
              <w:rPr>
                <w:rFonts w:ascii="微軟正黑體" w:eastAsia="微軟正黑體" w:hAnsi="微軟正黑體" w:hint="eastAsia"/>
                <w:color w:val="000000" w:themeColor="text1"/>
                <w:sz w:val="18"/>
                <w:szCs w:val="18"/>
                <w:lang w:eastAsia="zh-TW"/>
              </w:rPr>
              <w:t>△</w:t>
            </w:r>
            <w:r w:rsidRPr="00453AB6">
              <w:rPr>
                <w:rFonts w:ascii="微軟正黑體" w:eastAsia="微軟正黑體" w:hAnsi="微軟正黑體"/>
                <w:color w:val="000000" w:themeColor="text1"/>
                <w:sz w:val="18"/>
                <w:szCs w:val="18"/>
                <w:lang w:eastAsia="zh-TW"/>
              </w:rPr>
              <w:t xml:space="preserve">” </w:t>
            </w:r>
            <w:r w:rsidRPr="00453AB6">
              <w:rPr>
                <w:rFonts w:ascii="微軟正黑體" w:eastAsia="微軟正黑體" w:hAnsi="微軟正黑體" w:hint="eastAsia"/>
                <w:color w:val="000000" w:themeColor="text1"/>
                <w:sz w:val="18"/>
                <w:szCs w:val="18"/>
                <w:lang w:eastAsia="zh-TW"/>
              </w:rPr>
              <w:t>為經補正或澄清後符合，</w:t>
            </w:r>
            <w:r w:rsidRPr="00453AB6">
              <w:rPr>
                <w:rFonts w:ascii="微軟正黑體" w:eastAsia="微軟正黑體" w:hAnsi="微軟正黑體"/>
                <w:color w:val="000000" w:themeColor="text1"/>
                <w:sz w:val="18"/>
                <w:szCs w:val="18"/>
                <w:lang w:eastAsia="zh-TW"/>
              </w:rPr>
              <w:t>”</w:t>
            </w:r>
            <w:r w:rsidRPr="00453AB6">
              <w:rPr>
                <w:rFonts w:ascii="微軟正黑體" w:eastAsia="微軟正黑體" w:hAnsi="微軟正黑體" w:hint="eastAsia"/>
                <w:color w:val="000000" w:themeColor="text1"/>
                <w:sz w:val="18"/>
                <w:szCs w:val="18"/>
                <w:lang w:eastAsia="zh-TW"/>
              </w:rPr>
              <w:t>╳</w:t>
            </w:r>
            <w:r w:rsidRPr="00453AB6">
              <w:rPr>
                <w:rFonts w:ascii="微軟正黑體" w:eastAsia="微軟正黑體" w:hAnsi="微軟正黑體"/>
                <w:color w:val="000000" w:themeColor="text1"/>
                <w:sz w:val="18"/>
                <w:szCs w:val="18"/>
                <w:lang w:eastAsia="zh-TW"/>
              </w:rPr>
              <w:t xml:space="preserve">” </w:t>
            </w:r>
            <w:r w:rsidRPr="00453AB6">
              <w:rPr>
                <w:rFonts w:ascii="微軟正黑體" w:eastAsia="微軟正黑體" w:hAnsi="微軟正黑體" w:hint="eastAsia"/>
                <w:color w:val="000000" w:themeColor="text1"/>
                <w:sz w:val="18"/>
                <w:szCs w:val="18"/>
                <w:lang w:eastAsia="zh-TW"/>
              </w:rPr>
              <w:t>為不符合。</w:t>
            </w:r>
            <w:r w:rsidR="00C41295" w:rsidRPr="00453AB6">
              <w:rPr>
                <w:rFonts w:ascii="微軟正黑體" w:eastAsia="微軟正黑體" w:hAnsi="微軟正黑體" w:hint="eastAsia"/>
                <w:color w:val="000000" w:themeColor="text1"/>
                <w:sz w:val="18"/>
                <w:szCs w:val="18"/>
                <w:lang w:eastAsia="zh-TW"/>
              </w:rPr>
              <w:t xml:space="preserve">         </w:t>
            </w:r>
            <w:r w:rsidRPr="00453AB6">
              <w:rPr>
                <w:rFonts w:ascii="微軟正黑體" w:eastAsia="微軟正黑體" w:hAnsi="微軟正黑體" w:hint="eastAsia"/>
                <w:color w:val="000000" w:themeColor="text1"/>
                <w:sz w:val="18"/>
                <w:szCs w:val="18"/>
                <w:lang w:eastAsia="zh-TW"/>
              </w:rPr>
              <w:t xml:space="preserve"> 審查人員簽名：                        </w:t>
            </w:r>
            <w:r w:rsidR="00B8696E" w:rsidRPr="00453AB6">
              <w:rPr>
                <w:rFonts w:ascii="微軟正黑體" w:eastAsia="微軟正黑體" w:hAnsi="微軟正黑體"/>
                <w:color w:val="000000" w:themeColor="text1"/>
                <w:sz w:val="18"/>
                <w:szCs w:val="18"/>
                <w:lang w:eastAsia="zh-TW"/>
              </w:rPr>
              <w:t xml:space="preserve">        </w:t>
            </w:r>
            <w:r w:rsidR="00C41295" w:rsidRPr="00453AB6">
              <w:rPr>
                <w:rFonts w:ascii="微軟正黑體" w:eastAsia="微軟正黑體" w:hAnsi="微軟正黑體" w:hint="eastAsia"/>
                <w:color w:val="000000" w:themeColor="text1"/>
                <w:sz w:val="18"/>
                <w:szCs w:val="18"/>
                <w:lang w:eastAsia="zh-TW"/>
              </w:rPr>
              <w:t xml:space="preserve">                            </w:t>
            </w:r>
            <w:r w:rsidRPr="00453AB6">
              <w:rPr>
                <w:rFonts w:ascii="微軟正黑體" w:eastAsia="微軟正黑體" w:hAnsi="微軟正黑體" w:hint="eastAsia"/>
                <w:color w:val="000000" w:themeColor="text1"/>
                <w:sz w:val="18"/>
                <w:szCs w:val="18"/>
                <w:lang w:eastAsia="zh-TW"/>
              </w:rPr>
              <w:t>簽認日期：</w:t>
            </w:r>
          </w:p>
        </w:tc>
      </w:tr>
      <w:tr w:rsidR="005F2F4F" w:rsidRPr="009C0FA9" w14:paraId="68117A18" w14:textId="77777777" w:rsidTr="00C41295">
        <w:trPr>
          <w:trHeight w:val="1147"/>
          <w:jc w:val="center"/>
        </w:trPr>
        <w:tc>
          <w:tcPr>
            <w:tcW w:w="3501" w:type="pct"/>
            <w:tcBorders>
              <w:top w:val="nil"/>
              <w:left w:val="nil"/>
              <w:bottom w:val="nil"/>
              <w:right w:val="nil"/>
            </w:tcBorders>
          </w:tcPr>
          <w:p w14:paraId="5122D39C" w14:textId="120DE89A" w:rsidR="00E465F5" w:rsidRPr="00453AB6" w:rsidRDefault="00333D44" w:rsidP="00B8696E">
            <w:pPr>
              <w:spacing w:after="100" w:afterAutospacing="1" w:line="0" w:lineRule="atLeast"/>
              <w:rPr>
                <w:rFonts w:ascii="微軟正黑體" w:eastAsia="微軟正黑體" w:hAnsi="微軟正黑體"/>
                <w:color w:val="000000" w:themeColor="text1"/>
                <w:sz w:val="18"/>
                <w:szCs w:val="18"/>
                <w:lang w:eastAsia="zh-TW"/>
              </w:rPr>
            </w:pPr>
            <w:r w:rsidRPr="00DF2167">
              <w:rPr>
                <w:rFonts w:ascii="微軟正黑體" w:eastAsia="微軟正黑體" w:hAnsi="微軟正黑體" w:hint="eastAsia"/>
                <w:color w:val="FF0000"/>
                <w:sz w:val="18"/>
                <w:szCs w:val="18"/>
                <w:lang w:eastAsia="zh-TW"/>
              </w:rPr>
              <w:t>會計及政風等有關單位人員簽名：</w:t>
            </w:r>
          </w:p>
        </w:tc>
        <w:tc>
          <w:tcPr>
            <w:tcW w:w="1499" w:type="pct"/>
            <w:gridSpan w:val="3"/>
            <w:tcBorders>
              <w:top w:val="nil"/>
              <w:left w:val="nil"/>
              <w:bottom w:val="nil"/>
              <w:right w:val="nil"/>
            </w:tcBorders>
          </w:tcPr>
          <w:p w14:paraId="309F3DC5" w14:textId="3102DB6A" w:rsidR="00166305" w:rsidRPr="00453AB6" w:rsidRDefault="00166305" w:rsidP="005F2F4F">
            <w:pPr>
              <w:spacing w:after="100" w:afterAutospacing="1" w:line="0" w:lineRule="atLeast"/>
              <w:rPr>
                <w:rFonts w:ascii="微軟正黑體" w:eastAsia="微軟正黑體" w:hAnsi="微軟正黑體"/>
                <w:color w:val="000000" w:themeColor="text1"/>
                <w:sz w:val="18"/>
                <w:szCs w:val="18"/>
                <w:lang w:eastAsia="zh-TW"/>
              </w:rPr>
            </w:pPr>
          </w:p>
        </w:tc>
      </w:tr>
    </w:tbl>
    <w:p w14:paraId="1E006021" w14:textId="7C1526C6" w:rsidR="00166305" w:rsidRPr="00E465F5" w:rsidRDefault="00166305" w:rsidP="005F2F4F">
      <w:pPr>
        <w:tabs>
          <w:tab w:val="left" w:pos="993"/>
        </w:tabs>
        <w:spacing w:after="0"/>
        <w:rPr>
          <w:rFonts w:ascii="微軟正黑體" w:eastAsia="微軟正黑體" w:hAnsi="微軟正黑體"/>
          <w:b/>
          <w:bCs/>
          <w:sz w:val="24"/>
          <w:szCs w:val="24"/>
          <w:lang w:eastAsia="zh-TW"/>
        </w:rPr>
      </w:pPr>
      <w:bookmarkStart w:id="24" w:name="_Toc228345546"/>
      <w:r w:rsidRPr="00E465F5">
        <w:rPr>
          <w:rFonts w:ascii="微軟正黑體" w:eastAsia="微軟正黑體" w:hAnsi="微軟正黑體" w:hint="eastAsia"/>
          <w:b/>
          <w:bCs/>
          <w:sz w:val="24"/>
          <w:szCs w:val="24"/>
          <w:lang w:eastAsia="zh-TW"/>
        </w:rPr>
        <w:lastRenderedPageBreak/>
        <w:t>附件二之三</w:t>
      </w:r>
      <w:r w:rsidRPr="00E465F5">
        <w:rPr>
          <w:rFonts w:ascii="微軟正黑體" w:eastAsia="微軟正黑體" w:hAnsi="微軟正黑體"/>
          <w:b/>
          <w:bCs/>
          <w:sz w:val="24"/>
          <w:szCs w:val="24"/>
          <w:lang w:eastAsia="zh-TW"/>
        </w:rPr>
        <w:t xml:space="preserve"> </w:t>
      </w:r>
      <w:r w:rsidRPr="00E465F5">
        <w:rPr>
          <w:rFonts w:ascii="微軟正黑體" w:eastAsia="微軟正黑體" w:hAnsi="微軟正黑體" w:hint="eastAsia"/>
          <w:b/>
          <w:bCs/>
          <w:sz w:val="24"/>
          <w:szCs w:val="24"/>
          <w:lang w:eastAsia="zh-TW"/>
        </w:rPr>
        <w:t>投資計畫書審查意見表</w:t>
      </w:r>
      <w:bookmarkEnd w:id="24"/>
    </w:p>
    <w:p w14:paraId="5E2E1777" w14:textId="4EDC27B5" w:rsidR="00166305" w:rsidRPr="00E465F5" w:rsidRDefault="00166305" w:rsidP="005F2F4F">
      <w:pPr>
        <w:spacing w:beforeLines="50" w:before="120" w:after="0" w:line="240" w:lineRule="auto"/>
        <w:jc w:val="center"/>
        <w:rPr>
          <w:rFonts w:ascii="微軟正黑體" w:eastAsia="微軟正黑體" w:hAnsi="微軟正黑體"/>
          <w:b/>
          <w:bCs/>
          <w:lang w:eastAsia="zh-TW"/>
        </w:rPr>
      </w:pPr>
      <w:r w:rsidRPr="00E465F5">
        <w:rPr>
          <w:rFonts w:ascii="微軟正黑體" w:eastAsia="微軟正黑體" w:hAnsi="微軟正黑體" w:hint="eastAsia"/>
          <w:b/>
          <w:bCs/>
          <w:lang w:eastAsia="zh-TW"/>
        </w:rPr>
        <w:t>「高雄市資源回收細分類廠有償BTO+BOT案」投資計畫書審查意見表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681"/>
        <w:gridCol w:w="1508"/>
        <w:gridCol w:w="1505"/>
        <w:gridCol w:w="1603"/>
      </w:tblGrid>
      <w:tr w:rsidR="005F2F4F" w:rsidRPr="009C0FA9" w14:paraId="461DD593" w14:textId="77777777" w:rsidTr="00E465F5">
        <w:trPr>
          <w:trHeight w:val="85"/>
          <w:tblHeader/>
          <w:jc w:val="center"/>
        </w:trPr>
        <w:tc>
          <w:tcPr>
            <w:tcW w:w="727" w:type="pct"/>
            <w:vAlign w:val="center"/>
          </w:tcPr>
          <w:p w14:paraId="7025C1AF" w14:textId="08BE5774" w:rsidR="00166305" w:rsidRPr="009C0FA9" w:rsidRDefault="00166305" w:rsidP="005F2F4F">
            <w:pPr>
              <w:spacing w:after="0" w:line="240" w:lineRule="atLeast"/>
              <w:jc w:val="center"/>
              <w:rPr>
                <w:rFonts w:ascii="微軟正黑體" w:eastAsia="微軟正黑體" w:hAnsi="微軟正黑體"/>
                <w:sz w:val="20"/>
                <w:szCs w:val="20"/>
              </w:rPr>
            </w:pPr>
            <w:r w:rsidRPr="009C0FA9">
              <w:rPr>
                <w:rFonts w:ascii="微軟正黑體" w:eastAsia="微軟正黑體" w:hAnsi="微軟正黑體" w:hint="eastAsia"/>
                <w:sz w:val="20"/>
                <w:szCs w:val="20"/>
              </w:rPr>
              <w:t>項目</w:t>
            </w:r>
          </w:p>
        </w:tc>
        <w:tc>
          <w:tcPr>
            <w:tcW w:w="2669" w:type="pct"/>
            <w:vAlign w:val="center"/>
          </w:tcPr>
          <w:p w14:paraId="0F749880" w14:textId="764175FF" w:rsidR="00166305" w:rsidRPr="009C0FA9" w:rsidRDefault="00166305" w:rsidP="005F2F4F">
            <w:pPr>
              <w:spacing w:after="0" w:line="240" w:lineRule="atLeast"/>
              <w:jc w:val="center"/>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高雄市資源回收細分類廠有償BTO+BOT案申請文件項目</w:t>
            </w:r>
          </w:p>
        </w:tc>
        <w:tc>
          <w:tcPr>
            <w:tcW w:w="524" w:type="pct"/>
            <w:vAlign w:val="center"/>
          </w:tcPr>
          <w:p w14:paraId="070B170F" w14:textId="057AF1E7" w:rsidR="00166305" w:rsidRPr="009C0FA9" w:rsidRDefault="00166305" w:rsidP="005F2F4F">
            <w:pPr>
              <w:spacing w:after="0" w:line="240" w:lineRule="atLeast"/>
              <w:jc w:val="center"/>
              <w:rPr>
                <w:rFonts w:ascii="微軟正黑體" w:eastAsia="微軟正黑體" w:hAnsi="微軟正黑體"/>
                <w:sz w:val="20"/>
                <w:szCs w:val="20"/>
              </w:rPr>
            </w:pPr>
            <w:r w:rsidRPr="009C0FA9">
              <w:rPr>
                <w:rFonts w:ascii="微軟正黑體" w:eastAsia="微軟正黑體" w:hAnsi="微軟正黑體" w:hint="eastAsia"/>
                <w:sz w:val="20"/>
                <w:szCs w:val="20"/>
              </w:rPr>
              <w:t>合格申請人</w:t>
            </w:r>
            <w:r w:rsidRPr="009C0FA9">
              <w:rPr>
                <w:rFonts w:ascii="微軟正黑體" w:eastAsia="微軟正黑體" w:hAnsi="微軟正黑體"/>
                <w:sz w:val="20"/>
                <w:szCs w:val="20"/>
              </w:rPr>
              <w:t>1</w:t>
            </w:r>
          </w:p>
        </w:tc>
        <w:tc>
          <w:tcPr>
            <w:tcW w:w="523" w:type="pct"/>
            <w:vAlign w:val="center"/>
          </w:tcPr>
          <w:p w14:paraId="4F804289" w14:textId="76E7E5C6" w:rsidR="00166305" w:rsidRPr="009C0FA9" w:rsidRDefault="00166305" w:rsidP="005F2F4F">
            <w:pPr>
              <w:spacing w:after="0" w:line="240" w:lineRule="atLeast"/>
              <w:jc w:val="center"/>
              <w:rPr>
                <w:rFonts w:ascii="微軟正黑體" w:eastAsia="微軟正黑體" w:hAnsi="微軟正黑體"/>
                <w:sz w:val="20"/>
                <w:szCs w:val="20"/>
              </w:rPr>
            </w:pPr>
            <w:r w:rsidRPr="009C0FA9">
              <w:rPr>
                <w:rFonts w:ascii="微軟正黑體" w:eastAsia="微軟正黑體" w:hAnsi="微軟正黑體" w:hint="eastAsia"/>
                <w:sz w:val="20"/>
                <w:szCs w:val="20"/>
              </w:rPr>
              <w:t>合格申請人2</w:t>
            </w:r>
          </w:p>
        </w:tc>
        <w:tc>
          <w:tcPr>
            <w:tcW w:w="557" w:type="pct"/>
            <w:vAlign w:val="center"/>
          </w:tcPr>
          <w:p w14:paraId="0685626E" w14:textId="08E3DB0C" w:rsidR="00166305" w:rsidRPr="009C0FA9" w:rsidRDefault="00166305" w:rsidP="005F2F4F">
            <w:pPr>
              <w:spacing w:after="0" w:line="240" w:lineRule="atLeast"/>
              <w:jc w:val="center"/>
              <w:rPr>
                <w:rFonts w:ascii="微軟正黑體" w:eastAsia="微軟正黑體" w:hAnsi="微軟正黑體"/>
                <w:sz w:val="20"/>
                <w:szCs w:val="20"/>
              </w:rPr>
            </w:pPr>
            <w:r w:rsidRPr="009C0FA9">
              <w:rPr>
                <w:rFonts w:ascii="微軟正黑體" w:eastAsia="微軟正黑體" w:hAnsi="微軟正黑體" w:hint="eastAsia"/>
                <w:sz w:val="20"/>
                <w:szCs w:val="20"/>
              </w:rPr>
              <w:t>合格申請人3</w:t>
            </w:r>
          </w:p>
        </w:tc>
      </w:tr>
      <w:tr w:rsidR="005F2F4F" w:rsidRPr="009C0FA9" w14:paraId="536D44B8" w14:textId="77777777" w:rsidTr="00E465F5">
        <w:trPr>
          <w:trHeight w:val="85"/>
          <w:jc w:val="center"/>
        </w:trPr>
        <w:tc>
          <w:tcPr>
            <w:tcW w:w="727" w:type="pct"/>
            <w:vMerge w:val="restart"/>
            <w:vAlign w:val="center"/>
          </w:tcPr>
          <w:p w14:paraId="2238B3A1" w14:textId="4B225FED" w:rsidR="00166305" w:rsidRPr="009C0FA9" w:rsidRDefault="00166305" w:rsidP="005F2F4F">
            <w:pPr>
              <w:spacing w:after="0" w:line="240" w:lineRule="atLeast"/>
              <w:ind w:left="202" w:hangingChars="101" w:hanging="202"/>
              <w:jc w:val="both"/>
              <w:rPr>
                <w:rFonts w:ascii="微軟正黑體" w:eastAsia="微軟正黑體" w:hAnsi="微軟正黑體"/>
                <w:sz w:val="20"/>
                <w:szCs w:val="20"/>
                <w:lang w:eastAsia="zh-TW"/>
              </w:rPr>
            </w:pPr>
            <w:r w:rsidRPr="009C0FA9">
              <w:rPr>
                <w:rFonts w:ascii="微軟正黑體" w:eastAsia="微軟正黑體" w:hAnsi="微軟正黑體"/>
                <w:sz w:val="20"/>
                <w:szCs w:val="20"/>
                <w:lang w:eastAsia="zh-TW"/>
              </w:rPr>
              <w:t>1. 申請團隊約能力與實績</w:t>
            </w:r>
          </w:p>
        </w:tc>
        <w:tc>
          <w:tcPr>
            <w:tcW w:w="2669" w:type="pct"/>
          </w:tcPr>
          <w:p w14:paraId="01974A6A" w14:textId="23B8C202" w:rsidR="00166305" w:rsidRPr="006776D4" w:rsidRDefault="00166305" w:rsidP="005F2F4F">
            <w:pPr>
              <w:spacing w:before="100" w:beforeAutospacing="1" w:after="100" w:afterAutospacing="1" w:line="240" w:lineRule="atLeast"/>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申請人之背景、商譽、信用、經驗及實績</w:t>
            </w:r>
          </w:p>
        </w:tc>
        <w:tc>
          <w:tcPr>
            <w:tcW w:w="524" w:type="pct"/>
          </w:tcPr>
          <w:p w14:paraId="240E681A"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57BC6BA3"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727A2869"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4F32E5EE" w14:textId="77777777" w:rsidTr="00E465F5">
        <w:trPr>
          <w:jc w:val="center"/>
        </w:trPr>
        <w:tc>
          <w:tcPr>
            <w:tcW w:w="727" w:type="pct"/>
            <w:vMerge/>
            <w:vAlign w:val="center"/>
          </w:tcPr>
          <w:p w14:paraId="615A0EFE" w14:textId="77777777" w:rsidR="00166305" w:rsidRPr="009C0FA9" w:rsidRDefault="00166305" w:rsidP="005F2F4F">
            <w:pPr>
              <w:spacing w:after="0" w:line="240" w:lineRule="atLeast"/>
              <w:jc w:val="both"/>
              <w:rPr>
                <w:rFonts w:ascii="微軟正黑體" w:eastAsia="微軟正黑體" w:hAnsi="微軟正黑體"/>
                <w:sz w:val="20"/>
                <w:szCs w:val="20"/>
                <w:lang w:eastAsia="zh-TW"/>
              </w:rPr>
            </w:pPr>
          </w:p>
        </w:tc>
        <w:tc>
          <w:tcPr>
            <w:tcW w:w="2669" w:type="pct"/>
          </w:tcPr>
          <w:p w14:paraId="21F23B5C" w14:textId="45F806C3" w:rsidR="00166305" w:rsidRPr="006776D4" w:rsidRDefault="00166305" w:rsidP="005F2F4F">
            <w:pPr>
              <w:spacing w:before="100" w:beforeAutospacing="1" w:after="100" w:afterAutospacing="1" w:line="240" w:lineRule="atLeast"/>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民間機構股權結構及股東成員（如為合作聯盟申請人，包含各成員）、股款募集計畫、興建營運組織架構、成員簡介及業務分工等說明</w:t>
            </w:r>
          </w:p>
        </w:tc>
        <w:tc>
          <w:tcPr>
            <w:tcW w:w="524" w:type="pct"/>
          </w:tcPr>
          <w:p w14:paraId="64DBFD34"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668DAA5A"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63CD1F33"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3273F543" w14:textId="77777777" w:rsidTr="00E465F5">
        <w:trPr>
          <w:jc w:val="center"/>
        </w:trPr>
        <w:tc>
          <w:tcPr>
            <w:tcW w:w="727" w:type="pct"/>
            <w:vMerge/>
            <w:vAlign w:val="center"/>
          </w:tcPr>
          <w:p w14:paraId="6E0AE2BA" w14:textId="77777777" w:rsidR="00166305" w:rsidRPr="009C0FA9" w:rsidRDefault="00166305" w:rsidP="005F2F4F">
            <w:pPr>
              <w:spacing w:after="0" w:line="240" w:lineRule="atLeast"/>
              <w:jc w:val="both"/>
              <w:rPr>
                <w:rFonts w:ascii="微軟正黑體" w:eastAsia="微軟正黑體" w:hAnsi="微軟正黑體"/>
                <w:sz w:val="20"/>
                <w:szCs w:val="20"/>
                <w:lang w:eastAsia="zh-TW"/>
              </w:rPr>
            </w:pPr>
          </w:p>
        </w:tc>
        <w:tc>
          <w:tcPr>
            <w:tcW w:w="2669" w:type="pct"/>
          </w:tcPr>
          <w:p w14:paraId="6EABC5B5" w14:textId="6E6CEBDF" w:rsidR="00166305" w:rsidRPr="006776D4" w:rsidRDefault="00166305" w:rsidP="005F2F4F">
            <w:pPr>
              <w:spacing w:before="100" w:beforeAutospacing="1" w:after="100" w:afterAutospacing="1" w:line="240" w:lineRule="atLeast"/>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申請人（含單一申請人或合作聯盟各成員）及協力廠商（如有）之實績及經驗及對</w:t>
            </w:r>
            <w:r w:rsidRPr="006776D4" w:rsidDel="004A0520">
              <w:rPr>
                <w:rFonts w:ascii="微軟正黑體" w:eastAsia="微軟正黑體" w:hAnsi="微軟正黑體" w:hint="eastAsia"/>
                <w:sz w:val="20"/>
                <w:szCs w:val="20"/>
                <w:lang w:eastAsia="zh-TW"/>
              </w:rPr>
              <w:t>本</w:t>
            </w:r>
            <w:r w:rsidRPr="006776D4">
              <w:rPr>
                <w:rFonts w:ascii="微軟正黑體" w:eastAsia="微軟正黑體" w:hAnsi="微軟正黑體" w:hint="eastAsia"/>
                <w:sz w:val="20"/>
                <w:szCs w:val="20"/>
                <w:lang w:eastAsia="zh-TW"/>
              </w:rPr>
              <w:t>案之協助與效益說明</w:t>
            </w:r>
          </w:p>
        </w:tc>
        <w:tc>
          <w:tcPr>
            <w:tcW w:w="524" w:type="pct"/>
          </w:tcPr>
          <w:p w14:paraId="4ECCA052"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1B2F5577"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01EE6A62"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01465A91" w14:textId="77777777" w:rsidTr="00E465F5">
        <w:trPr>
          <w:jc w:val="center"/>
        </w:trPr>
        <w:tc>
          <w:tcPr>
            <w:tcW w:w="727" w:type="pct"/>
            <w:vMerge/>
            <w:vAlign w:val="center"/>
          </w:tcPr>
          <w:p w14:paraId="1805941B" w14:textId="77777777" w:rsidR="00166305" w:rsidRPr="009C0FA9" w:rsidRDefault="00166305" w:rsidP="005F2F4F">
            <w:pPr>
              <w:spacing w:after="0" w:line="240" w:lineRule="atLeast"/>
              <w:jc w:val="both"/>
              <w:rPr>
                <w:rFonts w:ascii="微軟正黑體" w:eastAsia="微軟正黑體" w:hAnsi="微軟正黑體"/>
                <w:sz w:val="20"/>
                <w:szCs w:val="20"/>
                <w:lang w:eastAsia="zh-TW"/>
              </w:rPr>
            </w:pPr>
          </w:p>
        </w:tc>
        <w:tc>
          <w:tcPr>
            <w:tcW w:w="2669" w:type="pct"/>
          </w:tcPr>
          <w:p w14:paraId="2594E602" w14:textId="13941CDD" w:rsidR="00166305" w:rsidRPr="006776D4" w:rsidRDefault="00166305" w:rsidP="005F2F4F">
            <w:pPr>
              <w:spacing w:before="100" w:beforeAutospacing="1" w:after="100" w:afterAutospacing="1" w:line="240" w:lineRule="atLeast"/>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申請人（含單一申請人或合作聯盟各成員）於本招商文件公告前</w:t>
            </w:r>
            <w:r>
              <w:rPr>
                <w:rFonts w:ascii="微軟正黑體" w:eastAsia="微軟正黑體" w:hAnsi="微軟正黑體" w:hint="eastAsia"/>
                <w:sz w:val="20"/>
                <w:szCs w:val="20"/>
                <w:lang w:eastAsia="zh-TW"/>
              </w:rPr>
              <w:t>5</w:t>
            </w:r>
            <w:r w:rsidRPr="006776D4">
              <w:rPr>
                <w:rFonts w:ascii="微軟正黑體" w:eastAsia="微軟正黑體" w:hAnsi="微軟正黑體" w:hint="eastAsia"/>
                <w:sz w:val="20"/>
                <w:szCs w:val="20"/>
                <w:lang w:eastAsia="zh-TW"/>
              </w:rPr>
              <w:t>年內參與公共建設案件之履約情形</w:t>
            </w:r>
          </w:p>
        </w:tc>
        <w:tc>
          <w:tcPr>
            <w:tcW w:w="524" w:type="pct"/>
          </w:tcPr>
          <w:p w14:paraId="5C489CF6"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68BA7915"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54C41429"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46FEEF38" w14:textId="77777777" w:rsidTr="00E465F5">
        <w:trPr>
          <w:trHeight w:val="341"/>
          <w:jc w:val="center"/>
        </w:trPr>
        <w:tc>
          <w:tcPr>
            <w:tcW w:w="727" w:type="pct"/>
            <w:vMerge w:val="restart"/>
            <w:vAlign w:val="center"/>
          </w:tcPr>
          <w:p w14:paraId="48341A7F" w14:textId="71B47625" w:rsidR="00166305" w:rsidRPr="009C0FA9" w:rsidRDefault="00166305" w:rsidP="005F2F4F">
            <w:pPr>
              <w:spacing w:after="0" w:line="240" w:lineRule="atLeast"/>
              <w:jc w:val="both"/>
              <w:rPr>
                <w:rFonts w:ascii="微軟正黑體" w:eastAsia="微軟正黑體" w:hAnsi="微軟正黑體"/>
                <w:sz w:val="20"/>
                <w:szCs w:val="20"/>
              </w:rPr>
            </w:pPr>
            <w:r w:rsidRPr="009C0FA9">
              <w:rPr>
                <w:rFonts w:ascii="微軟正黑體" w:eastAsia="微軟正黑體" w:hAnsi="微軟正黑體"/>
                <w:sz w:val="20"/>
                <w:szCs w:val="20"/>
              </w:rPr>
              <w:t xml:space="preserve">2. </w:t>
            </w:r>
            <w:r w:rsidRPr="009C0FA9">
              <w:rPr>
                <w:rFonts w:ascii="微軟正黑體" w:eastAsia="微軟正黑體" w:hAnsi="微軟正黑體" w:hint="eastAsia"/>
                <w:sz w:val="20"/>
                <w:szCs w:val="20"/>
              </w:rPr>
              <w:t>興建計畫</w:t>
            </w:r>
          </w:p>
        </w:tc>
        <w:tc>
          <w:tcPr>
            <w:tcW w:w="2669" w:type="pct"/>
          </w:tcPr>
          <w:p w14:paraId="030D0ED9" w14:textId="128CBEEF" w:rsidR="00166305" w:rsidRPr="006776D4" w:rsidRDefault="00166305" w:rsidP="005F2F4F">
            <w:pPr>
              <w:spacing w:before="100" w:beforeAutospacing="1" w:after="100" w:afterAutospacing="1" w:line="240" w:lineRule="atLeast"/>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設計準則、處理流程、廠區配置、計算書、流程控制、興建階段與年期之說明</w:t>
            </w:r>
          </w:p>
        </w:tc>
        <w:tc>
          <w:tcPr>
            <w:tcW w:w="524" w:type="pct"/>
          </w:tcPr>
          <w:p w14:paraId="26FF47B8"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2A6F1541"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028F1AAC"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6C192388" w14:textId="77777777" w:rsidTr="00E465F5">
        <w:trPr>
          <w:trHeight w:val="403"/>
          <w:jc w:val="center"/>
        </w:trPr>
        <w:tc>
          <w:tcPr>
            <w:tcW w:w="727" w:type="pct"/>
            <w:vMerge/>
            <w:vAlign w:val="center"/>
          </w:tcPr>
          <w:p w14:paraId="06A870DE" w14:textId="77777777" w:rsidR="00166305" w:rsidRPr="009C0FA9" w:rsidRDefault="00166305" w:rsidP="005F2F4F">
            <w:pPr>
              <w:spacing w:after="0" w:line="240" w:lineRule="atLeast"/>
              <w:jc w:val="both"/>
              <w:rPr>
                <w:rFonts w:ascii="微軟正黑體" w:eastAsia="微軟正黑體" w:hAnsi="微軟正黑體"/>
                <w:sz w:val="20"/>
                <w:szCs w:val="20"/>
                <w:lang w:eastAsia="zh-TW"/>
              </w:rPr>
            </w:pPr>
          </w:p>
        </w:tc>
        <w:tc>
          <w:tcPr>
            <w:tcW w:w="2669" w:type="pct"/>
          </w:tcPr>
          <w:p w14:paraId="0A7150EC" w14:textId="0AADB1E7" w:rsidR="00166305" w:rsidRPr="006776D4" w:rsidRDefault="00166305" w:rsidP="005F2F4F">
            <w:pPr>
              <w:spacing w:before="100" w:beforeAutospacing="1" w:after="100" w:afterAutospacing="1" w:line="240" w:lineRule="atLeast"/>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資源回收及之技術與成本</w:t>
            </w:r>
          </w:p>
        </w:tc>
        <w:tc>
          <w:tcPr>
            <w:tcW w:w="524" w:type="pct"/>
          </w:tcPr>
          <w:p w14:paraId="383A33A5"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2BDC067A"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32F13F60"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58F659ED" w14:textId="77777777" w:rsidTr="00E465F5">
        <w:trPr>
          <w:trHeight w:val="480"/>
          <w:jc w:val="center"/>
        </w:trPr>
        <w:tc>
          <w:tcPr>
            <w:tcW w:w="727" w:type="pct"/>
            <w:vMerge/>
            <w:vAlign w:val="center"/>
          </w:tcPr>
          <w:p w14:paraId="42E1A8AB" w14:textId="77777777" w:rsidR="00166305" w:rsidRPr="009C0FA9" w:rsidRDefault="00166305" w:rsidP="005F2F4F">
            <w:pPr>
              <w:spacing w:after="0" w:line="240" w:lineRule="atLeast"/>
              <w:jc w:val="both"/>
              <w:rPr>
                <w:rFonts w:ascii="微軟正黑體" w:eastAsia="微軟正黑體" w:hAnsi="微軟正黑體"/>
                <w:sz w:val="20"/>
                <w:szCs w:val="20"/>
                <w:lang w:eastAsia="zh-TW"/>
              </w:rPr>
            </w:pPr>
          </w:p>
        </w:tc>
        <w:tc>
          <w:tcPr>
            <w:tcW w:w="2669" w:type="pct"/>
          </w:tcPr>
          <w:p w14:paraId="1B751A8F" w14:textId="0E4083AA" w:rsidR="00166305" w:rsidRPr="006776D4" w:rsidRDefault="00166305" w:rsidP="005F2F4F">
            <w:pPr>
              <w:spacing w:before="100" w:beforeAutospacing="1" w:after="100" w:afterAutospacing="1" w:line="240" w:lineRule="atLeast"/>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開工規劃及施工管理計畫（含環境保護計畫、品質及文件管制計畫）</w:t>
            </w:r>
          </w:p>
        </w:tc>
        <w:tc>
          <w:tcPr>
            <w:tcW w:w="524" w:type="pct"/>
          </w:tcPr>
          <w:p w14:paraId="7688A70E"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737DAC62"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374B25CF"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551D45AD" w14:textId="77777777" w:rsidTr="00E465F5">
        <w:trPr>
          <w:trHeight w:val="413"/>
          <w:jc w:val="center"/>
        </w:trPr>
        <w:tc>
          <w:tcPr>
            <w:tcW w:w="727" w:type="pct"/>
            <w:vMerge/>
            <w:vAlign w:val="center"/>
          </w:tcPr>
          <w:p w14:paraId="53B8F8AC" w14:textId="77777777" w:rsidR="00166305" w:rsidRPr="009C0FA9" w:rsidRDefault="00166305" w:rsidP="005F2F4F">
            <w:pPr>
              <w:spacing w:after="0" w:line="240" w:lineRule="atLeast"/>
              <w:jc w:val="both"/>
              <w:rPr>
                <w:rFonts w:ascii="微軟正黑體" w:eastAsia="微軟正黑體" w:hAnsi="微軟正黑體"/>
                <w:sz w:val="20"/>
                <w:szCs w:val="20"/>
                <w:lang w:eastAsia="zh-TW"/>
              </w:rPr>
            </w:pPr>
          </w:p>
        </w:tc>
        <w:tc>
          <w:tcPr>
            <w:tcW w:w="2669" w:type="pct"/>
          </w:tcPr>
          <w:p w14:paraId="041A5DD1" w14:textId="660A0763" w:rsidR="00166305" w:rsidRPr="006776D4" w:rsidRDefault="00166305" w:rsidP="005F2F4F">
            <w:pPr>
              <w:spacing w:before="100" w:beforeAutospacing="1" w:after="100" w:afterAutospacing="1" w:line="240" w:lineRule="atLeast"/>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管理組織計畫</w:t>
            </w:r>
            <w:r w:rsidRPr="006776D4">
              <w:rPr>
                <w:rFonts w:ascii="微軟正黑體" w:eastAsia="微軟正黑體" w:hAnsi="微軟正黑體"/>
                <w:sz w:val="20"/>
                <w:szCs w:val="20"/>
                <w:lang w:eastAsia="zh-TW"/>
              </w:rPr>
              <w:t>(</w:t>
            </w:r>
            <w:r w:rsidRPr="006776D4">
              <w:rPr>
                <w:rFonts w:ascii="微軟正黑體" w:eastAsia="微軟正黑體" w:hAnsi="微軟正黑體" w:hint="eastAsia"/>
                <w:sz w:val="20"/>
                <w:szCs w:val="20"/>
                <w:lang w:eastAsia="zh-TW"/>
              </w:rPr>
              <w:t>含協力廠商及分包計畫</w:t>
            </w:r>
            <w:r w:rsidRPr="006776D4">
              <w:rPr>
                <w:rFonts w:ascii="微軟正黑體" w:eastAsia="微軟正黑體" w:hAnsi="微軟正黑體"/>
                <w:sz w:val="20"/>
                <w:szCs w:val="20"/>
                <w:lang w:eastAsia="zh-TW"/>
              </w:rPr>
              <w:t>)</w:t>
            </w:r>
          </w:p>
        </w:tc>
        <w:tc>
          <w:tcPr>
            <w:tcW w:w="524" w:type="pct"/>
          </w:tcPr>
          <w:p w14:paraId="028DD573"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16424AF0"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08418879"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2EEE187A" w14:textId="77777777" w:rsidTr="00E465F5">
        <w:trPr>
          <w:trHeight w:val="365"/>
          <w:jc w:val="center"/>
        </w:trPr>
        <w:tc>
          <w:tcPr>
            <w:tcW w:w="727" w:type="pct"/>
            <w:vMerge/>
            <w:vAlign w:val="center"/>
          </w:tcPr>
          <w:p w14:paraId="442D2387" w14:textId="77777777" w:rsidR="00166305" w:rsidRPr="009C0FA9" w:rsidRDefault="00166305" w:rsidP="005F2F4F">
            <w:pPr>
              <w:spacing w:after="0" w:line="240" w:lineRule="atLeast"/>
              <w:jc w:val="both"/>
              <w:rPr>
                <w:rFonts w:ascii="微軟正黑體" w:eastAsia="微軟正黑體" w:hAnsi="微軟正黑體"/>
                <w:sz w:val="20"/>
                <w:szCs w:val="20"/>
                <w:lang w:eastAsia="zh-TW"/>
              </w:rPr>
            </w:pPr>
          </w:p>
        </w:tc>
        <w:tc>
          <w:tcPr>
            <w:tcW w:w="2669" w:type="pct"/>
          </w:tcPr>
          <w:p w14:paraId="5F06CEC5" w14:textId="5EDBA732" w:rsidR="00166305" w:rsidRPr="006776D4" w:rsidRDefault="00166305" w:rsidP="005F2F4F">
            <w:pPr>
              <w:spacing w:before="100" w:beforeAutospacing="1" w:after="100" w:afterAutospacing="1" w:line="240" w:lineRule="atLeast"/>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興建過程緊急應變計畫</w:t>
            </w:r>
          </w:p>
        </w:tc>
        <w:tc>
          <w:tcPr>
            <w:tcW w:w="524" w:type="pct"/>
          </w:tcPr>
          <w:p w14:paraId="23373C00"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19059D13"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0767A9EA"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0E76ECD3" w14:textId="77777777" w:rsidTr="00E465F5">
        <w:trPr>
          <w:trHeight w:val="410"/>
          <w:jc w:val="center"/>
        </w:trPr>
        <w:tc>
          <w:tcPr>
            <w:tcW w:w="727" w:type="pct"/>
            <w:vMerge/>
            <w:vAlign w:val="center"/>
          </w:tcPr>
          <w:p w14:paraId="256536C2" w14:textId="77777777" w:rsidR="00166305" w:rsidRPr="009C0FA9" w:rsidRDefault="00166305" w:rsidP="005F2F4F">
            <w:pPr>
              <w:spacing w:after="0" w:line="240" w:lineRule="atLeast"/>
              <w:jc w:val="both"/>
              <w:rPr>
                <w:rFonts w:ascii="微軟正黑體" w:eastAsia="微軟正黑體" w:hAnsi="微軟正黑體"/>
                <w:sz w:val="20"/>
                <w:szCs w:val="20"/>
                <w:lang w:eastAsia="zh-TW"/>
              </w:rPr>
            </w:pPr>
          </w:p>
        </w:tc>
        <w:tc>
          <w:tcPr>
            <w:tcW w:w="2669" w:type="pct"/>
          </w:tcPr>
          <w:p w14:paraId="7F2DC912" w14:textId="15C9C453" w:rsidR="00166305" w:rsidRPr="006776D4" w:rsidRDefault="00166305" w:rsidP="005F2F4F">
            <w:pPr>
              <w:spacing w:before="100" w:beforeAutospacing="1" w:after="100" w:afterAutospacing="1" w:line="240" w:lineRule="atLeast"/>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施工進度管理計畫</w:t>
            </w:r>
            <w:r w:rsidRPr="006776D4">
              <w:rPr>
                <w:rFonts w:ascii="微軟正黑體" w:eastAsia="微軟正黑體" w:hAnsi="微軟正黑體"/>
                <w:sz w:val="20"/>
                <w:szCs w:val="20"/>
                <w:lang w:eastAsia="zh-TW"/>
              </w:rPr>
              <w:t>(</w:t>
            </w:r>
            <w:r w:rsidRPr="006776D4">
              <w:rPr>
                <w:rFonts w:ascii="微軟正黑體" w:eastAsia="微軟正黑體" w:hAnsi="微軟正黑體" w:hint="eastAsia"/>
                <w:sz w:val="20"/>
                <w:szCs w:val="20"/>
                <w:lang w:eastAsia="zh-TW"/>
              </w:rPr>
              <w:t>含興建綱要進度表</w:t>
            </w:r>
            <w:r w:rsidRPr="006776D4">
              <w:rPr>
                <w:rFonts w:ascii="微軟正黑體" w:eastAsia="微軟正黑體" w:hAnsi="微軟正黑體"/>
                <w:sz w:val="20"/>
                <w:szCs w:val="20"/>
                <w:lang w:eastAsia="zh-TW"/>
              </w:rPr>
              <w:t>)</w:t>
            </w:r>
          </w:p>
        </w:tc>
        <w:tc>
          <w:tcPr>
            <w:tcW w:w="524" w:type="pct"/>
          </w:tcPr>
          <w:p w14:paraId="1A87C60E"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65C5CD24"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705BD7E9"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4D8B4784" w14:textId="77777777" w:rsidTr="00E465F5">
        <w:trPr>
          <w:trHeight w:val="471"/>
          <w:jc w:val="center"/>
        </w:trPr>
        <w:tc>
          <w:tcPr>
            <w:tcW w:w="727" w:type="pct"/>
            <w:vMerge/>
            <w:vAlign w:val="center"/>
          </w:tcPr>
          <w:p w14:paraId="4B0981A7" w14:textId="77777777" w:rsidR="00166305" w:rsidRPr="009C0FA9" w:rsidRDefault="00166305" w:rsidP="005F2F4F">
            <w:pPr>
              <w:spacing w:after="0" w:line="240" w:lineRule="atLeast"/>
              <w:jc w:val="both"/>
              <w:rPr>
                <w:rFonts w:ascii="微軟正黑體" w:eastAsia="微軟正黑體" w:hAnsi="微軟正黑體"/>
                <w:sz w:val="20"/>
                <w:szCs w:val="20"/>
                <w:lang w:eastAsia="zh-TW"/>
              </w:rPr>
            </w:pPr>
          </w:p>
        </w:tc>
        <w:tc>
          <w:tcPr>
            <w:tcW w:w="2669" w:type="pct"/>
          </w:tcPr>
          <w:p w14:paraId="036812C7" w14:textId="4200BD93" w:rsidR="00166305" w:rsidRPr="006776D4" w:rsidRDefault="00166305" w:rsidP="005F2F4F">
            <w:pPr>
              <w:spacing w:before="100" w:beforeAutospacing="1" w:after="100" w:afterAutospacing="1" w:line="240" w:lineRule="atLeast"/>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建築節能、綠建築(若有)、廠房外觀特色</w:t>
            </w:r>
            <w:r w:rsidRPr="006776D4">
              <w:rPr>
                <w:rFonts w:ascii="微軟正黑體" w:eastAsia="微軟正黑體" w:hAnsi="微軟正黑體"/>
                <w:sz w:val="20"/>
                <w:szCs w:val="20"/>
                <w:lang w:eastAsia="zh-TW"/>
              </w:rPr>
              <w:t>(</w:t>
            </w:r>
            <w:r w:rsidRPr="006776D4">
              <w:rPr>
                <w:rFonts w:ascii="微軟正黑體" w:eastAsia="微軟正黑體" w:hAnsi="微軟正黑體" w:hint="eastAsia"/>
                <w:sz w:val="20"/>
                <w:szCs w:val="20"/>
                <w:lang w:eastAsia="zh-TW"/>
              </w:rPr>
              <w:t>融入環境地景</w:t>
            </w:r>
            <w:r w:rsidRPr="006776D4">
              <w:rPr>
                <w:rFonts w:ascii="微軟正黑體" w:eastAsia="微軟正黑體" w:hAnsi="微軟正黑體"/>
                <w:sz w:val="20"/>
                <w:szCs w:val="20"/>
                <w:lang w:eastAsia="zh-TW"/>
              </w:rPr>
              <w:t>)</w:t>
            </w:r>
            <w:r w:rsidRPr="006776D4">
              <w:rPr>
                <w:rFonts w:ascii="微軟正黑體" w:eastAsia="微軟正黑體" w:hAnsi="微軟正黑體" w:hint="eastAsia"/>
                <w:sz w:val="20"/>
                <w:szCs w:val="20"/>
                <w:lang w:eastAsia="zh-TW"/>
              </w:rPr>
              <w:t>、入口意象等規劃</w:t>
            </w:r>
          </w:p>
        </w:tc>
        <w:tc>
          <w:tcPr>
            <w:tcW w:w="524" w:type="pct"/>
          </w:tcPr>
          <w:p w14:paraId="4AA511A4"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39A2A701"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2FEDB6D1"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4B00A207" w14:textId="77777777" w:rsidTr="00E465F5">
        <w:trPr>
          <w:trHeight w:val="405"/>
          <w:jc w:val="center"/>
        </w:trPr>
        <w:tc>
          <w:tcPr>
            <w:tcW w:w="727" w:type="pct"/>
            <w:vMerge w:val="restart"/>
            <w:vAlign w:val="center"/>
          </w:tcPr>
          <w:p w14:paraId="6DDA3159" w14:textId="34F67BC9" w:rsidR="00166305" w:rsidRPr="009C0FA9" w:rsidRDefault="00166305" w:rsidP="005F2F4F">
            <w:pPr>
              <w:spacing w:after="0" w:line="240" w:lineRule="atLeast"/>
              <w:jc w:val="both"/>
              <w:rPr>
                <w:rFonts w:ascii="微軟正黑體" w:eastAsia="微軟正黑體" w:hAnsi="微軟正黑體"/>
                <w:sz w:val="20"/>
                <w:szCs w:val="20"/>
              </w:rPr>
            </w:pPr>
            <w:r w:rsidRPr="009C0FA9">
              <w:rPr>
                <w:rFonts w:ascii="微軟正黑體" w:eastAsia="微軟正黑體" w:hAnsi="微軟正黑體"/>
                <w:sz w:val="20"/>
                <w:szCs w:val="20"/>
              </w:rPr>
              <w:t xml:space="preserve">3. </w:t>
            </w:r>
            <w:r w:rsidRPr="009C0FA9">
              <w:rPr>
                <w:rFonts w:ascii="微軟正黑體" w:eastAsia="微軟正黑體" w:hAnsi="微軟正黑體" w:hint="eastAsia"/>
                <w:sz w:val="20"/>
                <w:szCs w:val="20"/>
              </w:rPr>
              <w:t>營運計畫</w:t>
            </w:r>
          </w:p>
        </w:tc>
        <w:tc>
          <w:tcPr>
            <w:tcW w:w="2669" w:type="pct"/>
          </w:tcPr>
          <w:p w14:paraId="734379C0" w14:textId="7924FB75" w:rsidR="00166305" w:rsidRPr="006776D4" w:rsidRDefault="00166305" w:rsidP="005F2F4F">
            <w:pPr>
              <w:spacing w:before="100" w:beforeAutospacing="1" w:after="100" w:afterAutospacing="1" w:line="240" w:lineRule="atLeast"/>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操作維護計畫</w:t>
            </w:r>
            <w:r w:rsidRPr="006776D4">
              <w:rPr>
                <w:rFonts w:ascii="微軟正黑體" w:eastAsia="微軟正黑體" w:hAnsi="微軟正黑體"/>
                <w:sz w:val="20"/>
                <w:szCs w:val="20"/>
                <w:lang w:eastAsia="zh-TW"/>
              </w:rPr>
              <w:t>(含處理能效及勞安衛規劃)</w:t>
            </w:r>
          </w:p>
        </w:tc>
        <w:tc>
          <w:tcPr>
            <w:tcW w:w="524" w:type="pct"/>
          </w:tcPr>
          <w:p w14:paraId="7EA2C30B"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4521666C"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2D630697"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7849971E" w14:textId="77777777" w:rsidTr="00E465F5">
        <w:trPr>
          <w:trHeight w:val="411"/>
          <w:jc w:val="center"/>
        </w:trPr>
        <w:tc>
          <w:tcPr>
            <w:tcW w:w="727" w:type="pct"/>
            <w:vMerge/>
            <w:vAlign w:val="center"/>
          </w:tcPr>
          <w:p w14:paraId="64425230" w14:textId="77777777" w:rsidR="00166305" w:rsidRPr="009C0FA9" w:rsidRDefault="00166305" w:rsidP="005F2F4F">
            <w:pPr>
              <w:spacing w:after="0" w:line="240" w:lineRule="atLeast"/>
              <w:jc w:val="both"/>
              <w:rPr>
                <w:rFonts w:ascii="微軟正黑體" w:eastAsia="微軟正黑體" w:hAnsi="微軟正黑體"/>
                <w:sz w:val="20"/>
                <w:szCs w:val="20"/>
                <w:lang w:eastAsia="zh-TW"/>
              </w:rPr>
            </w:pPr>
          </w:p>
        </w:tc>
        <w:tc>
          <w:tcPr>
            <w:tcW w:w="2669" w:type="pct"/>
          </w:tcPr>
          <w:p w14:paraId="7254B1D8" w14:textId="4FD59AB2" w:rsidR="00166305" w:rsidRPr="006776D4" w:rsidRDefault="00166305" w:rsidP="005F2F4F">
            <w:pPr>
              <w:spacing w:before="100" w:beforeAutospacing="1" w:after="100" w:afterAutospacing="1" w:line="240" w:lineRule="atLeast"/>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營運過程緊急應變計畫及其他支援能力</w:t>
            </w:r>
          </w:p>
        </w:tc>
        <w:tc>
          <w:tcPr>
            <w:tcW w:w="524" w:type="pct"/>
          </w:tcPr>
          <w:p w14:paraId="36379A5D"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0E29B509"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7112C62D"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10CCA7DF" w14:textId="77777777" w:rsidTr="00E465F5">
        <w:trPr>
          <w:trHeight w:val="420"/>
          <w:jc w:val="center"/>
        </w:trPr>
        <w:tc>
          <w:tcPr>
            <w:tcW w:w="727" w:type="pct"/>
            <w:vMerge/>
            <w:vAlign w:val="center"/>
          </w:tcPr>
          <w:p w14:paraId="5907E3B8" w14:textId="77777777" w:rsidR="00166305" w:rsidRPr="009C0FA9" w:rsidRDefault="00166305" w:rsidP="005F2F4F">
            <w:pPr>
              <w:spacing w:after="0" w:line="240" w:lineRule="atLeast"/>
              <w:jc w:val="both"/>
              <w:rPr>
                <w:rFonts w:ascii="微軟正黑體" w:eastAsia="微軟正黑體" w:hAnsi="微軟正黑體"/>
                <w:sz w:val="20"/>
                <w:szCs w:val="20"/>
                <w:lang w:eastAsia="zh-TW"/>
              </w:rPr>
            </w:pPr>
          </w:p>
        </w:tc>
        <w:tc>
          <w:tcPr>
            <w:tcW w:w="2669" w:type="pct"/>
          </w:tcPr>
          <w:p w14:paraId="3A3753F5" w14:textId="69995652" w:rsidR="00166305" w:rsidRPr="006776D4" w:rsidRDefault="00166305" w:rsidP="005F2F4F">
            <w:pPr>
              <w:spacing w:before="100" w:beforeAutospacing="1" w:after="100" w:afterAutospacing="1" w:line="240" w:lineRule="atLeast"/>
              <w:jc w:val="both"/>
              <w:rPr>
                <w:rFonts w:ascii="微軟正黑體" w:eastAsia="微軟正黑體" w:hAnsi="微軟正黑體"/>
                <w:sz w:val="20"/>
                <w:szCs w:val="20"/>
              </w:rPr>
            </w:pPr>
            <w:r w:rsidRPr="006776D4">
              <w:rPr>
                <w:rFonts w:ascii="微軟正黑體" w:eastAsia="微軟正黑體" w:hAnsi="微軟正黑體" w:hint="eastAsia"/>
                <w:sz w:val="20"/>
                <w:szCs w:val="20"/>
              </w:rPr>
              <w:t>資產移轉及歸還計畫</w:t>
            </w:r>
          </w:p>
        </w:tc>
        <w:tc>
          <w:tcPr>
            <w:tcW w:w="524" w:type="pct"/>
          </w:tcPr>
          <w:p w14:paraId="779CB3CB" w14:textId="77777777" w:rsidR="00166305" w:rsidRPr="009C0FA9" w:rsidRDefault="00166305">
            <w:pPr>
              <w:spacing w:after="0" w:line="240" w:lineRule="atLeast"/>
              <w:jc w:val="center"/>
              <w:rPr>
                <w:rFonts w:ascii="微軟正黑體" w:eastAsia="微軟正黑體" w:hAnsi="微軟正黑體"/>
                <w:sz w:val="20"/>
                <w:szCs w:val="20"/>
              </w:rPr>
            </w:pPr>
          </w:p>
        </w:tc>
        <w:tc>
          <w:tcPr>
            <w:tcW w:w="523" w:type="pct"/>
          </w:tcPr>
          <w:p w14:paraId="51AA7220" w14:textId="77777777" w:rsidR="00166305" w:rsidRPr="009C0FA9" w:rsidRDefault="00166305">
            <w:pPr>
              <w:spacing w:after="0" w:line="240" w:lineRule="atLeast"/>
              <w:jc w:val="center"/>
              <w:rPr>
                <w:rFonts w:ascii="微軟正黑體" w:eastAsia="微軟正黑體" w:hAnsi="微軟正黑體"/>
                <w:sz w:val="20"/>
                <w:szCs w:val="20"/>
              </w:rPr>
            </w:pPr>
          </w:p>
        </w:tc>
        <w:tc>
          <w:tcPr>
            <w:tcW w:w="557" w:type="pct"/>
          </w:tcPr>
          <w:p w14:paraId="12E90760" w14:textId="77777777" w:rsidR="00166305" w:rsidRPr="009C0FA9" w:rsidRDefault="00166305">
            <w:pPr>
              <w:spacing w:after="0" w:line="240" w:lineRule="atLeast"/>
              <w:jc w:val="center"/>
              <w:rPr>
                <w:rFonts w:ascii="微軟正黑體" w:eastAsia="微軟正黑體" w:hAnsi="微軟正黑體"/>
                <w:sz w:val="20"/>
                <w:szCs w:val="20"/>
              </w:rPr>
            </w:pPr>
          </w:p>
        </w:tc>
      </w:tr>
      <w:tr w:rsidR="005F2F4F" w:rsidRPr="009C0FA9" w14:paraId="51382A2F" w14:textId="77777777" w:rsidTr="00E465F5">
        <w:trPr>
          <w:trHeight w:val="409"/>
          <w:jc w:val="center"/>
        </w:trPr>
        <w:tc>
          <w:tcPr>
            <w:tcW w:w="727" w:type="pct"/>
            <w:vMerge/>
            <w:vAlign w:val="center"/>
          </w:tcPr>
          <w:p w14:paraId="7CAF95D9" w14:textId="77777777" w:rsidR="00166305" w:rsidRPr="009C0FA9" w:rsidRDefault="00166305" w:rsidP="005F2F4F">
            <w:pPr>
              <w:spacing w:after="0" w:line="240" w:lineRule="atLeast"/>
              <w:jc w:val="both"/>
              <w:rPr>
                <w:rFonts w:ascii="微軟正黑體" w:eastAsia="微軟正黑體" w:hAnsi="微軟正黑體"/>
                <w:sz w:val="20"/>
                <w:szCs w:val="20"/>
              </w:rPr>
            </w:pPr>
          </w:p>
        </w:tc>
        <w:tc>
          <w:tcPr>
            <w:tcW w:w="2669" w:type="pct"/>
          </w:tcPr>
          <w:p w14:paraId="1650E01E" w14:textId="275CCD11" w:rsidR="00166305" w:rsidRPr="006776D4" w:rsidRDefault="00166305" w:rsidP="005F2F4F">
            <w:pPr>
              <w:spacing w:before="100" w:beforeAutospacing="1" w:after="100" w:afterAutospacing="1" w:line="240" w:lineRule="atLeast"/>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不可回收去化方案之規劃</w:t>
            </w:r>
          </w:p>
        </w:tc>
        <w:tc>
          <w:tcPr>
            <w:tcW w:w="524" w:type="pct"/>
          </w:tcPr>
          <w:p w14:paraId="37B2AB07"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5C57F3FF"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35387047"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61E6701F" w14:textId="77777777" w:rsidTr="00E465F5">
        <w:trPr>
          <w:trHeight w:val="401"/>
          <w:jc w:val="center"/>
        </w:trPr>
        <w:tc>
          <w:tcPr>
            <w:tcW w:w="727" w:type="pct"/>
            <w:vMerge/>
            <w:vAlign w:val="center"/>
          </w:tcPr>
          <w:p w14:paraId="0568C8A3" w14:textId="77777777" w:rsidR="00166305" w:rsidRPr="009C0FA9" w:rsidRDefault="00166305" w:rsidP="005F2F4F">
            <w:pPr>
              <w:spacing w:after="0" w:line="240" w:lineRule="atLeast"/>
              <w:jc w:val="both"/>
              <w:rPr>
                <w:rFonts w:ascii="微軟正黑體" w:eastAsia="微軟正黑體" w:hAnsi="微軟正黑體"/>
                <w:sz w:val="20"/>
                <w:szCs w:val="20"/>
                <w:lang w:eastAsia="zh-TW"/>
              </w:rPr>
            </w:pPr>
          </w:p>
        </w:tc>
        <w:tc>
          <w:tcPr>
            <w:tcW w:w="2669" w:type="pct"/>
          </w:tcPr>
          <w:p w14:paraId="72B73778" w14:textId="1E9467E4" w:rsidR="00166305" w:rsidRPr="006776D4" w:rsidRDefault="00166305" w:rsidP="005F2F4F">
            <w:pPr>
              <w:spacing w:before="100" w:beforeAutospacing="1" w:after="100" w:afterAutospacing="1" w:line="240" w:lineRule="atLeast"/>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自行接收可分選資源回收物計畫</w:t>
            </w:r>
          </w:p>
        </w:tc>
        <w:tc>
          <w:tcPr>
            <w:tcW w:w="524" w:type="pct"/>
          </w:tcPr>
          <w:p w14:paraId="79D7F418"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6CBC4682"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0DE9EAEE"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697F79FB" w14:textId="77777777" w:rsidTr="00E465F5">
        <w:trPr>
          <w:trHeight w:val="459"/>
          <w:jc w:val="center"/>
        </w:trPr>
        <w:tc>
          <w:tcPr>
            <w:tcW w:w="727" w:type="pct"/>
            <w:vMerge/>
            <w:vAlign w:val="center"/>
          </w:tcPr>
          <w:p w14:paraId="645101BA" w14:textId="77777777" w:rsidR="00166305" w:rsidRPr="009C0FA9" w:rsidRDefault="00166305" w:rsidP="005F2F4F">
            <w:pPr>
              <w:spacing w:after="0" w:line="240" w:lineRule="atLeast"/>
              <w:ind w:left="308" w:hangingChars="154" w:hanging="308"/>
              <w:jc w:val="both"/>
              <w:rPr>
                <w:rFonts w:ascii="微軟正黑體" w:eastAsia="微軟正黑體" w:hAnsi="微軟正黑體"/>
                <w:sz w:val="20"/>
                <w:szCs w:val="20"/>
                <w:lang w:eastAsia="zh-TW"/>
              </w:rPr>
            </w:pPr>
          </w:p>
        </w:tc>
        <w:tc>
          <w:tcPr>
            <w:tcW w:w="2669" w:type="pct"/>
          </w:tcPr>
          <w:p w14:paraId="60682FEC" w14:textId="1BEB77EE" w:rsidR="00166305" w:rsidRPr="006776D4" w:rsidRDefault="00166305" w:rsidP="005F2F4F">
            <w:pPr>
              <w:spacing w:before="100" w:beforeAutospacing="1" w:after="100" w:afterAutospacing="1" w:line="240" w:lineRule="atLeast"/>
              <w:ind w:left="308" w:hangingChars="154" w:hanging="308"/>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操作維護組織與人力配置</w:t>
            </w:r>
          </w:p>
        </w:tc>
        <w:tc>
          <w:tcPr>
            <w:tcW w:w="524" w:type="pct"/>
          </w:tcPr>
          <w:p w14:paraId="180368B3"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55D44716"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4BB7E957"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4303580E" w14:textId="77777777" w:rsidTr="00E465F5">
        <w:trPr>
          <w:trHeight w:val="464"/>
          <w:jc w:val="center"/>
        </w:trPr>
        <w:tc>
          <w:tcPr>
            <w:tcW w:w="727" w:type="pct"/>
            <w:vMerge/>
            <w:vAlign w:val="center"/>
          </w:tcPr>
          <w:p w14:paraId="2044FB82" w14:textId="77777777" w:rsidR="00166305" w:rsidRPr="009C0FA9" w:rsidRDefault="00166305" w:rsidP="005F2F4F">
            <w:pPr>
              <w:spacing w:after="0" w:line="240" w:lineRule="atLeast"/>
              <w:ind w:left="308" w:hangingChars="154" w:hanging="308"/>
              <w:jc w:val="both"/>
              <w:rPr>
                <w:rFonts w:ascii="微軟正黑體" w:eastAsia="微軟正黑體" w:hAnsi="微軟正黑體"/>
                <w:sz w:val="20"/>
                <w:szCs w:val="20"/>
                <w:lang w:eastAsia="zh-TW"/>
              </w:rPr>
            </w:pPr>
          </w:p>
        </w:tc>
        <w:tc>
          <w:tcPr>
            <w:tcW w:w="2669" w:type="pct"/>
          </w:tcPr>
          <w:p w14:paraId="11717010" w14:textId="6D644C83" w:rsidR="00166305" w:rsidRPr="006776D4" w:rsidRDefault="00166305" w:rsidP="005F2F4F">
            <w:pPr>
              <w:spacing w:after="0" w:line="240" w:lineRule="atLeast"/>
              <w:ind w:left="308" w:hangingChars="154" w:hanging="308"/>
              <w:jc w:val="both"/>
              <w:rPr>
                <w:rFonts w:ascii="微軟正黑體" w:eastAsia="微軟正黑體" w:hAnsi="微軟正黑體"/>
                <w:sz w:val="20"/>
                <w:szCs w:val="20"/>
                <w:lang w:eastAsia="zh-TW"/>
              </w:rPr>
            </w:pPr>
            <w:r w:rsidRPr="006776D4">
              <w:rPr>
                <w:rFonts w:ascii="微軟正黑體" w:eastAsia="微軟正黑體" w:hAnsi="微軟正黑體" w:hint="eastAsia"/>
                <w:sz w:val="20"/>
                <w:szCs w:val="20"/>
                <w:lang w:eastAsia="zh-TW"/>
              </w:rPr>
              <w:t>廠內稽查、物料及備品購置計畫</w:t>
            </w:r>
          </w:p>
        </w:tc>
        <w:tc>
          <w:tcPr>
            <w:tcW w:w="524" w:type="pct"/>
          </w:tcPr>
          <w:p w14:paraId="47E4D461"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30B45A6A"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11FD71CC"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6614AC13" w14:textId="77777777" w:rsidTr="00E465F5">
        <w:trPr>
          <w:trHeight w:val="464"/>
          <w:jc w:val="center"/>
        </w:trPr>
        <w:tc>
          <w:tcPr>
            <w:tcW w:w="727" w:type="pct"/>
            <w:vMerge w:val="restart"/>
            <w:vAlign w:val="center"/>
          </w:tcPr>
          <w:p w14:paraId="34974399" w14:textId="797E9348" w:rsidR="00166305" w:rsidRPr="009C0FA9" w:rsidRDefault="00166305" w:rsidP="005F2F4F">
            <w:pPr>
              <w:spacing w:after="0" w:line="240" w:lineRule="atLeast"/>
              <w:ind w:left="308" w:hangingChars="154" w:hanging="308"/>
              <w:jc w:val="both"/>
              <w:rPr>
                <w:rFonts w:ascii="微軟正黑體" w:eastAsia="微軟正黑體" w:hAnsi="微軟正黑體"/>
                <w:sz w:val="20"/>
                <w:szCs w:val="20"/>
              </w:rPr>
            </w:pPr>
            <w:r w:rsidRPr="009C0FA9">
              <w:rPr>
                <w:rFonts w:ascii="微軟正黑體" w:eastAsia="微軟正黑體" w:hAnsi="微軟正黑體"/>
                <w:sz w:val="20"/>
                <w:szCs w:val="20"/>
              </w:rPr>
              <w:t xml:space="preserve">4. </w:t>
            </w:r>
            <w:r w:rsidRPr="009C0FA9">
              <w:rPr>
                <w:rFonts w:ascii="微軟正黑體" w:eastAsia="微軟正黑體" w:hAnsi="微軟正黑體" w:hint="eastAsia"/>
                <w:sz w:val="20"/>
                <w:szCs w:val="20"/>
              </w:rPr>
              <w:t>財務計畫</w:t>
            </w:r>
          </w:p>
        </w:tc>
        <w:tc>
          <w:tcPr>
            <w:tcW w:w="2669" w:type="pct"/>
          </w:tcPr>
          <w:p w14:paraId="2A090925" w14:textId="7DB6B51D" w:rsidR="00166305" w:rsidRPr="009C0FA9" w:rsidRDefault="00166305" w:rsidP="005F2F4F">
            <w:pPr>
              <w:spacing w:before="100" w:beforeAutospacing="1" w:after="100" w:afterAutospacing="1" w:line="240" w:lineRule="atLeast"/>
              <w:ind w:left="308" w:hangingChars="154" w:hanging="308"/>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財務條件參數</w:t>
            </w:r>
            <w:r w:rsidRPr="009C0FA9">
              <w:rPr>
                <w:rFonts w:ascii="微軟正黑體" w:eastAsia="微軟正黑體" w:hAnsi="微軟正黑體"/>
                <w:sz w:val="20"/>
                <w:szCs w:val="20"/>
                <w:lang w:eastAsia="zh-TW"/>
              </w:rPr>
              <w:t>(</w:t>
            </w:r>
            <w:r w:rsidRPr="009C0FA9">
              <w:rPr>
                <w:rFonts w:ascii="微軟正黑體" w:eastAsia="微軟正黑體" w:hAnsi="微軟正黑體" w:hint="eastAsia"/>
                <w:sz w:val="20"/>
                <w:szCs w:val="20"/>
                <w:lang w:eastAsia="zh-TW"/>
              </w:rPr>
              <w:t>興建期、折舊方式、融資條件、自有資金報酬率等</w:t>
            </w:r>
            <w:r w:rsidRPr="009C0FA9">
              <w:rPr>
                <w:rFonts w:ascii="微軟正黑體" w:eastAsia="微軟正黑體" w:hAnsi="微軟正黑體"/>
                <w:sz w:val="20"/>
                <w:szCs w:val="20"/>
                <w:lang w:eastAsia="zh-TW"/>
              </w:rPr>
              <w:t>)</w:t>
            </w:r>
          </w:p>
        </w:tc>
        <w:tc>
          <w:tcPr>
            <w:tcW w:w="524" w:type="pct"/>
          </w:tcPr>
          <w:p w14:paraId="37B08BA3"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0AE9B2BA"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427A3A20"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2196C54B" w14:textId="77777777" w:rsidTr="00E465F5">
        <w:trPr>
          <w:trHeight w:val="414"/>
          <w:jc w:val="center"/>
        </w:trPr>
        <w:tc>
          <w:tcPr>
            <w:tcW w:w="727" w:type="pct"/>
            <w:vMerge/>
            <w:vAlign w:val="center"/>
          </w:tcPr>
          <w:p w14:paraId="0CDD03B1" w14:textId="77777777" w:rsidR="00166305" w:rsidRPr="009C0FA9" w:rsidRDefault="00166305" w:rsidP="005F2F4F">
            <w:pPr>
              <w:spacing w:after="0" w:line="240" w:lineRule="atLeast"/>
              <w:ind w:left="308" w:hangingChars="154" w:hanging="308"/>
              <w:jc w:val="both"/>
              <w:rPr>
                <w:rFonts w:ascii="微軟正黑體" w:eastAsia="微軟正黑體" w:hAnsi="微軟正黑體"/>
                <w:sz w:val="20"/>
                <w:szCs w:val="20"/>
                <w:lang w:eastAsia="zh-TW"/>
              </w:rPr>
            </w:pPr>
          </w:p>
        </w:tc>
        <w:tc>
          <w:tcPr>
            <w:tcW w:w="2669" w:type="pct"/>
          </w:tcPr>
          <w:p w14:paraId="15E3434B" w14:textId="50D2B561" w:rsidR="00166305" w:rsidRPr="009C0FA9" w:rsidRDefault="00166305" w:rsidP="005F2F4F">
            <w:pPr>
              <w:spacing w:before="100" w:beforeAutospacing="1" w:after="100" w:afterAutospacing="1" w:line="240" w:lineRule="atLeast"/>
              <w:ind w:left="308" w:hangingChars="154" w:hanging="308"/>
              <w:jc w:val="both"/>
              <w:rPr>
                <w:rFonts w:ascii="微軟正黑體" w:eastAsia="微軟正黑體" w:hAnsi="微軟正黑體"/>
                <w:sz w:val="20"/>
                <w:szCs w:val="20"/>
              </w:rPr>
            </w:pPr>
            <w:r w:rsidRPr="009C0FA9">
              <w:rPr>
                <w:rFonts w:ascii="微軟正黑體" w:eastAsia="微軟正黑體" w:hAnsi="微軟正黑體" w:hint="eastAsia"/>
                <w:sz w:val="20"/>
                <w:szCs w:val="20"/>
              </w:rPr>
              <w:t>分年興建經費</w:t>
            </w:r>
          </w:p>
        </w:tc>
        <w:tc>
          <w:tcPr>
            <w:tcW w:w="524" w:type="pct"/>
          </w:tcPr>
          <w:p w14:paraId="4A99623D" w14:textId="77777777" w:rsidR="00166305" w:rsidRPr="009C0FA9" w:rsidRDefault="00166305">
            <w:pPr>
              <w:spacing w:after="0" w:line="240" w:lineRule="atLeast"/>
              <w:jc w:val="center"/>
              <w:rPr>
                <w:rFonts w:ascii="微軟正黑體" w:eastAsia="微軟正黑體" w:hAnsi="微軟正黑體"/>
                <w:sz w:val="20"/>
                <w:szCs w:val="20"/>
              </w:rPr>
            </w:pPr>
          </w:p>
        </w:tc>
        <w:tc>
          <w:tcPr>
            <w:tcW w:w="523" w:type="pct"/>
          </w:tcPr>
          <w:p w14:paraId="795A8C1F" w14:textId="77777777" w:rsidR="00166305" w:rsidRPr="009C0FA9" w:rsidRDefault="00166305">
            <w:pPr>
              <w:spacing w:after="0" w:line="240" w:lineRule="atLeast"/>
              <w:jc w:val="center"/>
              <w:rPr>
                <w:rFonts w:ascii="微軟正黑體" w:eastAsia="微軟正黑體" w:hAnsi="微軟正黑體"/>
                <w:sz w:val="20"/>
                <w:szCs w:val="20"/>
              </w:rPr>
            </w:pPr>
          </w:p>
        </w:tc>
        <w:tc>
          <w:tcPr>
            <w:tcW w:w="557" w:type="pct"/>
          </w:tcPr>
          <w:p w14:paraId="21BE6E36" w14:textId="77777777" w:rsidR="00166305" w:rsidRPr="009C0FA9" w:rsidRDefault="00166305">
            <w:pPr>
              <w:spacing w:after="0" w:line="240" w:lineRule="atLeast"/>
              <w:jc w:val="center"/>
              <w:rPr>
                <w:rFonts w:ascii="微軟正黑體" w:eastAsia="微軟正黑體" w:hAnsi="微軟正黑體"/>
                <w:sz w:val="20"/>
                <w:szCs w:val="20"/>
              </w:rPr>
            </w:pPr>
          </w:p>
        </w:tc>
      </w:tr>
      <w:tr w:rsidR="005F2F4F" w:rsidRPr="009C0FA9" w14:paraId="2FF6377A" w14:textId="77777777" w:rsidTr="00E465F5">
        <w:trPr>
          <w:trHeight w:val="405"/>
          <w:jc w:val="center"/>
        </w:trPr>
        <w:tc>
          <w:tcPr>
            <w:tcW w:w="727" w:type="pct"/>
            <w:vMerge/>
            <w:vAlign w:val="center"/>
          </w:tcPr>
          <w:p w14:paraId="4E716C3D" w14:textId="77777777" w:rsidR="00166305" w:rsidRPr="009C0FA9" w:rsidRDefault="00166305" w:rsidP="005F2F4F">
            <w:pPr>
              <w:spacing w:after="0" w:line="240" w:lineRule="atLeast"/>
              <w:ind w:left="308" w:hangingChars="154" w:hanging="308"/>
              <w:jc w:val="both"/>
              <w:rPr>
                <w:rFonts w:ascii="微軟正黑體" w:eastAsia="微軟正黑體" w:hAnsi="微軟正黑體"/>
                <w:sz w:val="20"/>
                <w:szCs w:val="20"/>
              </w:rPr>
            </w:pPr>
          </w:p>
        </w:tc>
        <w:tc>
          <w:tcPr>
            <w:tcW w:w="2669" w:type="pct"/>
          </w:tcPr>
          <w:p w14:paraId="70524011" w14:textId="548E4D6E" w:rsidR="00166305" w:rsidRPr="009C0FA9" w:rsidRDefault="00166305" w:rsidP="005F2F4F">
            <w:pPr>
              <w:spacing w:before="100" w:beforeAutospacing="1" w:after="100" w:afterAutospacing="1" w:line="240" w:lineRule="atLeast"/>
              <w:ind w:left="308" w:hangingChars="154" w:hanging="308"/>
              <w:jc w:val="both"/>
              <w:rPr>
                <w:rFonts w:ascii="微軟正黑體" w:eastAsia="微軟正黑體" w:hAnsi="微軟正黑體"/>
                <w:sz w:val="20"/>
                <w:szCs w:val="20"/>
              </w:rPr>
            </w:pPr>
            <w:r w:rsidRPr="009C0FA9">
              <w:rPr>
                <w:rFonts w:ascii="微軟正黑體" w:eastAsia="微軟正黑體" w:hAnsi="微軟正黑體" w:hint="eastAsia"/>
                <w:sz w:val="20"/>
                <w:szCs w:val="20"/>
              </w:rPr>
              <w:t>資金籌措計畫</w:t>
            </w:r>
          </w:p>
        </w:tc>
        <w:tc>
          <w:tcPr>
            <w:tcW w:w="524" w:type="pct"/>
          </w:tcPr>
          <w:p w14:paraId="1E70B933" w14:textId="77777777" w:rsidR="00166305" w:rsidRPr="009C0FA9" w:rsidRDefault="00166305">
            <w:pPr>
              <w:spacing w:after="0" w:line="240" w:lineRule="atLeast"/>
              <w:jc w:val="center"/>
              <w:rPr>
                <w:rFonts w:ascii="微軟正黑體" w:eastAsia="微軟正黑體" w:hAnsi="微軟正黑體"/>
                <w:sz w:val="20"/>
                <w:szCs w:val="20"/>
              </w:rPr>
            </w:pPr>
          </w:p>
        </w:tc>
        <w:tc>
          <w:tcPr>
            <w:tcW w:w="523" w:type="pct"/>
          </w:tcPr>
          <w:p w14:paraId="657D9817" w14:textId="77777777" w:rsidR="00166305" w:rsidRPr="009C0FA9" w:rsidRDefault="00166305">
            <w:pPr>
              <w:spacing w:after="0" w:line="240" w:lineRule="atLeast"/>
              <w:jc w:val="center"/>
              <w:rPr>
                <w:rFonts w:ascii="微軟正黑體" w:eastAsia="微軟正黑體" w:hAnsi="微軟正黑體"/>
                <w:sz w:val="20"/>
                <w:szCs w:val="20"/>
              </w:rPr>
            </w:pPr>
          </w:p>
        </w:tc>
        <w:tc>
          <w:tcPr>
            <w:tcW w:w="557" w:type="pct"/>
          </w:tcPr>
          <w:p w14:paraId="1E409DE6" w14:textId="77777777" w:rsidR="00166305" w:rsidRPr="009C0FA9" w:rsidRDefault="00166305">
            <w:pPr>
              <w:spacing w:after="0" w:line="240" w:lineRule="atLeast"/>
              <w:jc w:val="center"/>
              <w:rPr>
                <w:rFonts w:ascii="微軟正黑體" w:eastAsia="微軟正黑體" w:hAnsi="微軟正黑體"/>
                <w:sz w:val="20"/>
                <w:szCs w:val="20"/>
              </w:rPr>
            </w:pPr>
          </w:p>
        </w:tc>
      </w:tr>
      <w:tr w:rsidR="005F2F4F" w:rsidRPr="009C0FA9" w14:paraId="4AB40759" w14:textId="77777777" w:rsidTr="00E465F5">
        <w:trPr>
          <w:trHeight w:val="425"/>
          <w:jc w:val="center"/>
        </w:trPr>
        <w:tc>
          <w:tcPr>
            <w:tcW w:w="727" w:type="pct"/>
            <w:vMerge/>
            <w:vAlign w:val="center"/>
          </w:tcPr>
          <w:p w14:paraId="6B0A0400" w14:textId="77777777" w:rsidR="00166305" w:rsidRPr="009C0FA9" w:rsidRDefault="00166305" w:rsidP="005F2F4F">
            <w:pPr>
              <w:spacing w:after="0" w:line="240" w:lineRule="atLeast"/>
              <w:ind w:left="308" w:hangingChars="154" w:hanging="308"/>
              <w:jc w:val="both"/>
              <w:rPr>
                <w:rFonts w:ascii="微軟正黑體" w:eastAsia="微軟正黑體" w:hAnsi="微軟正黑體"/>
                <w:sz w:val="20"/>
                <w:szCs w:val="20"/>
              </w:rPr>
            </w:pPr>
          </w:p>
        </w:tc>
        <w:tc>
          <w:tcPr>
            <w:tcW w:w="2669" w:type="pct"/>
          </w:tcPr>
          <w:p w14:paraId="7A48666A" w14:textId="1AC66FEE" w:rsidR="00166305" w:rsidRPr="009C0FA9" w:rsidRDefault="00166305" w:rsidP="005F2F4F">
            <w:pPr>
              <w:spacing w:before="100" w:beforeAutospacing="1" w:after="100" w:afterAutospacing="1" w:line="240" w:lineRule="atLeast"/>
              <w:ind w:left="308" w:hangingChars="154" w:hanging="308"/>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融資計畫</w:t>
            </w:r>
            <w:r w:rsidRPr="009C0FA9">
              <w:rPr>
                <w:rFonts w:ascii="微軟正黑體" w:eastAsia="微軟正黑體" w:hAnsi="微軟正黑體"/>
                <w:sz w:val="20"/>
                <w:szCs w:val="20"/>
                <w:lang w:eastAsia="zh-TW"/>
              </w:rPr>
              <w:t>(</w:t>
            </w:r>
            <w:r w:rsidRPr="009C0FA9">
              <w:rPr>
                <w:rFonts w:ascii="微軟正黑體" w:eastAsia="微軟正黑體" w:hAnsi="微軟正黑體" w:hint="eastAsia"/>
                <w:sz w:val="20"/>
                <w:szCs w:val="20"/>
                <w:lang w:eastAsia="zh-TW"/>
              </w:rPr>
              <w:t>含融資機構融資意願書及評估意見</w:t>
            </w:r>
            <w:r w:rsidRPr="009C0FA9">
              <w:rPr>
                <w:rFonts w:ascii="微軟正黑體" w:eastAsia="微軟正黑體" w:hAnsi="微軟正黑體"/>
                <w:sz w:val="20"/>
                <w:szCs w:val="20"/>
                <w:lang w:eastAsia="zh-TW"/>
              </w:rPr>
              <w:t>)</w:t>
            </w:r>
          </w:p>
        </w:tc>
        <w:tc>
          <w:tcPr>
            <w:tcW w:w="524" w:type="pct"/>
          </w:tcPr>
          <w:p w14:paraId="468DD86F"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4AB4F1C4"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1AABC512"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4EEE93B8" w14:textId="77777777" w:rsidTr="00E465F5">
        <w:trPr>
          <w:trHeight w:val="487"/>
          <w:jc w:val="center"/>
        </w:trPr>
        <w:tc>
          <w:tcPr>
            <w:tcW w:w="727" w:type="pct"/>
            <w:vMerge/>
            <w:vAlign w:val="center"/>
          </w:tcPr>
          <w:p w14:paraId="290CAA76" w14:textId="77777777" w:rsidR="00166305" w:rsidRPr="009C0FA9" w:rsidRDefault="00166305" w:rsidP="005F2F4F">
            <w:pPr>
              <w:spacing w:after="0" w:line="240" w:lineRule="atLeast"/>
              <w:ind w:left="308" w:hangingChars="154" w:hanging="308"/>
              <w:jc w:val="both"/>
              <w:rPr>
                <w:rFonts w:ascii="微軟正黑體" w:eastAsia="微軟正黑體" w:hAnsi="微軟正黑體"/>
                <w:sz w:val="20"/>
                <w:szCs w:val="20"/>
                <w:lang w:eastAsia="zh-TW"/>
              </w:rPr>
            </w:pPr>
          </w:p>
        </w:tc>
        <w:tc>
          <w:tcPr>
            <w:tcW w:w="2669" w:type="pct"/>
          </w:tcPr>
          <w:p w14:paraId="65F42ADC" w14:textId="26874175" w:rsidR="00166305" w:rsidRPr="009C0FA9" w:rsidRDefault="00166305" w:rsidP="005F2F4F">
            <w:pPr>
              <w:spacing w:before="100" w:beforeAutospacing="1" w:after="100" w:afterAutospacing="1" w:line="240" w:lineRule="atLeast"/>
              <w:ind w:left="308" w:hangingChars="154" w:hanging="308"/>
              <w:jc w:val="both"/>
              <w:rPr>
                <w:rFonts w:ascii="微軟正黑體" w:eastAsia="微軟正黑體" w:hAnsi="微軟正黑體"/>
                <w:sz w:val="20"/>
                <w:szCs w:val="20"/>
              </w:rPr>
            </w:pPr>
            <w:r w:rsidRPr="009C0FA9">
              <w:rPr>
                <w:rFonts w:ascii="微軟正黑體" w:eastAsia="微軟正黑體" w:hAnsi="微軟正黑體" w:hint="eastAsia"/>
                <w:sz w:val="20"/>
                <w:szCs w:val="20"/>
              </w:rPr>
              <w:t>資源回收物收購費率</w:t>
            </w:r>
          </w:p>
        </w:tc>
        <w:tc>
          <w:tcPr>
            <w:tcW w:w="524" w:type="pct"/>
          </w:tcPr>
          <w:p w14:paraId="631D2A63" w14:textId="77777777" w:rsidR="00166305" w:rsidRPr="009C0FA9" w:rsidRDefault="00166305">
            <w:pPr>
              <w:spacing w:after="0" w:line="240" w:lineRule="atLeast"/>
              <w:jc w:val="center"/>
              <w:rPr>
                <w:rFonts w:ascii="微軟正黑體" w:eastAsia="微軟正黑體" w:hAnsi="微軟正黑體"/>
                <w:sz w:val="20"/>
                <w:szCs w:val="20"/>
              </w:rPr>
            </w:pPr>
          </w:p>
        </w:tc>
        <w:tc>
          <w:tcPr>
            <w:tcW w:w="523" w:type="pct"/>
          </w:tcPr>
          <w:p w14:paraId="70F00A74" w14:textId="77777777" w:rsidR="00166305" w:rsidRPr="009C0FA9" w:rsidRDefault="00166305">
            <w:pPr>
              <w:spacing w:after="0" w:line="240" w:lineRule="atLeast"/>
              <w:jc w:val="center"/>
              <w:rPr>
                <w:rFonts w:ascii="微軟正黑體" w:eastAsia="微軟正黑體" w:hAnsi="微軟正黑體"/>
                <w:sz w:val="20"/>
                <w:szCs w:val="20"/>
              </w:rPr>
            </w:pPr>
          </w:p>
        </w:tc>
        <w:tc>
          <w:tcPr>
            <w:tcW w:w="557" w:type="pct"/>
          </w:tcPr>
          <w:p w14:paraId="43CDF2F6" w14:textId="77777777" w:rsidR="00166305" w:rsidRPr="009C0FA9" w:rsidRDefault="00166305">
            <w:pPr>
              <w:spacing w:after="0" w:line="240" w:lineRule="atLeast"/>
              <w:jc w:val="center"/>
              <w:rPr>
                <w:rFonts w:ascii="微軟正黑體" w:eastAsia="微軟正黑體" w:hAnsi="微軟正黑體"/>
                <w:sz w:val="20"/>
                <w:szCs w:val="20"/>
              </w:rPr>
            </w:pPr>
          </w:p>
        </w:tc>
      </w:tr>
      <w:tr w:rsidR="005F2F4F" w:rsidRPr="009C0FA9" w14:paraId="1A0B6500" w14:textId="77777777" w:rsidTr="00E465F5">
        <w:trPr>
          <w:trHeight w:val="421"/>
          <w:jc w:val="center"/>
        </w:trPr>
        <w:tc>
          <w:tcPr>
            <w:tcW w:w="727" w:type="pct"/>
            <w:vMerge/>
            <w:vAlign w:val="center"/>
          </w:tcPr>
          <w:p w14:paraId="082B1955" w14:textId="77777777" w:rsidR="00166305" w:rsidRPr="009C0FA9" w:rsidRDefault="00166305" w:rsidP="005F2F4F">
            <w:pPr>
              <w:spacing w:after="0" w:line="240" w:lineRule="atLeast"/>
              <w:ind w:left="308" w:hangingChars="154" w:hanging="308"/>
              <w:jc w:val="both"/>
              <w:rPr>
                <w:rFonts w:ascii="微軟正黑體" w:eastAsia="微軟正黑體" w:hAnsi="微軟正黑體"/>
                <w:sz w:val="20"/>
                <w:szCs w:val="20"/>
              </w:rPr>
            </w:pPr>
          </w:p>
        </w:tc>
        <w:tc>
          <w:tcPr>
            <w:tcW w:w="2669" w:type="pct"/>
          </w:tcPr>
          <w:p w14:paraId="787778FD" w14:textId="0458932E" w:rsidR="00166305" w:rsidRPr="009C0FA9" w:rsidRDefault="00166305" w:rsidP="005F2F4F">
            <w:pPr>
              <w:spacing w:before="100" w:beforeAutospacing="1" w:after="100" w:afterAutospacing="1" w:line="240" w:lineRule="atLeast"/>
              <w:ind w:left="308" w:hangingChars="154" w:hanging="308"/>
              <w:jc w:val="both"/>
              <w:rPr>
                <w:rFonts w:ascii="微軟正黑體" w:eastAsia="微軟正黑體" w:hAnsi="微軟正黑體"/>
                <w:sz w:val="20"/>
                <w:szCs w:val="20"/>
              </w:rPr>
            </w:pPr>
            <w:r w:rsidRPr="009C0FA9">
              <w:rPr>
                <w:rFonts w:ascii="微軟正黑體" w:eastAsia="微軟正黑體" w:hAnsi="微軟正黑體" w:hint="eastAsia"/>
                <w:sz w:val="20"/>
                <w:szCs w:val="20"/>
              </w:rPr>
              <w:t>財務效益分析</w:t>
            </w:r>
          </w:p>
        </w:tc>
        <w:tc>
          <w:tcPr>
            <w:tcW w:w="524" w:type="pct"/>
          </w:tcPr>
          <w:p w14:paraId="1A697B12" w14:textId="77777777" w:rsidR="00166305" w:rsidRPr="009C0FA9" w:rsidRDefault="00166305">
            <w:pPr>
              <w:spacing w:after="0" w:line="240" w:lineRule="atLeast"/>
              <w:jc w:val="center"/>
              <w:rPr>
                <w:rFonts w:ascii="微軟正黑體" w:eastAsia="微軟正黑體" w:hAnsi="微軟正黑體"/>
                <w:sz w:val="20"/>
                <w:szCs w:val="20"/>
              </w:rPr>
            </w:pPr>
          </w:p>
        </w:tc>
        <w:tc>
          <w:tcPr>
            <w:tcW w:w="523" w:type="pct"/>
          </w:tcPr>
          <w:p w14:paraId="5BA33070" w14:textId="77777777" w:rsidR="00166305" w:rsidRPr="009C0FA9" w:rsidRDefault="00166305">
            <w:pPr>
              <w:spacing w:after="0" w:line="240" w:lineRule="atLeast"/>
              <w:jc w:val="center"/>
              <w:rPr>
                <w:rFonts w:ascii="微軟正黑體" w:eastAsia="微軟正黑體" w:hAnsi="微軟正黑體"/>
                <w:sz w:val="20"/>
                <w:szCs w:val="20"/>
              </w:rPr>
            </w:pPr>
          </w:p>
        </w:tc>
        <w:tc>
          <w:tcPr>
            <w:tcW w:w="557" w:type="pct"/>
          </w:tcPr>
          <w:p w14:paraId="1E861CCB" w14:textId="77777777" w:rsidR="00166305" w:rsidRPr="009C0FA9" w:rsidRDefault="00166305">
            <w:pPr>
              <w:spacing w:after="0" w:line="240" w:lineRule="atLeast"/>
              <w:jc w:val="center"/>
              <w:rPr>
                <w:rFonts w:ascii="微軟正黑體" w:eastAsia="微軟正黑體" w:hAnsi="微軟正黑體"/>
                <w:sz w:val="20"/>
                <w:szCs w:val="20"/>
              </w:rPr>
            </w:pPr>
          </w:p>
        </w:tc>
      </w:tr>
      <w:tr w:rsidR="005F2F4F" w:rsidRPr="009C0FA9" w14:paraId="325BA2BB" w14:textId="77777777" w:rsidTr="00E465F5">
        <w:trPr>
          <w:trHeight w:val="497"/>
          <w:jc w:val="center"/>
        </w:trPr>
        <w:tc>
          <w:tcPr>
            <w:tcW w:w="727" w:type="pct"/>
            <w:vMerge/>
            <w:vAlign w:val="center"/>
          </w:tcPr>
          <w:p w14:paraId="488AE5F2" w14:textId="77777777" w:rsidR="00166305" w:rsidRPr="009C0FA9" w:rsidRDefault="00166305" w:rsidP="005F2F4F">
            <w:pPr>
              <w:spacing w:after="0" w:line="240" w:lineRule="atLeast"/>
              <w:ind w:left="308" w:hangingChars="154" w:hanging="308"/>
              <w:jc w:val="both"/>
              <w:rPr>
                <w:rFonts w:ascii="微軟正黑體" w:eastAsia="微軟正黑體" w:hAnsi="微軟正黑體"/>
                <w:sz w:val="20"/>
                <w:szCs w:val="20"/>
              </w:rPr>
            </w:pPr>
          </w:p>
        </w:tc>
        <w:tc>
          <w:tcPr>
            <w:tcW w:w="2669" w:type="pct"/>
          </w:tcPr>
          <w:p w14:paraId="13A44DA2" w14:textId="3FE013FD" w:rsidR="00166305" w:rsidRPr="009C0FA9" w:rsidRDefault="00166305" w:rsidP="005F2F4F">
            <w:pPr>
              <w:spacing w:before="100" w:beforeAutospacing="1" w:after="100" w:afterAutospacing="1" w:line="240" w:lineRule="atLeast"/>
              <w:ind w:left="308" w:hangingChars="154" w:hanging="308"/>
              <w:jc w:val="both"/>
              <w:rPr>
                <w:rFonts w:ascii="微軟正黑體" w:eastAsia="微軟正黑體" w:hAnsi="微軟正黑體"/>
                <w:sz w:val="20"/>
                <w:szCs w:val="20"/>
              </w:rPr>
            </w:pPr>
            <w:r w:rsidRPr="009C0FA9">
              <w:rPr>
                <w:rFonts w:ascii="微軟正黑體" w:eastAsia="微軟正黑體" w:hAnsi="微軟正黑體" w:hint="eastAsia"/>
                <w:sz w:val="20"/>
                <w:szCs w:val="20"/>
              </w:rPr>
              <w:t>風險及敏感性分析</w:t>
            </w:r>
          </w:p>
        </w:tc>
        <w:tc>
          <w:tcPr>
            <w:tcW w:w="524" w:type="pct"/>
          </w:tcPr>
          <w:p w14:paraId="2142F5BA" w14:textId="77777777" w:rsidR="00166305" w:rsidRPr="009C0FA9" w:rsidRDefault="00166305">
            <w:pPr>
              <w:spacing w:after="0" w:line="240" w:lineRule="atLeast"/>
              <w:jc w:val="center"/>
              <w:rPr>
                <w:rFonts w:ascii="微軟正黑體" w:eastAsia="微軟正黑體" w:hAnsi="微軟正黑體"/>
                <w:sz w:val="20"/>
                <w:szCs w:val="20"/>
              </w:rPr>
            </w:pPr>
          </w:p>
        </w:tc>
        <w:tc>
          <w:tcPr>
            <w:tcW w:w="523" w:type="pct"/>
          </w:tcPr>
          <w:p w14:paraId="20D9AB0D" w14:textId="77777777" w:rsidR="00166305" w:rsidRPr="009C0FA9" w:rsidRDefault="00166305">
            <w:pPr>
              <w:spacing w:after="0" w:line="240" w:lineRule="atLeast"/>
              <w:jc w:val="center"/>
              <w:rPr>
                <w:rFonts w:ascii="微軟正黑體" w:eastAsia="微軟正黑體" w:hAnsi="微軟正黑體"/>
                <w:sz w:val="20"/>
                <w:szCs w:val="20"/>
              </w:rPr>
            </w:pPr>
          </w:p>
        </w:tc>
        <w:tc>
          <w:tcPr>
            <w:tcW w:w="557" w:type="pct"/>
          </w:tcPr>
          <w:p w14:paraId="5983DA54" w14:textId="77777777" w:rsidR="00166305" w:rsidRPr="009C0FA9" w:rsidRDefault="00166305">
            <w:pPr>
              <w:spacing w:after="0" w:line="240" w:lineRule="atLeast"/>
              <w:jc w:val="center"/>
              <w:rPr>
                <w:rFonts w:ascii="微軟正黑體" w:eastAsia="微軟正黑體" w:hAnsi="微軟正黑體"/>
                <w:sz w:val="20"/>
                <w:szCs w:val="20"/>
              </w:rPr>
            </w:pPr>
          </w:p>
        </w:tc>
      </w:tr>
      <w:tr w:rsidR="005F2F4F" w:rsidRPr="009C0FA9" w14:paraId="389FD371" w14:textId="77777777" w:rsidTr="00E465F5">
        <w:trPr>
          <w:trHeight w:val="559"/>
          <w:jc w:val="center"/>
        </w:trPr>
        <w:tc>
          <w:tcPr>
            <w:tcW w:w="727" w:type="pct"/>
            <w:vMerge/>
            <w:vAlign w:val="center"/>
          </w:tcPr>
          <w:p w14:paraId="6E971228" w14:textId="77777777" w:rsidR="00166305" w:rsidRPr="009C0FA9" w:rsidRDefault="00166305" w:rsidP="005F2F4F">
            <w:pPr>
              <w:spacing w:after="0" w:line="240" w:lineRule="atLeast"/>
              <w:ind w:left="308" w:hangingChars="154" w:hanging="308"/>
              <w:jc w:val="both"/>
              <w:rPr>
                <w:rFonts w:ascii="微軟正黑體" w:eastAsia="微軟正黑體" w:hAnsi="微軟正黑體"/>
                <w:sz w:val="20"/>
                <w:szCs w:val="20"/>
              </w:rPr>
            </w:pPr>
          </w:p>
        </w:tc>
        <w:tc>
          <w:tcPr>
            <w:tcW w:w="2669" w:type="pct"/>
          </w:tcPr>
          <w:p w14:paraId="34A07B8C" w14:textId="5B4B1DAA" w:rsidR="00166305" w:rsidRPr="009C0FA9" w:rsidRDefault="00166305" w:rsidP="005F2F4F">
            <w:pPr>
              <w:spacing w:before="100" w:beforeAutospacing="1" w:after="100" w:afterAutospacing="1" w:line="240" w:lineRule="atLeast"/>
              <w:ind w:left="308" w:hangingChars="154" w:hanging="308"/>
              <w:jc w:val="both"/>
              <w:rPr>
                <w:rFonts w:ascii="微軟正黑體" w:eastAsia="微軟正黑體" w:hAnsi="微軟正黑體"/>
                <w:sz w:val="20"/>
                <w:szCs w:val="20"/>
              </w:rPr>
            </w:pPr>
            <w:r w:rsidRPr="009C0FA9">
              <w:rPr>
                <w:rFonts w:ascii="微軟正黑體" w:eastAsia="微軟正黑體" w:hAnsi="微軟正黑體" w:hint="eastAsia"/>
                <w:sz w:val="20"/>
                <w:szCs w:val="20"/>
              </w:rPr>
              <w:t>風險管理及保險計畫</w:t>
            </w:r>
          </w:p>
        </w:tc>
        <w:tc>
          <w:tcPr>
            <w:tcW w:w="524" w:type="pct"/>
          </w:tcPr>
          <w:p w14:paraId="0BB07CCF" w14:textId="77777777" w:rsidR="00166305" w:rsidRPr="009C0FA9" w:rsidRDefault="00166305">
            <w:pPr>
              <w:spacing w:after="0" w:line="240" w:lineRule="atLeast"/>
              <w:jc w:val="center"/>
              <w:rPr>
                <w:rFonts w:ascii="微軟正黑體" w:eastAsia="微軟正黑體" w:hAnsi="微軟正黑體"/>
                <w:sz w:val="20"/>
                <w:szCs w:val="20"/>
              </w:rPr>
            </w:pPr>
          </w:p>
        </w:tc>
        <w:tc>
          <w:tcPr>
            <w:tcW w:w="523" w:type="pct"/>
          </w:tcPr>
          <w:p w14:paraId="0CB0C79A" w14:textId="77777777" w:rsidR="00166305" w:rsidRPr="009C0FA9" w:rsidRDefault="00166305">
            <w:pPr>
              <w:spacing w:after="0" w:line="240" w:lineRule="atLeast"/>
              <w:jc w:val="center"/>
              <w:rPr>
                <w:rFonts w:ascii="微軟正黑體" w:eastAsia="微軟正黑體" w:hAnsi="微軟正黑體"/>
                <w:sz w:val="20"/>
                <w:szCs w:val="20"/>
              </w:rPr>
            </w:pPr>
          </w:p>
        </w:tc>
        <w:tc>
          <w:tcPr>
            <w:tcW w:w="557" w:type="pct"/>
          </w:tcPr>
          <w:p w14:paraId="74E60D79" w14:textId="77777777" w:rsidR="00166305" w:rsidRPr="009C0FA9" w:rsidRDefault="00166305">
            <w:pPr>
              <w:spacing w:after="0" w:line="240" w:lineRule="atLeast"/>
              <w:jc w:val="center"/>
              <w:rPr>
                <w:rFonts w:ascii="微軟正黑體" w:eastAsia="微軟正黑體" w:hAnsi="微軟正黑體"/>
                <w:sz w:val="20"/>
                <w:szCs w:val="20"/>
              </w:rPr>
            </w:pPr>
          </w:p>
        </w:tc>
      </w:tr>
      <w:tr w:rsidR="005F2F4F" w:rsidRPr="009C0FA9" w14:paraId="76C53255" w14:textId="77777777" w:rsidTr="00E465F5">
        <w:trPr>
          <w:trHeight w:val="479"/>
          <w:jc w:val="center"/>
        </w:trPr>
        <w:tc>
          <w:tcPr>
            <w:tcW w:w="727" w:type="pct"/>
            <w:vMerge/>
            <w:vAlign w:val="center"/>
          </w:tcPr>
          <w:p w14:paraId="18746F58" w14:textId="77777777" w:rsidR="00166305" w:rsidRPr="009C0FA9" w:rsidRDefault="00166305" w:rsidP="005F2F4F">
            <w:pPr>
              <w:spacing w:after="0" w:line="240" w:lineRule="atLeast"/>
              <w:ind w:left="308" w:hangingChars="154" w:hanging="308"/>
              <w:jc w:val="both"/>
              <w:rPr>
                <w:rFonts w:ascii="微軟正黑體" w:eastAsia="微軟正黑體" w:hAnsi="微軟正黑體"/>
                <w:sz w:val="20"/>
                <w:szCs w:val="20"/>
              </w:rPr>
            </w:pPr>
          </w:p>
        </w:tc>
        <w:tc>
          <w:tcPr>
            <w:tcW w:w="2669" w:type="pct"/>
          </w:tcPr>
          <w:p w14:paraId="45E03BD7" w14:textId="2104E958" w:rsidR="00166305" w:rsidRPr="009C0FA9" w:rsidRDefault="00166305" w:rsidP="005F2F4F">
            <w:pPr>
              <w:spacing w:before="100" w:beforeAutospacing="1" w:after="100" w:afterAutospacing="1" w:line="240" w:lineRule="atLeast"/>
              <w:ind w:left="308" w:hangingChars="154" w:hanging="308"/>
              <w:jc w:val="both"/>
              <w:rPr>
                <w:rFonts w:ascii="微軟正黑體" w:eastAsia="微軟正黑體" w:hAnsi="微軟正黑體"/>
                <w:sz w:val="20"/>
                <w:szCs w:val="20"/>
              </w:rPr>
            </w:pPr>
            <w:r w:rsidRPr="009C0FA9">
              <w:rPr>
                <w:rFonts w:ascii="微軟正黑體" w:eastAsia="微軟正黑體" w:hAnsi="微軟正黑體" w:hint="eastAsia"/>
                <w:sz w:val="20"/>
                <w:szCs w:val="20"/>
              </w:rPr>
              <w:t>預估財務報表</w:t>
            </w:r>
          </w:p>
        </w:tc>
        <w:tc>
          <w:tcPr>
            <w:tcW w:w="524" w:type="pct"/>
          </w:tcPr>
          <w:p w14:paraId="46647BC6" w14:textId="77777777" w:rsidR="00166305" w:rsidRPr="009C0FA9" w:rsidRDefault="00166305">
            <w:pPr>
              <w:spacing w:after="0" w:line="240" w:lineRule="atLeast"/>
              <w:jc w:val="center"/>
              <w:rPr>
                <w:rFonts w:ascii="微軟正黑體" w:eastAsia="微軟正黑體" w:hAnsi="微軟正黑體"/>
                <w:sz w:val="20"/>
                <w:szCs w:val="20"/>
              </w:rPr>
            </w:pPr>
          </w:p>
        </w:tc>
        <w:tc>
          <w:tcPr>
            <w:tcW w:w="523" w:type="pct"/>
          </w:tcPr>
          <w:p w14:paraId="17ED3E83" w14:textId="77777777" w:rsidR="00166305" w:rsidRPr="009C0FA9" w:rsidRDefault="00166305">
            <w:pPr>
              <w:spacing w:after="0" w:line="240" w:lineRule="atLeast"/>
              <w:jc w:val="center"/>
              <w:rPr>
                <w:rFonts w:ascii="微軟正黑體" w:eastAsia="微軟正黑體" w:hAnsi="微軟正黑體"/>
                <w:sz w:val="20"/>
                <w:szCs w:val="20"/>
              </w:rPr>
            </w:pPr>
          </w:p>
        </w:tc>
        <w:tc>
          <w:tcPr>
            <w:tcW w:w="557" w:type="pct"/>
          </w:tcPr>
          <w:p w14:paraId="0383EA6E" w14:textId="77777777" w:rsidR="00166305" w:rsidRPr="009C0FA9" w:rsidRDefault="00166305">
            <w:pPr>
              <w:spacing w:after="0" w:line="240" w:lineRule="atLeast"/>
              <w:jc w:val="center"/>
              <w:rPr>
                <w:rFonts w:ascii="微軟正黑體" w:eastAsia="微軟正黑體" w:hAnsi="微軟正黑體"/>
                <w:sz w:val="20"/>
                <w:szCs w:val="20"/>
              </w:rPr>
            </w:pPr>
          </w:p>
        </w:tc>
      </w:tr>
      <w:tr w:rsidR="005F2F4F" w:rsidRPr="009C0FA9" w14:paraId="73561659" w14:textId="77777777" w:rsidTr="00E465F5">
        <w:trPr>
          <w:trHeight w:val="556"/>
          <w:jc w:val="center"/>
        </w:trPr>
        <w:tc>
          <w:tcPr>
            <w:tcW w:w="727" w:type="pct"/>
            <w:vMerge/>
            <w:vAlign w:val="center"/>
          </w:tcPr>
          <w:p w14:paraId="3EAA8CC7" w14:textId="77777777" w:rsidR="00166305" w:rsidRPr="009C0FA9" w:rsidRDefault="00166305" w:rsidP="005F2F4F">
            <w:pPr>
              <w:spacing w:after="0" w:line="240" w:lineRule="atLeast"/>
              <w:ind w:left="308" w:hangingChars="154" w:hanging="308"/>
              <w:jc w:val="both"/>
              <w:rPr>
                <w:rFonts w:ascii="微軟正黑體" w:eastAsia="微軟正黑體" w:hAnsi="微軟正黑體"/>
                <w:sz w:val="20"/>
                <w:szCs w:val="20"/>
              </w:rPr>
            </w:pPr>
          </w:p>
        </w:tc>
        <w:tc>
          <w:tcPr>
            <w:tcW w:w="2669" w:type="pct"/>
          </w:tcPr>
          <w:p w14:paraId="2FE77ADA" w14:textId="399214D4" w:rsidR="00166305" w:rsidRPr="009C0FA9" w:rsidRDefault="00166305" w:rsidP="005F2F4F">
            <w:pPr>
              <w:spacing w:before="100" w:beforeAutospacing="1" w:after="100" w:afterAutospacing="1" w:line="240" w:lineRule="atLeast"/>
              <w:ind w:left="308" w:hangingChars="154" w:hanging="308"/>
              <w:jc w:val="both"/>
              <w:rPr>
                <w:rFonts w:ascii="微軟正黑體" w:eastAsia="微軟正黑體" w:hAnsi="微軟正黑體"/>
                <w:sz w:val="20"/>
                <w:szCs w:val="20"/>
              </w:rPr>
            </w:pPr>
            <w:r w:rsidRPr="009C0FA9">
              <w:rPr>
                <w:rFonts w:ascii="微軟正黑體" w:eastAsia="微軟正黑體" w:hAnsi="微軟正黑體" w:hint="eastAsia"/>
                <w:sz w:val="20"/>
                <w:szCs w:val="20"/>
              </w:rPr>
              <w:t>權利金計畫</w:t>
            </w:r>
          </w:p>
        </w:tc>
        <w:tc>
          <w:tcPr>
            <w:tcW w:w="524" w:type="pct"/>
          </w:tcPr>
          <w:p w14:paraId="5E60D0F7" w14:textId="77777777" w:rsidR="00166305" w:rsidRPr="009C0FA9" w:rsidRDefault="00166305">
            <w:pPr>
              <w:spacing w:after="0" w:line="240" w:lineRule="atLeast"/>
              <w:jc w:val="center"/>
              <w:rPr>
                <w:rFonts w:ascii="微軟正黑體" w:eastAsia="微軟正黑體" w:hAnsi="微軟正黑體"/>
                <w:sz w:val="20"/>
                <w:szCs w:val="20"/>
              </w:rPr>
            </w:pPr>
          </w:p>
        </w:tc>
        <w:tc>
          <w:tcPr>
            <w:tcW w:w="523" w:type="pct"/>
          </w:tcPr>
          <w:p w14:paraId="433D706B" w14:textId="77777777" w:rsidR="00166305" w:rsidRPr="009C0FA9" w:rsidRDefault="00166305">
            <w:pPr>
              <w:spacing w:after="0" w:line="240" w:lineRule="atLeast"/>
              <w:jc w:val="center"/>
              <w:rPr>
                <w:rFonts w:ascii="微軟正黑體" w:eastAsia="微軟正黑體" w:hAnsi="微軟正黑體"/>
                <w:sz w:val="20"/>
                <w:szCs w:val="20"/>
              </w:rPr>
            </w:pPr>
          </w:p>
        </w:tc>
        <w:tc>
          <w:tcPr>
            <w:tcW w:w="557" w:type="pct"/>
          </w:tcPr>
          <w:p w14:paraId="270E86CC" w14:textId="77777777" w:rsidR="00166305" w:rsidRPr="009C0FA9" w:rsidRDefault="00166305">
            <w:pPr>
              <w:spacing w:after="0" w:line="240" w:lineRule="atLeast"/>
              <w:jc w:val="center"/>
              <w:rPr>
                <w:rFonts w:ascii="微軟正黑體" w:eastAsia="微軟正黑體" w:hAnsi="微軟正黑體"/>
                <w:sz w:val="20"/>
                <w:szCs w:val="20"/>
              </w:rPr>
            </w:pPr>
          </w:p>
        </w:tc>
      </w:tr>
      <w:tr w:rsidR="005F2F4F" w:rsidRPr="009C0FA9" w14:paraId="6EFB2657" w14:textId="77777777" w:rsidTr="00E465F5">
        <w:trPr>
          <w:trHeight w:val="475"/>
          <w:jc w:val="center"/>
        </w:trPr>
        <w:tc>
          <w:tcPr>
            <w:tcW w:w="727" w:type="pct"/>
            <w:vMerge w:val="restart"/>
            <w:vAlign w:val="center"/>
          </w:tcPr>
          <w:p w14:paraId="7CEDA84C" w14:textId="76E417C0" w:rsidR="00166305" w:rsidRPr="009C0FA9" w:rsidRDefault="00166305" w:rsidP="005F2F4F">
            <w:pPr>
              <w:spacing w:after="0" w:line="240" w:lineRule="atLeast"/>
              <w:ind w:left="308" w:hangingChars="154" w:hanging="308"/>
              <w:jc w:val="both"/>
              <w:rPr>
                <w:rFonts w:ascii="微軟正黑體" w:eastAsia="微軟正黑體" w:hAnsi="微軟正黑體"/>
                <w:sz w:val="20"/>
                <w:szCs w:val="20"/>
                <w:lang w:eastAsia="zh-TW"/>
              </w:rPr>
            </w:pPr>
            <w:r w:rsidRPr="009C0FA9">
              <w:rPr>
                <w:rFonts w:ascii="微軟正黑體" w:eastAsia="微軟正黑體" w:hAnsi="微軟正黑體"/>
                <w:sz w:val="20"/>
                <w:szCs w:val="20"/>
                <w:lang w:eastAsia="zh-TW"/>
              </w:rPr>
              <w:t xml:space="preserve">5. </w:t>
            </w:r>
            <w:r w:rsidRPr="009C0FA9">
              <w:rPr>
                <w:rFonts w:ascii="微軟正黑體" w:eastAsia="微軟正黑體" w:hAnsi="微軟正黑體" w:hint="eastAsia"/>
                <w:sz w:val="20"/>
                <w:szCs w:val="20"/>
                <w:lang w:eastAsia="zh-TW"/>
              </w:rPr>
              <w:t>創意回饋及其他建議事項</w:t>
            </w:r>
          </w:p>
        </w:tc>
        <w:tc>
          <w:tcPr>
            <w:tcW w:w="2669" w:type="pct"/>
          </w:tcPr>
          <w:p w14:paraId="445E64D8" w14:textId="777AADCD" w:rsidR="00166305" w:rsidRPr="009C0FA9" w:rsidRDefault="00166305" w:rsidP="005F2F4F">
            <w:pPr>
              <w:spacing w:before="100" w:beforeAutospacing="1" w:after="100" w:afterAutospacing="1" w:line="240" w:lineRule="atLeast"/>
              <w:ind w:left="308" w:hangingChars="154" w:hanging="308"/>
              <w:jc w:val="both"/>
              <w:rPr>
                <w:rFonts w:ascii="微軟正黑體" w:eastAsia="微軟正黑體" w:hAnsi="微軟正黑體"/>
                <w:sz w:val="20"/>
                <w:szCs w:val="20"/>
              </w:rPr>
            </w:pPr>
            <w:r w:rsidRPr="009C0FA9">
              <w:rPr>
                <w:rFonts w:ascii="微軟正黑體" w:eastAsia="微軟正黑體" w:hAnsi="微軟正黑體" w:hint="eastAsia"/>
                <w:sz w:val="20"/>
                <w:szCs w:val="20"/>
              </w:rPr>
              <w:t>敦親睦鄰及回饋措施</w:t>
            </w:r>
          </w:p>
        </w:tc>
        <w:tc>
          <w:tcPr>
            <w:tcW w:w="524" w:type="pct"/>
          </w:tcPr>
          <w:p w14:paraId="744F8869" w14:textId="77777777" w:rsidR="00166305" w:rsidRPr="009C0FA9" w:rsidRDefault="00166305">
            <w:pPr>
              <w:spacing w:after="0" w:line="240" w:lineRule="atLeast"/>
              <w:jc w:val="center"/>
              <w:rPr>
                <w:rFonts w:ascii="微軟正黑體" w:eastAsia="微軟正黑體" w:hAnsi="微軟正黑體"/>
                <w:sz w:val="20"/>
                <w:szCs w:val="20"/>
              </w:rPr>
            </w:pPr>
          </w:p>
        </w:tc>
        <w:tc>
          <w:tcPr>
            <w:tcW w:w="523" w:type="pct"/>
          </w:tcPr>
          <w:p w14:paraId="2A310B19" w14:textId="77777777" w:rsidR="00166305" w:rsidRPr="009C0FA9" w:rsidRDefault="00166305">
            <w:pPr>
              <w:spacing w:after="0" w:line="240" w:lineRule="atLeast"/>
              <w:jc w:val="center"/>
              <w:rPr>
                <w:rFonts w:ascii="微軟正黑體" w:eastAsia="微軟正黑體" w:hAnsi="微軟正黑體"/>
                <w:sz w:val="20"/>
                <w:szCs w:val="20"/>
              </w:rPr>
            </w:pPr>
          </w:p>
        </w:tc>
        <w:tc>
          <w:tcPr>
            <w:tcW w:w="557" w:type="pct"/>
          </w:tcPr>
          <w:p w14:paraId="368387BD" w14:textId="77777777" w:rsidR="00166305" w:rsidRPr="009C0FA9" w:rsidRDefault="00166305">
            <w:pPr>
              <w:spacing w:after="0" w:line="240" w:lineRule="atLeast"/>
              <w:jc w:val="center"/>
              <w:rPr>
                <w:rFonts w:ascii="微軟正黑體" w:eastAsia="微軟正黑體" w:hAnsi="微軟正黑體"/>
                <w:sz w:val="20"/>
                <w:szCs w:val="20"/>
              </w:rPr>
            </w:pPr>
          </w:p>
        </w:tc>
      </w:tr>
      <w:tr w:rsidR="005F2F4F" w:rsidRPr="009C0FA9" w14:paraId="34E5AD7C" w14:textId="77777777" w:rsidTr="00E465F5">
        <w:trPr>
          <w:trHeight w:val="455"/>
          <w:jc w:val="center"/>
        </w:trPr>
        <w:tc>
          <w:tcPr>
            <w:tcW w:w="727" w:type="pct"/>
            <w:vMerge/>
          </w:tcPr>
          <w:p w14:paraId="620467E4" w14:textId="77777777" w:rsidR="00166305" w:rsidRPr="009C0FA9" w:rsidRDefault="00166305">
            <w:pPr>
              <w:spacing w:after="0" w:line="240" w:lineRule="atLeast"/>
              <w:ind w:left="308" w:hangingChars="154" w:hanging="308"/>
              <w:jc w:val="both"/>
              <w:rPr>
                <w:rFonts w:ascii="微軟正黑體" w:eastAsia="微軟正黑體" w:hAnsi="微軟正黑體"/>
                <w:sz w:val="20"/>
                <w:szCs w:val="20"/>
              </w:rPr>
            </w:pPr>
          </w:p>
        </w:tc>
        <w:tc>
          <w:tcPr>
            <w:tcW w:w="2669" w:type="pct"/>
          </w:tcPr>
          <w:p w14:paraId="5E128E29" w14:textId="4BF7E9C0" w:rsidR="00166305" w:rsidRPr="009C0FA9" w:rsidRDefault="00166305" w:rsidP="005F2F4F">
            <w:pPr>
              <w:spacing w:before="100" w:beforeAutospacing="1" w:after="100" w:afterAutospacing="1" w:line="240" w:lineRule="atLeast"/>
              <w:ind w:left="308" w:hangingChars="154" w:hanging="308"/>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因應</w:t>
            </w:r>
            <w:r w:rsidRPr="009C0FA9">
              <w:rPr>
                <w:rFonts w:ascii="微軟正黑體" w:eastAsia="微軟正黑體" w:hAnsi="微軟正黑體"/>
                <w:sz w:val="20"/>
                <w:szCs w:val="20"/>
                <w:lang w:eastAsia="zh-TW"/>
              </w:rPr>
              <w:t>2050</w:t>
            </w:r>
            <w:r w:rsidRPr="009C0FA9">
              <w:rPr>
                <w:rFonts w:ascii="微軟正黑體" w:eastAsia="微軟正黑體" w:hAnsi="微軟正黑體" w:hint="eastAsia"/>
                <w:sz w:val="20"/>
                <w:szCs w:val="20"/>
                <w:lang w:eastAsia="zh-TW"/>
              </w:rPr>
              <w:t>淨零碳排措施之規劃</w:t>
            </w:r>
          </w:p>
        </w:tc>
        <w:tc>
          <w:tcPr>
            <w:tcW w:w="524" w:type="pct"/>
          </w:tcPr>
          <w:p w14:paraId="08E4B029"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4846D2A3"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600B8477"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186E1111" w14:textId="77777777" w:rsidTr="00E465F5">
        <w:trPr>
          <w:trHeight w:val="507"/>
          <w:jc w:val="center"/>
        </w:trPr>
        <w:tc>
          <w:tcPr>
            <w:tcW w:w="727" w:type="pct"/>
            <w:vMerge/>
          </w:tcPr>
          <w:p w14:paraId="79B16492" w14:textId="77777777" w:rsidR="00166305" w:rsidRPr="009C0FA9" w:rsidRDefault="00166305">
            <w:pPr>
              <w:spacing w:after="0" w:line="240" w:lineRule="atLeast"/>
              <w:ind w:left="308" w:hangingChars="154" w:hanging="308"/>
              <w:jc w:val="both"/>
              <w:rPr>
                <w:rFonts w:ascii="微軟正黑體" w:eastAsia="微軟正黑體" w:hAnsi="微軟正黑體"/>
                <w:sz w:val="20"/>
                <w:szCs w:val="20"/>
                <w:lang w:eastAsia="zh-TW"/>
              </w:rPr>
            </w:pPr>
          </w:p>
        </w:tc>
        <w:tc>
          <w:tcPr>
            <w:tcW w:w="2669" w:type="pct"/>
          </w:tcPr>
          <w:p w14:paraId="256C3BD6" w14:textId="699E053C" w:rsidR="00166305" w:rsidRPr="009C0FA9" w:rsidRDefault="00166305" w:rsidP="005F2F4F">
            <w:pPr>
              <w:spacing w:before="100" w:beforeAutospacing="1" w:after="100" w:afterAutospacing="1" w:line="240" w:lineRule="atLeast"/>
              <w:ind w:left="308" w:hangingChars="154" w:hanging="308"/>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E</w:t>
            </w:r>
            <w:r w:rsidRPr="009C0FA9">
              <w:rPr>
                <w:rFonts w:ascii="微軟正黑體" w:eastAsia="微軟正黑體" w:hAnsi="微軟正黑體"/>
                <w:sz w:val="20"/>
                <w:szCs w:val="20"/>
                <w:lang w:eastAsia="zh-TW"/>
              </w:rPr>
              <w:t>SG，企業社會責任規劃</w:t>
            </w:r>
          </w:p>
        </w:tc>
        <w:tc>
          <w:tcPr>
            <w:tcW w:w="524" w:type="pct"/>
          </w:tcPr>
          <w:p w14:paraId="444051E4"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729266CD"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757EB18B"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4B048D9A" w14:textId="77777777" w:rsidTr="00E465F5">
        <w:trPr>
          <w:trHeight w:val="415"/>
          <w:jc w:val="center"/>
        </w:trPr>
        <w:tc>
          <w:tcPr>
            <w:tcW w:w="727" w:type="pct"/>
            <w:vMerge/>
          </w:tcPr>
          <w:p w14:paraId="35B0C4C7" w14:textId="77777777" w:rsidR="00166305" w:rsidRPr="009C0FA9" w:rsidRDefault="00166305">
            <w:pPr>
              <w:spacing w:after="0" w:line="240" w:lineRule="atLeast"/>
              <w:rPr>
                <w:rFonts w:ascii="微軟正黑體" w:eastAsia="微軟正黑體" w:hAnsi="微軟正黑體"/>
                <w:sz w:val="20"/>
                <w:szCs w:val="20"/>
                <w:lang w:eastAsia="zh-TW"/>
              </w:rPr>
            </w:pPr>
          </w:p>
        </w:tc>
        <w:tc>
          <w:tcPr>
            <w:tcW w:w="2669" w:type="pct"/>
          </w:tcPr>
          <w:p w14:paraId="5A77880B" w14:textId="65A8E02A" w:rsidR="00166305" w:rsidRPr="009C0FA9" w:rsidRDefault="00166305" w:rsidP="005F2F4F">
            <w:pPr>
              <w:spacing w:before="100" w:beforeAutospacing="1" w:after="100" w:afterAutospacing="1" w:line="240" w:lineRule="atLeast"/>
              <w:jc w:val="both"/>
              <w:rPr>
                <w:rFonts w:ascii="微軟正黑體" w:eastAsia="微軟正黑體" w:hAnsi="微軟正黑體"/>
                <w:sz w:val="20"/>
                <w:szCs w:val="20"/>
                <w:lang w:eastAsia="zh-TW"/>
              </w:rPr>
            </w:pPr>
            <w:r w:rsidRPr="009C0FA9">
              <w:rPr>
                <w:rFonts w:ascii="微軟正黑體" w:eastAsia="微軟正黑體" w:hAnsi="微軟正黑體" w:hint="eastAsia"/>
                <w:sz w:val="20"/>
                <w:szCs w:val="20"/>
                <w:lang w:eastAsia="zh-TW"/>
              </w:rPr>
              <w:t>對環境影響之對策及因應</w:t>
            </w:r>
          </w:p>
        </w:tc>
        <w:tc>
          <w:tcPr>
            <w:tcW w:w="524" w:type="pct"/>
          </w:tcPr>
          <w:p w14:paraId="36AB037C"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23" w:type="pct"/>
          </w:tcPr>
          <w:p w14:paraId="59B17EB1"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c>
          <w:tcPr>
            <w:tcW w:w="557" w:type="pct"/>
          </w:tcPr>
          <w:p w14:paraId="0956338E" w14:textId="77777777" w:rsidR="00166305" w:rsidRPr="009C0FA9" w:rsidRDefault="00166305">
            <w:pPr>
              <w:spacing w:after="0" w:line="240" w:lineRule="atLeast"/>
              <w:jc w:val="center"/>
              <w:rPr>
                <w:rFonts w:ascii="微軟正黑體" w:eastAsia="微軟正黑體" w:hAnsi="微軟正黑體"/>
                <w:sz w:val="20"/>
                <w:szCs w:val="20"/>
                <w:lang w:eastAsia="zh-TW"/>
              </w:rPr>
            </w:pPr>
          </w:p>
        </w:tc>
      </w:tr>
      <w:tr w:rsidR="005F2F4F" w:rsidRPr="009C0FA9" w14:paraId="17E7A06C" w14:textId="77777777" w:rsidTr="00E465F5">
        <w:trPr>
          <w:trHeight w:val="417"/>
          <w:jc w:val="center"/>
        </w:trPr>
        <w:tc>
          <w:tcPr>
            <w:tcW w:w="727" w:type="pct"/>
          </w:tcPr>
          <w:p w14:paraId="613E7731" w14:textId="152C3A88" w:rsidR="00166305" w:rsidRPr="009C0FA9" w:rsidRDefault="00166305" w:rsidP="005F2F4F">
            <w:pPr>
              <w:spacing w:after="0" w:line="240" w:lineRule="atLeast"/>
              <w:jc w:val="both"/>
              <w:rPr>
                <w:rFonts w:ascii="微軟正黑體" w:eastAsia="微軟正黑體" w:hAnsi="微軟正黑體"/>
                <w:sz w:val="20"/>
                <w:szCs w:val="20"/>
              </w:rPr>
            </w:pPr>
            <w:r w:rsidRPr="009C0FA9">
              <w:rPr>
                <w:rFonts w:ascii="微軟正黑體" w:eastAsia="微軟正黑體" w:hAnsi="微軟正黑體" w:hint="eastAsia"/>
                <w:sz w:val="20"/>
                <w:szCs w:val="20"/>
              </w:rPr>
              <w:t>6. 簡報及答詢</w:t>
            </w:r>
          </w:p>
        </w:tc>
        <w:tc>
          <w:tcPr>
            <w:tcW w:w="2669" w:type="pct"/>
          </w:tcPr>
          <w:p w14:paraId="346F83F2" w14:textId="3F189081" w:rsidR="00166305" w:rsidRPr="009C0FA9" w:rsidRDefault="00166305" w:rsidP="005F2F4F">
            <w:pPr>
              <w:spacing w:before="100" w:beforeAutospacing="1" w:after="100" w:afterAutospacing="1" w:line="240" w:lineRule="atLeast"/>
              <w:jc w:val="both"/>
              <w:rPr>
                <w:rFonts w:ascii="微軟正黑體" w:eastAsia="微軟正黑體" w:hAnsi="微軟正黑體"/>
                <w:sz w:val="20"/>
                <w:szCs w:val="20"/>
              </w:rPr>
            </w:pPr>
            <w:r w:rsidRPr="009C0FA9">
              <w:rPr>
                <w:rFonts w:ascii="微軟正黑體" w:eastAsia="微軟正黑體" w:hAnsi="微軟正黑體" w:hint="eastAsia"/>
                <w:sz w:val="20"/>
                <w:szCs w:val="20"/>
              </w:rPr>
              <w:t>簡報及答詢內容</w:t>
            </w:r>
          </w:p>
        </w:tc>
        <w:tc>
          <w:tcPr>
            <w:tcW w:w="524" w:type="pct"/>
          </w:tcPr>
          <w:p w14:paraId="35259908" w14:textId="77777777" w:rsidR="00166305" w:rsidRPr="009C0FA9" w:rsidRDefault="00166305">
            <w:pPr>
              <w:spacing w:after="0" w:line="240" w:lineRule="atLeast"/>
              <w:jc w:val="center"/>
              <w:rPr>
                <w:rFonts w:ascii="微軟正黑體" w:eastAsia="微軟正黑體" w:hAnsi="微軟正黑體"/>
                <w:sz w:val="20"/>
                <w:szCs w:val="20"/>
              </w:rPr>
            </w:pPr>
          </w:p>
        </w:tc>
        <w:tc>
          <w:tcPr>
            <w:tcW w:w="523" w:type="pct"/>
          </w:tcPr>
          <w:p w14:paraId="7E6C91A2" w14:textId="77777777" w:rsidR="00166305" w:rsidRPr="009C0FA9" w:rsidRDefault="00166305">
            <w:pPr>
              <w:spacing w:after="0" w:line="240" w:lineRule="atLeast"/>
              <w:jc w:val="center"/>
              <w:rPr>
                <w:rFonts w:ascii="微軟正黑體" w:eastAsia="微軟正黑體" w:hAnsi="微軟正黑體"/>
                <w:sz w:val="20"/>
                <w:szCs w:val="20"/>
              </w:rPr>
            </w:pPr>
          </w:p>
        </w:tc>
        <w:tc>
          <w:tcPr>
            <w:tcW w:w="557" w:type="pct"/>
          </w:tcPr>
          <w:p w14:paraId="261BE9DE" w14:textId="77777777" w:rsidR="00166305" w:rsidRPr="009C0FA9" w:rsidRDefault="00166305">
            <w:pPr>
              <w:spacing w:after="0" w:line="240" w:lineRule="atLeast"/>
              <w:jc w:val="center"/>
              <w:rPr>
                <w:rFonts w:ascii="微軟正黑體" w:eastAsia="微軟正黑體" w:hAnsi="微軟正黑體"/>
                <w:sz w:val="20"/>
                <w:szCs w:val="20"/>
              </w:rPr>
            </w:pPr>
          </w:p>
        </w:tc>
      </w:tr>
      <w:tr w:rsidR="005F2F4F" w:rsidRPr="009C0FA9" w14:paraId="24705D69" w14:textId="77777777" w:rsidTr="00E465F5">
        <w:trPr>
          <w:trHeight w:val="44"/>
          <w:jc w:val="center"/>
        </w:trPr>
        <w:tc>
          <w:tcPr>
            <w:tcW w:w="3396" w:type="pct"/>
            <w:gridSpan w:val="2"/>
          </w:tcPr>
          <w:p w14:paraId="5A2F77D2" w14:textId="77777777" w:rsidR="00166305" w:rsidRPr="009C0FA9" w:rsidRDefault="00166305" w:rsidP="005F2F4F">
            <w:pPr>
              <w:spacing w:after="0" w:line="240" w:lineRule="atLeast"/>
              <w:rPr>
                <w:rFonts w:ascii="微軟正黑體" w:eastAsia="微軟正黑體" w:hAnsi="微軟正黑體"/>
                <w:sz w:val="20"/>
                <w:szCs w:val="20"/>
              </w:rPr>
            </w:pPr>
          </w:p>
          <w:p w14:paraId="330F414D" w14:textId="5F0FDC91" w:rsidR="00166305" w:rsidRPr="009C0FA9" w:rsidRDefault="00166305" w:rsidP="005F2F4F">
            <w:pPr>
              <w:spacing w:after="0" w:line="240" w:lineRule="atLeast"/>
              <w:rPr>
                <w:rFonts w:ascii="微軟正黑體" w:eastAsia="微軟正黑體" w:hAnsi="微軟正黑體"/>
                <w:sz w:val="20"/>
                <w:szCs w:val="20"/>
              </w:rPr>
            </w:pPr>
            <w:r w:rsidRPr="009C0FA9">
              <w:rPr>
                <w:rFonts w:ascii="微軟正黑體" w:eastAsia="微軟正黑體" w:hAnsi="微軟正黑體" w:hint="eastAsia"/>
                <w:sz w:val="20"/>
                <w:szCs w:val="20"/>
              </w:rPr>
              <w:t>工作小組簽名：</w:t>
            </w:r>
          </w:p>
          <w:p w14:paraId="08B91D92" w14:textId="033D1A88" w:rsidR="00166305" w:rsidRPr="009C0FA9" w:rsidRDefault="00166305" w:rsidP="005F2F4F">
            <w:pPr>
              <w:spacing w:after="0" w:line="240" w:lineRule="atLeast"/>
              <w:rPr>
                <w:rFonts w:ascii="微軟正黑體" w:eastAsia="微軟正黑體" w:hAnsi="微軟正黑體"/>
                <w:sz w:val="20"/>
                <w:szCs w:val="20"/>
              </w:rPr>
            </w:pPr>
          </w:p>
        </w:tc>
        <w:tc>
          <w:tcPr>
            <w:tcW w:w="1604" w:type="pct"/>
            <w:gridSpan w:val="3"/>
          </w:tcPr>
          <w:p w14:paraId="7DC8B537" w14:textId="77777777" w:rsidR="00166305" w:rsidRPr="009C0FA9" w:rsidRDefault="00166305" w:rsidP="005F2F4F">
            <w:pPr>
              <w:spacing w:after="0" w:line="240" w:lineRule="atLeast"/>
              <w:rPr>
                <w:rFonts w:ascii="微軟正黑體" w:eastAsia="微軟正黑體" w:hAnsi="微軟正黑體"/>
                <w:sz w:val="20"/>
                <w:szCs w:val="20"/>
              </w:rPr>
            </w:pPr>
          </w:p>
          <w:p w14:paraId="15F6EBA6" w14:textId="77777777" w:rsidR="00166305" w:rsidRPr="009C0FA9" w:rsidRDefault="00166305" w:rsidP="005F2F4F">
            <w:pPr>
              <w:spacing w:after="0" w:line="240" w:lineRule="atLeast"/>
              <w:rPr>
                <w:rFonts w:ascii="微軟正黑體" w:eastAsia="微軟正黑體" w:hAnsi="微軟正黑體"/>
                <w:sz w:val="20"/>
                <w:szCs w:val="20"/>
              </w:rPr>
            </w:pPr>
            <w:r w:rsidRPr="009C0FA9">
              <w:rPr>
                <w:rFonts w:ascii="微軟正黑體" w:eastAsia="微軟正黑體" w:hAnsi="微軟正黑體" w:hint="eastAsia"/>
                <w:sz w:val="20"/>
                <w:szCs w:val="20"/>
              </w:rPr>
              <w:t>日期：</w:t>
            </w:r>
          </w:p>
          <w:p w14:paraId="76187C95" w14:textId="53D71836" w:rsidR="00166305" w:rsidRPr="009C0FA9" w:rsidRDefault="00166305" w:rsidP="005F2F4F">
            <w:pPr>
              <w:spacing w:after="0" w:line="240" w:lineRule="atLeast"/>
              <w:rPr>
                <w:rFonts w:ascii="微軟正黑體" w:eastAsia="微軟正黑體" w:hAnsi="微軟正黑體"/>
                <w:sz w:val="20"/>
                <w:szCs w:val="20"/>
              </w:rPr>
            </w:pPr>
          </w:p>
        </w:tc>
      </w:tr>
    </w:tbl>
    <w:p w14:paraId="2C0613F1" w14:textId="77777777" w:rsidR="00166305" w:rsidRPr="009C0FA9" w:rsidRDefault="00166305">
      <w:pPr>
        <w:spacing w:after="0" w:line="240" w:lineRule="auto"/>
        <w:rPr>
          <w:rFonts w:ascii="微軟正黑體" w:eastAsia="微軟正黑體" w:hAnsi="微軟正黑體"/>
        </w:rPr>
      </w:pPr>
      <w:r w:rsidRPr="009C0FA9">
        <w:rPr>
          <w:rFonts w:ascii="微軟正黑體" w:eastAsia="微軟正黑體" w:hAnsi="微軟正黑體"/>
        </w:rPr>
        <w:br w:type="page"/>
      </w:r>
    </w:p>
    <w:p w14:paraId="09052DB2" w14:textId="1A4F6636" w:rsidR="00166305" w:rsidRPr="00613EE3" w:rsidRDefault="00166305" w:rsidP="005F2F4F">
      <w:pPr>
        <w:tabs>
          <w:tab w:val="left" w:pos="993"/>
        </w:tabs>
        <w:spacing w:after="0"/>
        <w:rPr>
          <w:rFonts w:ascii="微軟正黑體" w:eastAsia="微軟正黑體" w:hAnsi="微軟正黑體"/>
          <w:b/>
          <w:bCs/>
          <w:sz w:val="24"/>
          <w:szCs w:val="24"/>
          <w:lang w:eastAsia="zh-TW"/>
        </w:rPr>
      </w:pPr>
      <w:bookmarkStart w:id="25" w:name="_Toc228345547"/>
      <w:r w:rsidRPr="00613EE3">
        <w:rPr>
          <w:rFonts w:ascii="微軟正黑體" w:eastAsia="微軟正黑體" w:hAnsi="微軟正黑體" w:hint="eastAsia"/>
          <w:b/>
          <w:bCs/>
          <w:sz w:val="24"/>
          <w:szCs w:val="24"/>
          <w:lang w:eastAsia="zh-TW"/>
        </w:rPr>
        <w:lastRenderedPageBreak/>
        <w:t>附件二之四</w:t>
      </w:r>
      <w:r w:rsidRPr="00613EE3">
        <w:rPr>
          <w:rFonts w:ascii="微軟正黑體" w:eastAsia="微軟正黑體" w:hAnsi="微軟正黑體"/>
          <w:b/>
          <w:bCs/>
          <w:sz w:val="24"/>
          <w:szCs w:val="24"/>
          <w:lang w:eastAsia="zh-TW"/>
        </w:rPr>
        <w:t xml:space="preserve"> </w:t>
      </w:r>
      <w:r w:rsidRPr="00613EE3">
        <w:rPr>
          <w:rFonts w:ascii="微軟正黑體" w:eastAsia="微軟正黑體" w:hAnsi="微軟正黑體" w:hint="eastAsia"/>
          <w:b/>
          <w:bCs/>
          <w:sz w:val="24"/>
          <w:szCs w:val="24"/>
          <w:lang w:eastAsia="zh-TW"/>
        </w:rPr>
        <w:t>綜合評審評分表</w:t>
      </w:r>
      <w:bookmarkEnd w:id="25"/>
    </w:p>
    <w:p w14:paraId="26B6CB59" w14:textId="0E6F0668" w:rsidR="00166305" w:rsidRPr="00E465F5" w:rsidRDefault="00166305" w:rsidP="005F2F4F">
      <w:pPr>
        <w:spacing w:beforeLines="50" w:before="120" w:after="0" w:line="240" w:lineRule="auto"/>
        <w:jc w:val="center"/>
        <w:rPr>
          <w:rFonts w:ascii="微軟正黑體" w:eastAsia="微軟正黑體" w:hAnsi="微軟正黑體"/>
          <w:b/>
          <w:bCs/>
          <w:lang w:eastAsia="zh-TW"/>
        </w:rPr>
      </w:pPr>
      <w:r w:rsidRPr="00E465F5">
        <w:rPr>
          <w:rFonts w:ascii="微軟正黑體" w:eastAsia="微軟正黑體" w:hAnsi="微軟正黑體" w:hint="eastAsia"/>
          <w:b/>
          <w:bCs/>
          <w:lang w:eastAsia="zh-TW"/>
        </w:rPr>
        <w:t>「高雄市資源回收細分類廠有償BTO+BOT案」綜合評審評分表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4974"/>
        <w:gridCol w:w="1053"/>
        <w:gridCol w:w="2492"/>
        <w:gridCol w:w="2492"/>
        <w:gridCol w:w="2489"/>
      </w:tblGrid>
      <w:tr w:rsidR="005F2F4F" w:rsidRPr="009C0FA9" w14:paraId="1E7EC24C" w14:textId="77777777" w:rsidTr="00E465F5">
        <w:trPr>
          <w:trHeight w:val="85"/>
          <w:jc w:val="center"/>
        </w:trPr>
        <w:tc>
          <w:tcPr>
            <w:tcW w:w="309" w:type="pct"/>
            <w:vAlign w:val="center"/>
          </w:tcPr>
          <w:p w14:paraId="4DA3EC53" w14:textId="6B44FC80" w:rsidR="00166305" w:rsidRPr="009C0FA9" w:rsidRDefault="00166305" w:rsidP="005F2F4F">
            <w:pPr>
              <w:spacing w:after="0" w:line="240" w:lineRule="atLeast"/>
              <w:jc w:val="center"/>
              <w:rPr>
                <w:rFonts w:ascii="微軟正黑體" w:eastAsia="微軟正黑體" w:hAnsi="微軟正黑體"/>
                <w:sz w:val="28"/>
                <w:szCs w:val="28"/>
              </w:rPr>
            </w:pPr>
            <w:r w:rsidRPr="009C0FA9">
              <w:rPr>
                <w:rFonts w:ascii="微軟正黑體" w:eastAsia="微軟正黑體" w:hAnsi="微軟正黑體" w:hint="eastAsia"/>
                <w:sz w:val="28"/>
                <w:szCs w:val="28"/>
              </w:rPr>
              <w:t>項次</w:t>
            </w:r>
          </w:p>
        </w:tc>
        <w:tc>
          <w:tcPr>
            <w:tcW w:w="1728" w:type="pct"/>
            <w:vAlign w:val="center"/>
          </w:tcPr>
          <w:p w14:paraId="24AE0193" w14:textId="07F0A328" w:rsidR="00166305" w:rsidRPr="009C0FA9" w:rsidRDefault="00166305" w:rsidP="005F2F4F">
            <w:pPr>
              <w:spacing w:after="0" w:line="240" w:lineRule="atLeast"/>
              <w:jc w:val="center"/>
              <w:rPr>
                <w:rFonts w:ascii="微軟正黑體" w:eastAsia="微軟正黑體" w:hAnsi="微軟正黑體"/>
                <w:sz w:val="28"/>
                <w:szCs w:val="28"/>
              </w:rPr>
            </w:pPr>
            <w:r w:rsidRPr="009C0FA9">
              <w:rPr>
                <w:rFonts w:ascii="微軟正黑體" w:eastAsia="微軟正黑體" w:hAnsi="微軟正黑體" w:hint="eastAsia"/>
                <w:sz w:val="28"/>
                <w:szCs w:val="28"/>
              </w:rPr>
              <w:t>項目</w:t>
            </w:r>
          </w:p>
        </w:tc>
        <w:tc>
          <w:tcPr>
            <w:tcW w:w="366" w:type="pct"/>
            <w:vAlign w:val="center"/>
          </w:tcPr>
          <w:p w14:paraId="2DEACD88" w14:textId="5D5FDB40" w:rsidR="00166305" w:rsidRPr="009C0FA9" w:rsidRDefault="00166305" w:rsidP="005F2F4F">
            <w:pPr>
              <w:spacing w:after="0" w:line="240" w:lineRule="atLeast"/>
              <w:jc w:val="center"/>
              <w:rPr>
                <w:rFonts w:ascii="微軟正黑體" w:eastAsia="微軟正黑體" w:hAnsi="微軟正黑體"/>
                <w:sz w:val="28"/>
                <w:szCs w:val="28"/>
              </w:rPr>
            </w:pPr>
            <w:r w:rsidRPr="009C0FA9">
              <w:rPr>
                <w:rFonts w:ascii="微軟正黑體" w:eastAsia="微軟正黑體" w:hAnsi="微軟正黑體" w:hint="eastAsia"/>
                <w:sz w:val="28"/>
                <w:szCs w:val="28"/>
              </w:rPr>
              <w:t>配分</w:t>
            </w:r>
          </w:p>
        </w:tc>
        <w:tc>
          <w:tcPr>
            <w:tcW w:w="866" w:type="pct"/>
            <w:vAlign w:val="center"/>
          </w:tcPr>
          <w:p w14:paraId="427F1A93" w14:textId="1877259E" w:rsidR="00166305" w:rsidRPr="009C0FA9" w:rsidRDefault="00166305" w:rsidP="005F2F4F">
            <w:pPr>
              <w:spacing w:after="0" w:line="240" w:lineRule="atLeast"/>
              <w:jc w:val="center"/>
              <w:rPr>
                <w:rFonts w:ascii="微軟正黑體" w:eastAsia="微軟正黑體" w:hAnsi="微軟正黑體"/>
                <w:sz w:val="28"/>
                <w:szCs w:val="28"/>
              </w:rPr>
            </w:pPr>
            <w:r w:rsidRPr="009C0FA9">
              <w:rPr>
                <w:rFonts w:ascii="微軟正黑體" w:eastAsia="微軟正黑體" w:hAnsi="微軟正黑體" w:hint="eastAsia"/>
                <w:sz w:val="28"/>
                <w:szCs w:val="28"/>
              </w:rPr>
              <w:t>合格申請人</w:t>
            </w:r>
            <w:r w:rsidRPr="009C0FA9">
              <w:rPr>
                <w:rFonts w:ascii="微軟正黑體" w:eastAsia="微軟正黑體" w:hAnsi="微軟正黑體"/>
                <w:sz w:val="28"/>
                <w:szCs w:val="28"/>
              </w:rPr>
              <w:t>1</w:t>
            </w:r>
          </w:p>
        </w:tc>
        <w:tc>
          <w:tcPr>
            <w:tcW w:w="866" w:type="pct"/>
            <w:vAlign w:val="center"/>
          </w:tcPr>
          <w:p w14:paraId="212B5FC2" w14:textId="77777777" w:rsidR="00166305" w:rsidRPr="009C0FA9" w:rsidRDefault="00166305" w:rsidP="005F2F4F">
            <w:pPr>
              <w:spacing w:after="0" w:line="240" w:lineRule="atLeast"/>
              <w:jc w:val="center"/>
              <w:rPr>
                <w:rFonts w:ascii="微軟正黑體" w:eastAsia="微軟正黑體" w:hAnsi="微軟正黑體"/>
                <w:sz w:val="28"/>
                <w:szCs w:val="28"/>
              </w:rPr>
            </w:pPr>
            <w:r w:rsidRPr="009C0FA9">
              <w:rPr>
                <w:rFonts w:ascii="微軟正黑體" w:eastAsia="微軟正黑體" w:hAnsi="微軟正黑體" w:hint="eastAsia"/>
                <w:sz w:val="28"/>
                <w:szCs w:val="28"/>
              </w:rPr>
              <w:t>合格申請人2</w:t>
            </w:r>
          </w:p>
        </w:tc>
        <w:tc>
          <w:tcPr>
            <w:tcW w:w="865" w:type="pct"/>
            <w:vAlign w:val="center"/>
          </w:tcPr>
          <w:p w14:paraId="18054D9A" w14:textId="77777777" w:rsidR="00166305" w:rsidRPr="009C0FA9" w:rsidRDefault="00166305" w:rsidP="005F2F4F">
            <w:pPr>
              <w:spacing w:after="0" w:line="240" w:lineRule="atLeast"/>
              <w:jc w:val="center"/>
              <w:rPr>
                <w:rFonts w:ascii="微軟正黑體" w:eastAsia="微軟正黑體" w:hAnsi="微軟正黑體"/>
                <w:sz w:val="28"/>
                <w:szCs w:val="28"/>
              </w:rPr>
            </w:pPr>
            <w:r w:rsidRPr="009C0FA9">
              <w:rPr>
                <w:rFonts w:ascii="微軟正黑體" w:eastAsia="微軟正黑體" w:hAnsi="微軟正黑體" w:hint="eastAsia"/>
                <w:sz w:val="28"/>
                <w:szCs w:val="28"/>
              </w:rPr>
              <w:t>合格申請人3</w:t>
            </w:r>
          </w:p>
        </w:tc>
      </w:tr>
      <w:tr w:rsidR="005F2F4F" w:rsidRPr="009C0FA9" w14:paraId="364CB6CD" w14:textId="77777777" w:rsidTr="00E465F5">
        <w:trPr>
          <w:trHeight w:val="85"/>
          <w:jc w:val="center"/>
        </w:trPr>
        <w:tc>
          <w:tcPr>
            <w:tcW w:w="309" w:type="pct"/>
            <w:vAlign w:val="center"/>
          </w:tcPr>
          <w:p w14:paraId="7FF09DAB" w14:textId="1B81FAB3" w:rsidR="00166305" w:rsidRPr="009C0FA9" w:rsidRDefault="00166305" w:rsidP="005F2F4F">
            <w:pPr>
              <w:spacing w:after="0" w:line="240" w:lineRule="atLeast"/>
              <w:ind w:left="283" w:hangingChars="101" w:hanging="283"/>
              <w:jc w:val="center"/>
              <w:rPr>
                <w:rFonts w:ascii="微軟正黑體" w:eastAsia="微軟正黑體" w:hAnsi="微軟正黑體"/>
                <w:sz w:val="28"/>
                <w:szCs w:val="28"/>
              </w:rPr>
            </w:pPr>
            <w:r w:rsidRPr="009C0FA9">
              <w:rPr>
                <w:rFonts w:ascii="微軟正黑體" w:eastAsia="微軟正黑體" w:hAnsi="微軟正黑體" w:hint="eastAsia"/>
                <w:sz w:val="28"/>
                <w:szCs w:val="28"/>
              </w:rPr>
              <w:t>1</w:t>
            </w:r>
          </w:p>
        </w:tc>
        <w:tc>
          <w:tcPr>
            <w:tcW w:w="1728" w:type="pct"/>
          </w:tcPr>
          <w:p w14:paraId="4CDDB4F0" w14:textId="66CA5EB7" w:rsidR="00166305" w:rsidRPr="009C0FA9" w:rsidRDefault="00166305">
            <w:pPr>
              <w:spacing w:after="0" w:line="240" w:lineRule="atLeast"/>
              <w:rPr>
                <w:rFonts w:ascii="微軟正黑體" w:eastAsia="微軟正黑體" w:hAnsi="微軟正黑體"/>
                <w:sz w:val="28"/>
                <w:szCs w:val="28"/>
                <w:lang w:eastAsia="zh-TW"/>
              </w:rPr>
            </w:pPr>
            <w:r w:rsidRPr="009C0FA9">
              <w:rPr>
                <w:rFonts w:ascii="微軟正黑體" w:eastAsia="微軟正黑體" w:hAnsi="微軟正黑體" w:hint="eastAsia"/>
                <w:sz w:val="28"/>
                <w:szCs w:val="28"/>
                <w:lang w:eastAsia="zh-TW"/>
              </w:rPr>
              <w:t>申請團隊約能力與實績</w:t>
            </w:r>
          </w:p>
        </w:tc>
        <w:tc>
          <w:tcPr>
            <w:tcW w:w="366" w:type="pct"/>
          </w:tcPr>
          <w:p w14:paraId="3A51B817" w14:textId="565C0C1E" w:rsidR="00166305" w:rsidRPr="009C0FA9" w:rsidRDefault="00166305">
            <w:pPr>
              <w:spacing w:after="0" w:line="240" w:lineRule="atLeast"/>
              <w:jc w:val="center"/>
              <w:rPr>
                <w:rFonts w:ascii="微軟正黑體" w:eastAsia="微軟正黑體" w:hAnsi="微軟正黑體"/>
                <w:sz w:val="28"/>
                <w:szCs w:val="28"/>
                <w:lang w:eastAsia="zh-CN"/>
              </w:rPr>
            </w:pPr>
            <w:r w:rsidRPr="009C0FA9">
              <w:rPr>
                <w:rFonts w:ascii="微軟正黑體" w:eastAsia="微軟正黑體" w:hAnsi="微軟正黑體" w:hint="eastAsia"/>
                <w:sz w:val="28"/>
                <w:szCs w:val="28"/>
              </w:rPr>
              <w:t>2</w:t>
            </w:r>
            <w:r w:rsidRPr="009C0FA9">
              <w:rPr>
                <w:rFonts w:ascii="微軟正黑體" w:eastAsia="微軟正黑體" w:hAnsi="微軟正黑體" w:hint="eastAsia"/>
                <w:sz w:val="28"/>
                <w:szCs w:val="28"/>
                <w:lang w:eastAsia="zh-CN"/>
              </w:rPr>
              <w:t>5</w:t>
            </w:r>
          </w:p>
        </w:tc>
        <w:tc>
          <w:tcPr>
            <w:tcW w:w="866" w:type="pct"/>
            <w:vAlign w:val="center"/>
          </w:tcPr>
          <w:p w14:paraId="707332ED" w14:textId="23DB978D" w:rsidR="00166305" w:rsidRPr="009C0FA9" w:rsidRDefault="00166305" w:rsidP="005F2F4F">
            <w:pPr>
              <w:spacing w:after="0" w:line="240" w:lineRule="atLeast"/>
              <w:jc w:val="center"/>
              <w:rPr>
                <w:rFonts w:ascii="微軟正黑體" w:eastAsia="微軟正黑體" w:hAnsi="微軟正黑體"/>
                <w:sz w:val="28"/>
                <w:szCs w:val="28"/>
              </w:rPr>
            </w:pPr>
          </w:p>
        </w:tc>
        <w:tc>
          <w:tcPr>
            <w:tcW w:w="866" w:type="pct"/>
            <w:vAlign w:val="center"/>
          </w:tcPr>
          <w:p w14:paraId="0E75A2D7" w14:textId="77777777" w:rsidR="00166305" w:rsidRPr="009C0FA9" w:rsidRDefault="00166305" w:rsidP="005F2F4F">
            <w:pPr>
              <w:spacing w:after="0" w:line="240" w:lineRule="atLeast"/>
              <w:jc w:val="center"/>
              <w:rPr>
                <w:rFonts w:ascii="微軟正黑體" w:eastAsia="微軟正黑體" w:hAnsi="微軟正黑體"/>
                <w:sz w:val="28"/>
                <w:szCs w:val="28"/>
              </w:rPr>
            </w:pPr>
          </w:p>
        </w:tc>
        <w:tc>
          <w:tcPr>
            <w:tcW w:w="865" w:type="pct"/>
            <w:vAlign w:val="center"/>
          </w:tcPr>
          <w:p w14:paraId="51F4C595" w14:textId="77777777" w:rsidR="00166305" w:rsidRPr="009C0FA9" w:rsidRDefault="00166305" w:rsidP="005F2F4F">
            <w:pPr>
              <w:spacing w:after="0" w:line="240" w:lineRule="atLeast"/>
              <w:jc w:val="center"/>
              <w:rPr>
                <w:rFonts w:ascii="微軟正黑體" w:eastAsia="微軟正黑體" w:hAnsi="微軟正黑體"/>
                <w:sz w:val="28"/>
                <w:szCs w:val="28"/>
              </w:rPr>
            </w:pPr>
          </w:p>
        </w:tc>
      </w:tr>
      <w:tr w:rsidR="005F2F4F" w:rsidRPr="009C0FA9" w14:paraId="45A544CC" w14:textId="77777777" w:rsidTr="00E465F5">
        <w:trPr>
          <w:jc w:val="center"/>
        </w:trPr>
        <w:tc>
          <w:tcPr>
            <w:tcW w:w="309" w:type="pct"/>
            <w:vAlign w:val="center"/>
          </w:tcPr>
          <w:p w14:paraId="380DAFDD" w14:textId="647B6623" w:rsidR="00166305" w:rsidRPr="009C0FA9" w:rsidRDefault="00166305" w:rsidP="005F2F4F">
            <w:pPr>
              <w:spacing w:after="0" w:line="240" w:lineRule="atLeast"/>
              <w:jc w:val="center"/>
              <w:rPr>
                <w:rFonts w:ascii="微軟正黑體" w:eastAsia="微軟正黑體" w:hAnsi="微軟正黑體"/>
                <w:sz w:val="28"/>
                <w:szCs w:val="28"/>
              </w:rPr>
            </w:pPr>
            <w:r w:rsidRPr="009C0FA9">
              <w:rPr>
                <w:rFonts w:ascii="微軟正黑體" w:eastAsia="微軟正黑體" w:hAnsi="微軟正黑體" w:hint="eastAsia"/>
                <w:sz w:val="28"/>
                <w:szCs w:val="28"/>
              </w:rPr>
              <w:t>2</w:t>
            </w:r>
          </w:p>
        </w:tc>
        <w:tc>
          <w:tcPr>
            <w:tcW w:w="1728" w:type="pct"/>
          </w:tcPr>
          <w:p w14:paraId="00207F84" w14:textId="3FBEEAF9" w:rsidR="00166305" w:rsidRPr="009C0FA9" w:rsidRDefault="00166305">
            <w:pPr>
              <w:spacing w:after="0" w:line="240" w:lineRule="atLeast"/>
              <w:rPr>
                <w:rFonts w:ascii="微軟正黑體" w:eastAsia="微軟正黑體" w:hAnsi="微軟正黑體"/>
                <w:sz w:val="28"/>
                <w:szCs w:val="28"/>
              </w:rPr>
            </w:pPr>
            <w:r w:rsidRPr="009C0FA9">
              <w:rPr>
                <w:rFonts w:ascii="微軟正黑體" w:eastAsia="微軟正黑體" w:hAnsi="微軟正黑體" w:hint="eastAsia"/>
                <w:sz w:val="28"/>
                <w:szCs w:val="28"/>
              </w:rPr>
              <w:t>興建計畫</w:t>
            </w:r>
          </w:p>
        </w:tc>
        <w:tc>
          <w:tcPr>
            <w:tcW w:w="366" w:type="pct"/>
          </w:tcPr>
          <w:p w14:paraId="4309FB2C" w14:textId="121C0475" w:rsidR="00166305" w:rsidRPr="009C0FA9" w:rsidRDefault="00166305">
            <w:pPr>
              <w:spacing w:after="0" w:line="240" w:lineRule="atLeast"/>
              <w:jc w:val="center"/>
              <w:rPr>
                <w:rFonts w:ascii="微軟正黑體" w:eastAsia="微軟正黑體" w:hAnsi="微軟正黑體"/>
                <w:sz w:val="28"/>
                <w:szCs w:val="28"/>
                <w:lang w:eastAsia="zh-CN"/>
              </w:rPr>
            </w:pPr>
            <w:r w:rsidRPr="009C0FA9">
              <w:rPr>
                <w:rFonts w:ascii="微軟正黑體" w:eastAsia="微軟正黑體" w:hAnsi="微軟正黑體" w:hint="eastAsia"/>
                <w:sz w:val="28"/>
                <w:szCs w:val="28"/>
                <w:lang w:eastAsia="zh-CN"/>
              </w:rPr>
              <w:t>15</w:t>
            </w:r>
          </w:p>
        </w:tc>
        <w:tc>
          <w:tcPr>
            <w:tcW w:w="866" w:type="pct"/>
            <w:vAlign w:val="center"/>
          </w:tcPr>
          <w:p w14:paraId="79C89057" w14:textId="6C102936" w:rsidR="00166305" w:rsidRPr="009C0FA9" w:rsidRDefault="00166305" w:rsidP="005F2F4F">
            <w:pPr>
              <w:spacing w:after="0" w:line="240" w:lineRule="atLeast"/>
              <w:jc w:val="center"/>
              <w:rPr>
                <w:rFonts w:ascii="微軟正黑體" w:eastAsia="微軟正黑體" w:hAnsi="微軟正黑體"/>
                <w:sz w:val="28"/>
                <w:szCs w:val="28"/>
              </w:rPr>
            </w:pPr>
          </w:p>
        </w:tc>
        <w:tc>
          <w:tcPr>
            <w:tcW w:w="866" w:type="pct"/>
            <w:vAlign w:val="center"/>
          </w:tcPr>
          <w:p w14:paraId="1E564BF3" w14:textId="77777777" w:rsidR="00166305" w:rsidRPr="009C0FA9" w:rsidRDefault="00166305" w:rsidP="005F2F4F">
            <w:pPr>
              <w:spacing w:after="0" w:line="240" w:lineRule="atLeast"/>
              <w:jc w:val="center"/>
              <w:rPr>
                <w:rFonts w:ascii="微軟正黑體" w:eastAsia="微軟正黑體" w:hAnsi="微軟正黑體"/>
                <w:sz w:val="28"/>
                <w:szCs w:val="28"/>
              </w:rPr>
            </w:pPr>
          </w:p>
        </w:tc>
        <w:tc>
          <w:tcPr>
            <w:tcW w:w="865" w:type="pct"/>
            <w:vAlign w:val="center"/>
          </w:tcPr>
          <w:p w14:paraId="6FAC722E" w14:textId="77777777" w:rsidR="00166305" w:rsidRPr="009C0FA9" w:rsidRDefault="00166305" w:rsidP="005F2F4F">
            <w:pPr>
              <w:spacing w:after="0" w:line="240" w:lineRule="atLeast"/>
              <w:jc w:val="center"/>
              <w:rPr>
                <w:rFonts w:ascii="微軟正黑體" w:eastAsia="微軟正黑體" w:hAnsi="微軟正黑體"/>
                <w:sz w:val="28"/>
                <w:szCs w:val="28"/>
              </w:rPr>
            </w:pPr>
          </w:p>
        </w:tc>
      </w:tr>
      <w:tr w:rsidR="005F2F4F" w:rsidRPr="009C0FA9" w14:paraId="5F4F28A6" w14:textId="77777777" w:rsidTr="00E465F5">
        <w:trPr>
          <w:jc w:val="center"/>
        </w:trPr>
        <w:tc>
          <w:tcPr>
            <w:tcW w:w="309" w:type="pct"/>
            <w:vAlign w:val="center"/>
          </w:tcPr>
          <w:p w14:paraId="704D2A23" w14:textId="6D0A46FF" w:rsidR="00166305" w:rsidRPr="009C0FA9" w:rsidRDefault="00166305" w:rsidP="005F2F4F">
            <w:pPr>
              <w:spacing w:after="0" w:line="240" w:lineRule="atLeast"/>
              <w:jc w:val="center"/>
              <w:rPr>
                <w:rFonts w:ascii="微軟正黑體" w:eastAsia="微軟正黑體" w:hAnsi="微軟正黑體"/>
                <w:sz w:val="28"/>
                <w:szCs w:val="28"/>
              </w:rPr>
            </w:pPr>
            <w:r w:rsidRPr="009C0FA9">
              <w:rPr>
                <w:rFonts w:ascii="微軟正黑體" w:eastAsia="微軟正黑體" w:hAnsi="微軟正黑體" w:hint="eastAsia"/>
                <w:sz w:val="28"/>
                <w:szCs w:val="28"/>
              </w:rPr>
              <w:t>3</w:t>
            </w:r>
          </w:p>
        </w:tc>
        <w:tc>
          <w:tcPr>
            <w:tcW w:w="1728" w:type="pct"/>
          </w:tcPr>
          <w:p w14:paraId="5B566D5C" w14:textId="15653A1E" w:rsidR="00166305" w:rsidRPr="009C0FA9" w:rsidRDefault="00166305">
            <w:pPr>
              <w:spacing w:after="0" w:line="240" w:lineRule="atLeast"/>
              <w:rPr>
                <w:rFonts w:ascii="微軟正黑體" w:eastAsia="微軟正黑體" w:hAnsi="微軟正黑體"/>
                <w:sz w:val="28"/>
                <w:szCs w:val="28"/>
              </w:rPr>
            </w:pPr>
            <w:r w:rsidRPr="009C0FA9">
              <w:rPr>
                <w:rFonts w:ascii="微軟正黑體" w:eastAsia="微軟正黑體" w:hAnsi="微軟正黑體" w:hint="eastAsia"/>
                <w:sz w:val="28"/>
                <w:szCs w:val="28"/>
              </w:rPr>
              <w:t>營運計畫</w:t>
            </w:r>
          </w:p>
        </w:tc>
        <w:tc>
          <w:tcPr>
            <w:tcW w:w="366" w:type="pct"/>
          </w:tcPr>
          <w:p w14:paraId="18F6DE09" w14:textId="3BB0734D" w:rsidR="00166305" w:rsidRPr="009C0FA9" w:rsidRDefault="00166305">
            <w:pPr>
              <w:spacing w:after="0" w:line="240" w:lineRule="atLeast"/>
              <w:jc w:val="center"/>
              <w:rPr>
                <w:rFonts w:ascii="微軟正黑體" w:eastAsia="微軟正黑體" w:hAnsi="微軟正黑體"/>
                <w:sz w:val="28"/>
                <w:szCs w:val="28"/>
                <w:lang w:eastAsia="zh-CN"/>
              </w:rPr>
            </w:pPr>
            <w:r w:rsidRPr="009C0FA9">
              <w:rPr>
                <w:rFonts w:ascii="微軟正黑體" w:eastAsia="微軟正黑體" w:hAnsi="微軟正黑體" w:hint="eastAsia"/>
                <w:sz w:val="28"/>
                <w:szCs w:val="28"/>
                <w:lang w:eastAsia="zh-CN"/>
              </w:rPr>
              <w:t>20</w:t>
            </w:r>
          </w:p>
        </w:tc>
        <w:tc>
          <w:tcPr>
            <w:tcW w:w="866" w:type="pct"/>
            <w:vAlign w:val="center"/>
          </w:tcPr>
          <w:p w14:paraId="1DAE4AF3" w14:textId="70F598E1" w:rsidR="00166305" w:rsidRPr="009C0FA9" w:rsidRDefault="00166305" w:rsidP="005F2F4F">
            <w:pPr>
              <w:spacing w:after="0" w:line="240" w:lineRule="atLeast"/>
              <w:jc w:val="center"/>
              <w:rPr>
                <w:rFonts w:ascii="微軟正黑體" w:eastAsia="微軟正黑體" w:hAnsi="微軟正黑體"/>
                <w:sz w:val="28"/>
                <w:szCs w:val="28"/>
              </w:rPr>
            </w:pPr>
          </w:p>
        </w:tc>
        <w:tc>
          <w:tcPr>
            <w:tcW w:w="866" w:type="pct"/>
            <w:vAlign w:val="center"/>
          </w:tcPr>
          <w:p w14:paraId="427E0EAA" w14:textId="77777777" w:rsidR="00166305" w:rsidRPr="009C0FA9" w:rsidRDefault="00166305" w:rsidP="005F2F4F">
            <w:pPr>
              <w:spacing w:after="0" w:line="240" w:lineRule="atLeast"/>
              <w:jc w:val="center"/>
              <w:rPr>
                <w:rFonts w:ascii="微軟正黑體" w:eastAsia="微軟正黑體" w:hAnsi="微軟正黑體"/>
                <w:sz w:val="28"/>
                <w:szCs w:val="28"/>
              </w:rPr>
            </w:pPr>
          </w:p>
        </w:tc>
        <w:tc>
          <w:tcPr>
            <w:tcW w:w="865" w:type="pct"/>
            <w:vAlign w:val="center"/>
          </w:tcPr>
          <w:p w14:paraId="7905670C" w14:textId="77777777" w:rsidR="00166305" w:rsidRPr="009C0FA9" w:rsidRDefault="00166305" w:rsidP="005F2F4F">
            <w:pPr>
              <w:spacing w:after="0" w:line="240" w:lineRule="atLeast"/>
              <w:jc w:val="center"/>
              <w:rPr>
                <w:rFonts w:ascii="微軟正黑體" w:eastAsia="微軟正黑體" w:hAnsi="微軟正黑體"/>
                <w:sz w:val="28"/>
                <w:szCs w:val="28"/>
              </w:rPr>
            </w:pPr>
          </w:p>
        </w:tc>
      </w:tr>
      <w:tr w:rsidR="005F2F4F" w:rsidRPr="009C0FA9" w14:paraId="4EFBB6FA" w14:textId="77777777" w:rsidTr="00E465F5">
        <w:trPr>
          <w:jc w:val="center"/>
        </w:trPr>
        <w:tc>
          <w:tcPr>
            <w:tcW w:w="309" w:type="pct"/>
            <w:vAlign w:val="center"/>
          </w:tcPr>
          <w:p w14:paraId="7AD75AB8" w14:textId="3E528F43" w:rsidR="00166305" w:rsidRPr="009C0FA9" w:rsidRDefault="00166305" w:rsidP="005F2F4F">
            <w:pPr>
              <w:spacing w:after="0" w:line="240" w:lineRule="atLeast"/>
              <w:jc w:val="center"/>
              <w:rPr>
                <w:rFonts w:ascii="微軟正黑體" w:eastAsia="微軟正黑體" w:hAnsi="微軟正黑體"/>
                <w:sz w:val="28"/>
                <w:szCs w:val="28"/>
              </w:rPr>
            </w:pPr>
            <w:r w:rsidRPr="009C0FA9">
              <w:rPr>
                <w:rFonts w:ascii="微軟正黑體" w:eastAsia="微軟正黑體" w:hAnsi="微軟正黑體" w:hint="eastAsia"/>
                <w:sz w:val="28"/>
                <w:szCs w:val="28"/>
              </w:rPr>
              <w:t>4</w:t>
            </w:r>
          </w:p>
        </w:tc>
        <w:tc>
          <w:tcPr>
            <w:tcW w:w="1728" w:type="pct"/>
          </w:tcPr>
          <w:p w14:paraId="32C02CB2" w14:textId="67734C51" w:rsidR="00166305" w:rsidRPr="009C0FA9" w:rsidRDefault="00166305">
            <w:pPr>
              <w:spacing w:after="0" w:line="240" w:lineRule="atLeast"/>
              <w:rPr>
                <w:rFonts w:ascii="微軟正黑體" w:eastAsia="微軟正黑體" w:hAnsi="微軟正黑體"/>
                <w:sz w:val="28"/>
                <w:szCs w:val="28"/>
              </w:rPr>
            </w:pPr>
            <w:r w:rsidRPr="009C0FA9">
              <w:rPr>
                <w:rFonts w:ascii="微軟正黑體" w:eastAsia="微軟正黑體" w:hAnsi="微軟正黑體" w:hint="eastAsia"/>
                <w:sz w:val="28"/>
                <w:szCs w:val="28"/>
              </w:rPr>
              <w:t>財務計畫</w:t>
            </w:r>
          </w:p>
        </w:tc>
        <w:tc>
          <w:tcPr>
            <w:tcW w:w="366" w:type="pct"/>
          </w:tcPr>
          <w:p w14:paraId="04EE023B" w14:textId="7F95F177" w:rsidR="00166305" w:rsidRPr="009C0FA9" w:rsidRDefault="00166305">
            <w:pPr>
              <w:spacing w:after="0" w:line="240" w:lineRule="atLeast"/>
              <w:jc w:val="center"/>
              <w:rPr>
                <w:rFonts w:ascii="微軟正黑體" w:eastAsia="微軟正黑體" w:hAnsi="微軟正黑體"/>
                <w:sz w:val="28"/>
                <w:szCs w:val="28"/>
              </w:rPr>
            </w:pPr>
            <w:r w:rsidRPr="009C0FA9">
              <w:rPr>
                <w:rFonts w:ascii="微軟正黑體" w:eastAsia="微軟正黑體" w:hAnsi="微軟正黑體" w:hint="eastAsia"/>
                <w:sz w:val="28"/>
                <w:szCs w:val="28"/>
                <w:lang w:eastAsia="zh-CN"/>
              </w:rPr>
              <w:t>2</w:t>
            </w:r>
            <w:r w:rsidRPr="009C0FA9">
              <w:rPr>
                <w:rFonts w:ascii="微軟正黑體" w:eastAsia="微軟正黑體" w:hAnsi="微軟正黑體" w:hint="eastAsia"/>
                <w:sz w:val="28"/>
                <w:szCs w:val="28"/>
              </w:rPr>
              <w:t>5</w:t>
            </w:r>
          </w:p>
        </w:tc>
        <w:tc>
          <w:tcPr>
            <w:tcW w:w="866" w:type="pct"/>
            <w:vAlign w:val="center"/>
          </w:tcPr>
          <w:p w14:paraId="117F7937" w14:textId="51B0C121" w:rsidR="00166305" w:rsidRPr="009C0FA9" w:rsidRDefault="00166305" w:rsidP="005F2F4F">
            <w:pPr>
              <w:spacing w:after="0" w:line="240" w:lineRule="atLeast"/>
              <w:jc w:val="center"/>
              <w:rPr>
                <w:rFonts w:ascii="微軟正黑體" w:eastAsia="微軟正黑體" w:hAnsi="微軟正黑體"/>
                <w:sz w:val="28"/>
                <w:szCs w:val="28"/>
              </w:rPr>
            </w:pPr>
          </w:p>
        </w:tc>
        <w:tc>
          <w:tcPr>
            <w:tcW w:w="866" w:type="pct"/>
            <w:vAlign w:val="center"/>
          </w:tcPr>
          <w:p w14:paraId="6259F092" w14:textId="77777777" w:rsidR="00166305" w:rsidRPr="009C0FA9" w:rsidRDefault="00166305" w:rsidP="005F2F4F">
            <w:pPr>
              <w:spacing w:after="0" w:line="240" w:lineRule="atLeast"/>
              <w:jc w:val="center"/>
              <w:rPr>
                <w:rFonts w:ascii="微軟正黑體" w:eastAsia="微軟正黑體" w:hAnsi="微軟正黑體"/>
                <w:sz w:val="28"/>
                <w:szCs w:val="28"/>
              </w:rPr>
            </w:pPr>
          </w:p>
        </w:tc>
        <w:tc>
          <w:tcPr>
            <w:tcW w:w="865" w:type="pct"/>
            <w:vAlign w:val="center"/>
          </w:tcPr>
          <w:p w14:paraId="2F6EF6B8" w14:textId="77777777" w:rsidR="00166305" w:rsidRPr="009C0FA9" w:rsidRDefault="00166305" w:rsidP="005F2F4F">
            <w:pPr>
              <w:spacing w:after="0" w:line="240" w:lineRule="atLeast"/>
              <w:jc w:val="center"/>
              <w:rPr>
                <w:rFonts w:ascii="微軟正黑體" w:eastAsia="微軟正黑體" w:hAnsi="微軟正黑體"/>
                <w:sz w:val="28"/>
                <w:szCs w:val="28"/>
              </w:rPr>
            </w:pPr>
          </w:p>
        </w:tc>
      </w:tr>
      <w:tr w:rsidR="005F2F4F" w:rsidRPr="009C0FA9" w14:paraId="29685764" w14:textId="77777777" w:rsidTr="00E465F5">
        <w:trPr>
          <w:jc w:val="center"/>
        </w:trPr>
        <w:tc>
          <w:tcPr>
            <w:tcW w:w="309" w:type="pct"/>
            <w:vAlign w:val="center"/>
          </w:tcPr>
          <w:p w14:paraId="498927FC" w14:textId="3C0E8F60" w:rsidR="00166305" w:rsidRPr="009C0FA9" w:rsidRDefault="00166305" w:rsidP="005F2F4F">
            <w:pPr>
              <w:spacing w:after="0" w:line="240" w:lineRule="atLeast"/>
              <w:jc w:val="center"/>
              <w:rPr>
                <w:rFonts w:ascii="微軟正黑體" w:eastAsia="微軟正黑體" w:hAnsi="微軟正黑體"/>
                <w:sz w:val="28"/>
                <w:szCs w:val="28"/>
                <w:lang w:eastAsia="zh-CN"/>
              </w:rPr>
            </w:pPr>
            <w:r w:rsidRPr="009C0FA9">
              <w:rPr>
                <w:rFonts w:ascii="微軟正黑體" w:eastAsia="微軟正黑體" w:hAnsi="微軟正黑體" w:hint="eastAsia"/>
                <w:sz w:val="28"/>
                <w:szCs w:val="28"/>
                <w:lang w:eastAsia="zh-CN"/>
              </w:rPr>
              <w:t>5</w:t>
            </w:r>
          </w:p>
        </w:tc>
        <w:tc>
          <w:tcPr>
            <w:tcW w:w="1728" w:type="pct"/>
          </w:tcPr>
          <w:p w14:paraId="2DCFCFA8" w14:textId="3597F4A9" w:rsidR="00166305" w:rsidRPr="009C0FA9" w:rsidRDefault="00166305">
            <w:pPr>
              <w:spacing w:after="0" w:line="240" w:lineRule="atLeast"/>
              <w:rPr>
                <w:rFonts w:ascii="微軟正黑體" w:eastAsia="微軟正黑體" w:hAnsi="微軟正黑體"/>
                <w:sz w:val="28"/>
                <w:szCs w:val="28"/>
                <w:lang w:eastAsia="zh-TW"/>
              </w:rPr>
            </w:pPr>
            <w:r w:rsidRPr="009C0FA9">
              <w:rPr>
                <w:rFonts w:ascii="微軟正黑體" w:eastAsia="微軟正黑體" w:hAnsi="微軟正黑體" w:hint="eastAsia"/>
                <w:sz w:val="28"/>
                <w:szCs w:val="28"/>
                <w:lang w:eastAsia="zh-TW"/>
              </w:rPr>
              <w:t>創意回饋及其他建議事項</w:t>
            </w:r>
          </w:p>
        </w:tc>
        <w:tc>
          <w:tcPr>
            <w:tcW w:w="366" w:type="pct"/>
          </w:tcPr>
          <w:p w14:paraId="0AB9E1DE" w14:textId="39E79D3E" w:rsidR="00166305" w:rsidRPr="009C0FA9" w:rsidRDefault="00166305">
            <w:pPr>
              <w:spacing w:after="0" w:line="240" w:lineRule="atLeast"/>
              <w:jc w:val="center"/>
              <w:rPr>
                <w:rFonts w:ascii="微軟正黑體" w:eastAsia="微軟正黑體" w:hAnsi="微軟正黑體"/>
                <w:sz w:val="28"/>
                <w:szCs w:val="28"/>
                <w:lang w:eastAsia="zh-CN"/>
              </w:rPr>
            </w:pPr>
            <w:r w:rsidRPr="009C0FA9">
              <w:rPr>
                <w:rFonts w:ascii="微軟正黑體" w:eastAsia="微軟正黑體" w:hAnsi="微軟正黑體" w:hint="eastAsia"/>
                <w:sz w:val="28"/>
                <w:szCs w:val="28"/>
                <w:lang w:eastAsia="zh-CN"/>
              </w:rPr>
              <w:t>10</w:t>
            </w:r>
          </w:p>
        </w:tc>
        <w:tc>
          <w:tcPr>
            <w:tcW w:w="866" w:type="pct"/>
            <w:vAlign w:val="center"/>
          </w:tcPr>
          <w:p w14:paraId="185E2318" w14:textId="01829C7C" w:rsidR="00166305" w:rsidRPr="009C0FA9" w:rsidRDefault="00166305" w:rsidP="005F2F4F">
            <w:pPr>
              <w:spacing w:after="0" w:line="240" w:lineRule="atLeast"/>
              <w:jc w:val="center"/>
              <w:rPr>
                <w:rFonts w:ascii="微軟正黑體" w:eastAsia="微軟正黑體" w:hAnsi="微軟正黑體"/>
                <w:sz w:val="28"/>
                <w:szCs w:val="28"/>
              </w:rPr>
            </w:pPr>
          </w:p>
        </w:tc>
        <w:tc>
          <w:tcPr>
            <w:tcW w:w="866" w:type="pct"/>
            <w:vAlign w:val="center"/>
          </w:tcPr>
          <w:p w14:paraId="6E7518FF" w14:textId="77777777" w:rsidR="00166305" w:rsidRPr="009C0FA9" w:rsidRDefault="00166305" w:rsidP="005F2F4F">
            <w:pPr>
              <w:spacing w:after="0" w:line="240" w:lineRule="atLeast"/>
              <w:jc w:val="center"/>
              <w:rPr>
                <w:rFonts w:ascii="微軟正黑體" w:eastAsia="微軟正黑體" w:hAnsi="微軟正黑體"/>
                <w:sz w:val="28"/>
                <w:szCs w:val="28"/>
              </w:rPr>
            </w:pPr>
          </w:p>
        </w:tc>
        <w:tc>
          <w:tcPr>
            <w:tcW w:w="865" w:type="pct"/>
            <w:vAlign w:val="center"/>
          </w:tcPr>
          <w:p w14:paraId="1D4CE134" w14:textId="77777777" w:rsidR="00166305" w:rsidRPr="009C0FA9" w:rsidRDefault="00166305" w:rsidP="005F2F4F">
            <w:pPr>
              <w:spacing w:after="0" w:line="240" w:lineRule="atLeast"/>
              <w:jc w:val="center"/>
              <w:rPr>
                <w:rFonts w:ascii="微軟正黑體" w:eastAsia="微軟正黑體" w:hAnsi="微軟正黑體"/>
                <w:sz w:val="28"/>
                <w:szCs w:val="28"/>
              </w:rPr>
            </w:pPr>
          </w:p>
        </w:tc>
      </w:tr>
      <w:tr w:rsidR="005F2F4F" w:rsidRPr="009C0FA9" w14:paraId="7763EE30" w14:textId="77777777" w:rsidTr="00E465F5">
        <w:trPr>
          <w:jc w:val="center"/>
        </w:trPr>
        <w:tc>
          <w:tcPr>
            <w:tcW w:w="309" w:type="pct"/>
            <w:vAlign w:val="center"/>
          </w:tcPr>
          <w:p w14:paraId="22ED6674" w14:textId="16F37149" w:rsidR="00166305" w:rsidRPr="009C0FA9" w:rsidRDefault="00166305" w:rsidP="005F2F4F">
            <w:pPr>
              <w:spacing w:after="0" w:line="240" w:lineRule="atLeast"/>
              <w:jc w:val="center"/>
              <w:rPr>
                <w:rFonts w:ascii="微軟正黑體" w:eastAsia="微軟正黑體" w:hAnsi="微軟正黑體"/>
                <w:sz w:val="28"/>
                <w:szCs w:val="28"/>
                <w:lang w:eastAsia="zh-CN"/>
              </w:rPr>
            </w:pPr>
            <w:r w:rsidRPr="009C0FA9">
              <w:rPr>
                <w:rFonts w:ascii="微軟正黑體" w:eastAsia="微軟正黑體" w:hAnsi="微軟正黑體" w:hint="eastAsia"/>
                <w:sz w:val="28"/>
                <w:szCs w:val="28"/>
                <w:lang w:eastAsia="zh-CN"/>
              </w:rPr>
              <w:t>6</w:t>
            </w:r>
          </w:p>
        </w:tc>
        <w:tc>
          <w:tcPr>
            <w:tcW w:w="1728" w:type="pct"/>
          </w:tcPr>
          <w:p w14:paraId="088042CA" w14:textId="2191C6F8" w:rsidR="00166305" w:rsidRPr="009C0FA9" w:rsidRDefault="00166305">
            <w:pPr>
              <w:spacing w:after="0" w:line="240" w:lineRule="atLeast"/>
              <w:rPr>
                <w:rFonts w:ascii="微軟正黑體" w:eastAsia="微軟正黑體" w:hAnsi="微軟正黑體"/>
                <w:sz w:val="28"/>
                <w:szCs w:val="28"/>
              </w:rPr>
            </w:pPr>
            <w:r w:rsidRPr="009C0FA9">
              <w:rPr>
                <w:rFonts w:ascii="微軟正黑體" w:eastAsia="微軟正黑體" w:hAnsi="微軟正黑體" w:hint="eastAsia"/>
                <w:sz w:val="28"/>
                <w:szCs w:val="28"/>
              </w:rPr>
              <w:t>簡報及答詢</w:t>
            </w:r>
          </w:p>
        </w:tc>
        <w:tc>
          <w:tcPr>
            <w:tcW w:w="366" w:type="pct"/>
          </w:tcPr>
          <w:p w14:paraId="56D984CF" w14:textId="2F22BC96" w:rsidR="00166305" w:rsidRPr="009C0FA9" w:rsidRDefault="00166305">
            <w:pPr>
              <w:spacing w:after="0" w:line="240" w:lineRule="atLeast"/>
              <w:jc w:val="center"/>
              <w:rPr>
                <w:rFonts w:ascii="微軟正黑體" w:eastAsia="微軟正黑體" w:hAnsi="微軟正黑體"/>
                <w:sz w:val="28"/>
                <w:szCs w:val="28"/>
                <w:lang w:eastAsia="zh-CN"/>
              </w:rPr>
            </w:pPr>
            <w:r w:rsidRPr="009C0FA9">
              <w:rPr>
                <w:rFonts w:ascii="微軟正黑體" w:eastAsia="微軟正黑體" w:hAnsi="微軟正黑體" w:hint="eastAsia"/>
                <w:sz w:val="28"/>
                <w:szCs w:val="28"/>
                <w:lang w:eastAsia="zh-CN"/>
              </w:rPr>
              <w:t>5</w:t>
            </w:r>
          </w:p>
        </w:tc>
        <w:tc>
          <w:tcPr>
            <w:tcW w:w="866" w:type="pct"/>
            <w:vAlign w:val="center"/>
          </w:tcPr>
          <w:p w14:paraId="3B8F0045" w14:textId="181ACA8F" w:rsidR="00166305" w:rsidRPr="009C0FA9" w:rsidRDefault="00166305" w:rsidP="005F2F4F">
            <w:pPr>
              <w:spacing w:after="0" w:line="240" w:lineRule="atLeast"/>
              <w:jc w:val="center"/>
              <w:rPr>
                <w:rFonts w:ascii="微軟正黑體" w:eastAsia="微軟正黑體" w:hAnsi="微軟正黑體"/>
                <w:sz w:val="28"/>
                <w:szCs w:val="28"/>
              </w:rPr>
            </w:pPr>
          </w:p>
        </w:tc>
        <w:tc>
          <w:tcPr>
            <w:tcW w:w="866" w:type="pct"/>
            <w:vAlign w:val="center"/>
          </w:tcPr>
          <w:p w14:paraId="780A3C71" w14:textId="77777777" w:rsidR="00166305" w:rsidRPr="009C0FA9" w:rsidRDefault="00166305" w:rsidP="005F2F4F">
            <w:pPr>
              <w:spacing w:after="0" w:line="240" w:lineRule="atLeast"/>
              <w:jc w:val="center"/>
              <w:rPr>
                <w:rFonts w:ascii="微軟正黑體" w:eastAsia="微軟正黑體" w:hAnsi="微軟正黑體"/>
                <w:sz w:val="28"/>
                <w:szCs w:val="28"/>
              </w:rPr>
            </w:pPr>
          </w:p>
        </w:tc>
        <w:tc>
          <w:tcPr>
            <w:tcW w:w="865" w:type="pct"/>
            <w:vAlign w:val="center"/>
          </w:tcPr>
          <w:p w14:paraId="3BBDB20A" w14:textId="77777777" w:rsidR="00166305" w:rsidRPr="009C0FA9" w:rsidRDefault="00166305" w:rsidP="005F2F4F">
            <w:pPr>
              <w:spacing w:after="0" w:line="240" w:lineRule="atLeast"/>
              <w:jc w:val="center"/>
              <w:rPr>
                <w:rFonts w:ascii="微軟正黑體" w:eastAsia="微軟正黑體" w:hAnsi="微軟正黑體"/>
                <w:sz w:val="28"/>
                <w:szCs w:val="28"/>
              </w:rPr>
            </w:pPr>
          </w:p>
        </w:tc>
      </w:tr>
      <w:tr w:rsidR="005F2F4F" w:rsidRPr="009C0FA9" w14:paraId="538331EF" w14:textId="77777777" w:rsidTr="00E465F5">
        <w:trPr>
          <w:jc w:val="center"/>
        </w:trPr>
        <w:tc>
          <w:tcPr>
            <w:tcW w:w="2037" w:type="pct"/>
            <w:gridSpan w:val="2"/>
            <w:vAlign w:val="center"/>
          </w:tcPr>
          <w:p w14:paraId="08152315" w14:textId="708AEE2F" w:rsidR="00166305" w:rsidRPr="009C0FA9" w:rsidRDefault="00166305" w:rsidP="005F2F4F">
            <w:pPr>
              <w:spacing w:after="0" w:line="240" w:lineRule="atLeast"/>
              <w:jc w:val="center"/>
              <w:rPr>
                <w:rFonts w:ascii="微軟正黑體" w:eastAsia="微軟正黑體" w:hAnsi="微軟正黑體"/>
                <w:sz w:val="28"/>
                <w:szCs w:val="28"/>
              </w:rPr>
            </w:pPr>
            <w:r w:rsidRPr="009C0FA9">
              <w:rPr>
                <w:rFonts w:ascii="微軟正黑體" w:eastAsia="微軟正黑體" w:hAnsi="微軟正黑體" w:hint="eastAsia"/>
                <w:sz w:val="28"/>
                <w:szCs w:val="28"/>
              </w:rPr>
              <w:t>總分</w:t>
            </w:r>
          </w:p>
        </w:tc>
        <w:tc>
          <w:tcPr>
            <w:tcW w:w="366" w:type="pct"/>
          </w:tcPr>
          <w:p w14:paraId="440DDD78" w14:textId="2BF81AEE" w:rsidR="00166305" w:rsidRPr="009C0FA9" w:rsidRDefault="00166305">
            <w:pPr>
              <w:spacing w:after="0" w:line="240" w:lineRule="atLeast"/>
              <w:jc w:val="center"/>
              <w:rPr>
                <w:rFonts w:ascii="微軟正黑體" w:eastAsia="微軟正黑體" w:hAnsi="微軟正黑體"/>
                <w:sz w:val="28"/>
                <w:szCs w:val="28"/>
              </w:rPr>
            </w:pPr>
            <w:r w:rsidRPr="009C0FA9">
              <w:rPr>
                <w:rFonts w:ascii="微軟正黑體" w:eastAsia="微軟正黑體" w:hAnsi="微軟正黑體" w:hint="eastAsia"/>
                <w:sz w:val="28"/>
                <w:szCs w:val="28"/>
              </w:rPr>
              <w:t>100</w:t>
            </w:r>
          </w:p>
        </w:tc>
        <w:tc>
          <w:tcPr>
            <w:tcW w:w="866" w:type="pct"/>
            <w:vAlign w:val="center"/>
          </w:tcPr>
          <w:p w14:paraId="2DEF9B1F" w14:textId="0B12411F" w:rsidR="00166305" w:rsidRPr="009C0FA9" w:rsidRDefault="00166305" w:rsidP="005F2F4F">
            <w:pPr>
              <w:spacing w:after="0" w:line="240" w:lineRule="atLeast"/>
              <w:jc w:val="center"/>
              <w:rPr>
                <w:rFonts w:ascii="微軟正黑體" w:eastAsia="微軟正黑體" w:hAnsi="微軟正黑體"/>
                <w:sz w:val="28"/>
                <w:szCs w:val="28"/>
              </w:rPr>
            </w:pPr>
          </w:p>
        </w:tc>
        <w:tc>
          <w:tcPr>
            <w:tcW w:w="866" w:type="pct"/>
            <w:vAlign w:val="center"/>
          </w:tcPr>
          <w:p w14:paraId="5C1EBA78" w14:textId="77777777" w:rsidR="00166305" w:rsidRPr="009C0FA9" w:rsidRDefault="00166305" w:rsidP="005F2F4F">
            <w:pPr>
              <w:spacing w:after="0" w:line="240" w:lineRule="atLeast"/>
              <w:jc w:val="center"/>
              <w:rPr>
                <w:rFonts w:ascii="微軟正黑體" w:eastAsia="微軟正黑體" w:hAnsi="微軟正黑體"/>
                <w:sz w:val="28"/>
                <w:szCs w:val="28"/>
              </w:rPr>
            </w:pPr>
          </w:p>
        </w:tc>
        <w:tc>
          <w:tcPr>
            <w:tcW w:w="865" w:type="pct"/>
            <w:vAlign w:val="center"/>
          </w:tcPr>
          <w:p w14:paraId="21E46F01" w14:textId="77777777" w:rsidR="00166305" w:rsidRPr="009C0FA9" w:rsidRDefault="00166305" w:rsidP="005F2F4F">
            <w:pPr>
              <w:spacing w:after="0" w:line="240" w:lineRule="atLeast"/>
              <w:jc w:val="center"/>
              <w:rPr>
                <w:rFonts w:ascii="微軟正黑體" w:eastAsia="微軟正黑體" w:hAnsi="微軟正黑體"/>
                <w:sz w:val="28"/>
                <w:szCs w:val="28"/>
              </w:rPr>
            </w:pPr>
          </w:p>
        </w:tc>
      </w:tr>
      <w:tr w:rsidR="005F2F4F" w:rsidRPr="009C0FA9" w14:paraId="3C9373F3" w14:textId="77777777" w:rsidTr="00E465F5">
        <w:trPr>
          <w:jc w:val="center"/>
        </w:trPr>
        <w:tc>
          <w:tcPr>
            <w:tcW w:w="2037" w:type="pct"/>
            <w:gridSpan w:val="2"/>
            <w:vAlign w:val="center"/>
          </w:tcPr>
          <w:p w14:paraId="320A9D40" w14:textId="1CE075F7" w:rsidR="00166305" w:rsidRPr="009C0FA9" w:rsidRDefault="00166305" w:rsidP="005F2F4F">
            <w:pPr>
              <w:spacing w:after="0" w:line="240" w:lineRule="atLeast"/>
              <w:jc w:val="center"/>
              <w:rPr>
                <w:rFonts w:ascii="微軟正黑體" w:eastAsia="微軟正黑體" w:hAnsi="微軟正黑體"/>
                <w:sz w:val="28"/>
                <w:szCs w:val="28"/>
              </w:rPr>
            </w:pPr>
            <w:r w:rsidRPr="009C0FA9">
              <w:rPr>
                <w:rFonts w:ascii="微軟正黑體" w:eastAsia="微軟正黑體" w:hAnsi="微軟正黑體" w:hint="eastAsia"/>
                <w:sz w:val="28"/>
                <w:szCs w:val="28"/>
              </w:rPr>
              <w:t>轉換序位</w:t>
            </w:r>
          </w:p>
        </w:tc>
        <w:tc>
          <w:tcPr>
            <w:tcW w:w="366" w:type="pct"/>
          </w:tcPr>
          <w:p w14:paraId="19AC3AF6" w14:textId="6A1A45FE" w:rsidR="00166305" w:rsidRPr="009C0FA9" w:rsidRDefault="00166305">
            <w:pPr>
              <w:spacing w:after="0" w:line="240" w:lineRule="atLeast"/>
              <w:jc w:val="center"/>
              <w:rPr>
                <w:rFonts w:ascii="微軟正黑體" w:eastAsia="微軟正黑體" w:hAnsi="微軟正黑體"/>
                <w:sz w:val="28"/>
                <w:szCs w:val="28"/>
              </w:rPr>
            </w:pPr>
            <w:r w:rsidRPr="009C0FA9">
              <w:rPr>
                <w:rFonts w:ascii="微軟正黑體" w:eastAsia="微軟正黑體" w:hAnsi="微軟正黑體" w:hint="eastAsia"/>
                <w:sz w:val="28"/>
                <w:szCs w:val="28"/>
              </w:rPr>
              <w:t>-</w:t>
            </w:r>
          </w:p>
        </w:tc>
        <w:tc>
          <w:tcPr>
            <w:tcW w:w="866" w:type="pct"/>
            <w:vAlign w:val="center"/>
          </w:tcPr>
          <w:p w14:paraId="5C3F61A9" w14:textId="62F6306A" w:rsidR="00166305" w:rsidRPr="009C0FA9" w:rsidRDefault="00166305" w:rsidP="005F2F4F">
            <w:pPr>
              <w:spacing w:after="0" w:line="240" w:lineRule="atLeast"/>
              <w:jc w:val="center"/>
              <w:rPr>
                <w:rFonts w:ascii="微軟正黑體" w:eastAsia="微軟正黑體" w:hAnsi="微軟正黑體"/>
                <w:sz w:val="28"/>
                <w:szCs w:val="28"/>
              </w:rPr>
            </w:pPr>
          </w:p>
        </w:tc>
        <w:tc>
          <w:tcPr>
            <w:tcW w:w="866" w:type="pct"/>
            <w:vAlign w:val="center"/>
          </w:tcPr>
          <w:p w14:paraId="06928031" w14:textId="77777777" w:rsidR="00166305" w:rsidRPr="009C0FA9" w:rsidRDefault="00166305" w:rsidP="005F2F4F">
            <w:pPr>
              <w:spacing w:after="0" w:line="240" w:lineRule="atLeast"/>
              <w:jc w:val="center"/>
              <w:rPr>
                <w:rFonts w:ascii="微軟正黑體" w:eastAsia="微軟正黑體" w:hAnsi="微軟正黑體"/>
                <w:sz w:val="28"/>
                <w:szCs w:val="28"/>
              </w:rPr>
            </w:pPr>
          </w:p>
        </w:tc>
        <w:tc>
          <w:tcPr>
            <w:tcW w:w="865" w:type="pct"/>
            <w:vAlign w:val="center"/>
          </w:tcPr>
          <w:p w14:paraId="3D4C8B94" w14:textId="77777777" w:rsidR="00166305" w:rsidRPr="009C0FA9" w:rsidRDefault="00166305" w:rsidP="005F2F4F">
            <w:pPr>
              <w:spacing w:after="0" w:line="240" w:lineRule="atLeast"/>
              <w:jc w:val="center"/>
              <w:rPr>
                <w:rFonts w:ascii="微軟正黑體" w:eastAsia="微軟正黑體" w:hAnsi="微軟正黑體"/>
                <w:sz w:val="28"/>
                <w:szCs w:val="28"/>
              </w:rPr>
            </w:pPr>
          </w:p>
        </w:tc>
      </w:tr>
      <w:tr w:rsidR="005F2F4F" w:rsidRPr="009C0FA9" w14:paraId="3263AF38" w14:textId="77777777" w:rsidTr="00E465F5">
        <w:trPr>
          <w:jc w:val="center"/>
        </w:trPr>
        <w:tc>
          <w:tcPr>
            <w:tcW w:w="2037" w:type="pct"/>
            <w:gridSpan w:val="2"/>
            <w:vAlign w:val="center"/>
          </w:tcPr>
          <w:p w14:paraId="548705CF" w14:textId="0DA6E8CB" w:rsidR="00166305" w:rsidRPr="009C0FA9" w:rsidRDefault="00166305" w:rsidP="005F2F4F">
            <w:pPr>
              <w:spacing w:after="0" w:line="240" w:lineRule="atLeast"/>
              <w:jc w:val="center"/>
              <w:rPr>
                <w:rFonts w:ascii="微軟正黑體" w:eastAsia="微軟正黑體" w:hAnsi="微軟正黑體"/>
                <w:sz w:val="28"/>
                <w:szCs w:val="28"/>
                <w:lang w:eastAsia="zh-TW"/>
              </w:rPr>
            </w:pPr>
            <w:r w:rsidRPr="009C0FA9">
              <w:rPr>
                <w:rFonts w:ascii="微軟正黑體" w:eastAsia="微軟正黑體" w:hAnsi="微軟正黑體" w:hint="eastAsia"/>
                <w:sz w:val="28"/>
                <w:szCs w:val="28"/>
                <w:lang w:eastAsia="zh-TW"/>
              </w:rPr>
              <w:t>綜合評審總分</w:t>
            </w:r>
          </w:p>
          <w:p w14:paraId="0231ACCD" w14:textId="396FE9B3" w:rsidR="00166305" w:rsidRPr="009C0FA9" w:rsidRDefault="00166305" w:rsidP="005F2F4F">
            <w:pPr>
              <w:spacing w:after="0" w:line="240" w:lineRule="atLeast"/>
              <w:jc w:val="center"/>
              <w:rPr>
                <w:rFonts w:ascii="微軟正黑體" w:eastAsia="微軟正黑體" w:hAnsi="微軟正黑體"/>
                <w:sz w:val="28"/>
                <w:szCs w:val="28"/>
                <w:lang w:eastAsia="zh-TW"/>
              </w:rPr>
            </w:pPr>
            <w:r w:rsidRPr="009C0FA9">
              <w:rPr>
                <w:rFonts w:ascii="微軟正黑體" w:eastAsia="微軟正黑體" w:hAnsi="微軟正黑體" w:hint="eastAsia"/>
                <w:sz w:val="28"/>
                <w:szCs w:val="28"/>
                <w:lang w:eastAsia="zh-TW"/>
              </w:rPr>
              <w:t>高於</w:t>
            </w:r>
            <w:r w:rsidRPr="009C0FA9">
              <w:rPr>
                <w:rFonts w:ascii="微軟正黑體" w:eastAsia="微軟正黑體" w:hAnsi="微軟正黑體"/>
                <w:sz w:val="28"/>
                <w:szCs w:val="28"/>
                <w:lang w:eastAsia="zh-TW"/>
              </w:rPr>
              <w:t>90</w:t>
            </w:r>
            <w:r w:rsidRPr="009C0FA9">
              <w:rPr>
                <w:rFonts w:ascii="微軟正黑體" w:eastAsia="微軟正黑體" w:hAnsi="微軟正黑體" w:hint="eastAsia"/>
                <w:sz w:val="28"/>
                <w:szCs w:val="28"/>
                <w:lang w:eastAsia="zh-TW"/>
              </w:rPr>
              <w:t>分或低於</w:t>
            </w:r>
            <w:r w:rsidRPr="009C0FA9">
              <w:rPr>
                <w:rFonts w:ascii="微軟正黑體" w:eastAsia="微軟正黑體" w:hAnsi="微軟正黑體"/>
                <w:sz w:val="28"/>
                <w:szCs w:val="28"/>
                <w:lang w:eastAsia="zh-TW"/>
              </w:rPr>
              <w:t>70</w:t>
            </w:r>
            <w:r w:rsidRPr="009C0FA9">
              <w:rPr>
                <w:rFonts w:ascii="微軟正黑體" w:eastAsia="微軟正黑體" w:hAnsi="微軟正黑體" w:hint="eastAsia"/>
                <w:sz w:val="28"/>
                <w:szCs w:val="28"/>
                <w:lang w:eastAsia="zh-TW"/>
              </w:rPr>
              <w:t>分之說明</w:t>
            </w:r>
          </w:p>
        </w:tc>
        <w:tc>
          <w:tcPr>
            <w:tcW w:w="366" w:type="pct"/>
          </w:tcPr>
          <w:p w14:paraId="6DCABC6E" w14:textId="0CFC0322" w:rsidR="00166305" w:rsidRPr="009C0FA9" w:rsidRDefault="00166305">
            <w:pPr>
              <w:spacing w:after="0" w:line="240" w:lineRule="atLeast"/>
              <w:jc w:val="center"/>
              <w:rPr>
                <w:rFonts w:ascii="微軟正黑體" w:eastAsia="微軟正黑體" w:hAnsi="微軟正黑體"/>
                <w:sz w:val="28"/>
                <w:szCs w:val="28"/>
              </w:rPr>
            </w:pPr>
            <w:r w:rsidRPr="009C0FA9">
              <w:rPr>
                <w:rFonts w:ascii="微軟正黑體" w:eastAsia="微軟正黑體" w:hAnsi="微軟正黑體" w:hint="eastAsia"/>
                <w:sz w:val="28"/>
                <w:szCs w:val="28"/>
              </w:rPr>
              <w:t>-</w:t>
            </w:r>
          </w:p>
        </w:tc>
        <w:tc>
          <w:tcPr>
            <w:tcW w:w="866" w:type="pct"/>
            <w:vAlign w:val="center"/>
          </w:tcPr>
          <w:p w14:paraId="46BEF223" w14:textId="7F5EAAC8" w:rsidR="00166305" w:rsidRPr="009C0FA9" w:rsidRDefault="00166305" w:rsidP="005F2F4F">
            <w:pPr>
              <w:spacing w:after="0" w:line="240" w:lineRule="atLeast"/>
              <w:jc w:val="center"/>
              <w:rPr>
                <w:rFonts w:ascii="微軟正黑體" w:eastAsia="微軟正黑體" w:hAnsi="微軟正黑體"/>
                <w:sz w:val="28"/>
                <w:szCs w:val="28"/>
              </w:rPr>
            </w:pPr>
          </w:p>
        </w:tc>
        <w:tc>
          <w:tcPr>
            <w:tcW w:w="866" w:type="pct"/>
            <w:vAlign w:val="center"/>
          </w:tcPr>
          <w:p w14:paraId="265C155D" w14:textId="77777777" w:rsidR="00166305" w:rsidRPr="009C0FA9" w:rsidRDefault="00166305" w:rsidP="005F2F4F">
            <w:pPr>
              <w:spacing w:after="0" w:line="240" w:lineRule="atLeast"/>
              <w:jc w:val="center"/>
              <w:rPr>
                <w:rFonts w:ascii="微軟正黑體" w:eastAsia="微軟正黑體" w:hAnsi="微軟正黑體"/>
                <w:sz w:val="28"/>
                <w:szCs w:val="28"/>
              </w:rPr>
            </w:pPr>
          </w:p>
        </w:tc>
        <w:tc>
          <w:tcPr>
            <w:tcW w:w="865" w:type="pct"/>
            <w:vAlign w:val="center"/>
          </w:tcPr>
          <w:p w14:paraId="35AC69CD" w14:textId="77777777" w:rsidR="00166305" w:rsidRPr="009C0FA9" w:rsidRDefault="00166305" w:rsidP="005F2F4F">
            <w:pPr>
              <w:spacing w:after="0" w:line="240" w:lineRule="atLeast"/>
              <w:jc w:val="center"/>
              <w:rPr>
                <w:rFonts w:ascii="微軟正黑體" w:eastAsia="微軟正黑體" w:hAnsi="微軟正黑體"/>
                <w:sz w:val="28"/>
                <w:szCs w:val="28"/>
              </w:rPr>
            </w:pPr>
          </w:p>
        </w:tc>
      </w:tr>
      <w:tr w:rsidR="005F2F4F" w:rsidRPr="009C0FA9" w14:paraId="53A4A440" w14:textId="77777777" w:rsidTr="00E465F5">
        <w:trPr>
          <w:jc w:val="center"/>
        </w:trPr>
        <w:tc>
          <w:tcPr>
            <w:tcW w:w="3269" w:type="pct"/>
            <w:gridSpan w:val="4"/>
            <w:vAlign w:val="center"/>
          </w:tcPr>
          <w:p w14:paraId="15CB6DC5" w14:textId="77777777" w:rsidR="00166305" w:rsidRPr="009C0FA9" w:rsidRDefault="00166305" w:rsidP="005F2F4F">
            <w:pPr>
              <w:spacing w:after="0" w:line="240" w:lineRule="atLeast"/>
              <w:jc w:val="both"/>
              <w:rPr>
                <w:rFonts w:ascii="微軟正黑體" w:eastAsia="微軟正黑體" w:hAnsi="微軟正黑體"/>
                <w:sz w:val="28"/>
                <w:szCs w:val="28"/>
              </w:rPr>
            </w:pPr>
          </w:p>
          <w:p w14:paraId="3A20429A" w14:textId="1A49A1A8" w:rsidR="00166305" w:rsidRPr="009C0FA9" w:rsidRDefault="00166305" w:rsidP="005F2F4F">
            <w:pPr>
              <w:spacing w:after="0" w:line="240" w:lineRule="atLeast"/>
              <w:jc w:val="both"/>
              <w:rPr>
                <w:rFonts w:ascii="微軟正黑體" w:eastAsia="微軟正黑體" w:hAnsi="微軟正黑體"/>
                <w:sz w:val="28"/>
                <w:szCs w:val="28"/>
              </w:rPr>
            </w:pPr>
            <w:r w:rsidRPr="009C0FA9">
              <w:rPr>
                <w:rFonts w:ascii="微軟正黑體" w:eastAsia="微軟正黑體" w:hAnsi="微軟正黑體" w:hint="eastAsia"/>
                <w:sz w:val="28"/>
                <w:szCs w:val="28"/>
              </w:rPr>
              <w:t>甄審委員簽名：</w:t>
            </w:r>
          </w:p>
        </w:tc>
        <w:tc>
          <w:tcPr>
            <w:tcW w:w="1731" w:type="pct"/>
            <w:gridSpan w:val="2"/>
            <w:vAlign w:val="center"/>
          </w:tcPr>
          <w:p w14:paraId="5E37B437" w14:textId="77777777" w:rsidR="00166305" w:rsidRPr="009C0FA9" w:rsidRDefault="00166305" w:rsidP="005F2F4F">
            <w:pPr>
              <w:spacing w:after="0" w:line="240" w:lineRule="atLeast"/>
              <w:jc w:val="both"/>
              <w:rPr>
                <w:rFonts w:ascii="微軟正黑體" w:eastAsia="微軟正黑體" w:hAnsi="微軟正黑體"/>
                <w:sz w:val="28"/>
                <w:szCs w:val="28"/>
              </w:rPr>
            </w:pPr>
          </w:p>
          <w:p w14:paraId="7D0F6BB9" w14:textId="383ED9D6" w:rsidR="00166305" w:rsidRPr="009C0FA9" w:rsidRDefault="00166305" w:rsidP="005F2F4F">
            <w:pPr>
              <w:spacing w:after="0" w:line="240" w:lineRule="atLeast"/>
              <w:jc w:val="both"/>
              <w:rPr>
                <w:rFonts w:ascii="微軟正黑體" w:eastAsia="微軟正黑體" w:hAnsi="微軟正黑體"/>
                <w:sz w:val="28"/>
                <w:szCs w:val="28"/>
              </w:rPr>
            </w:pPr>
            <w:r w:rsidRPr="009C0FA9">
              <w:rPr>
                <w:rFonts w:ascii="微軟正黑體" w:eastAsia="微軟正黑體" w:hAnsi="微軟正黑體" w:hint="eastAsia"/>
                <w:sz w:val="28"/>
                <w:szCs w:val="28"/>
              </w:rPr>
              <w:t>日期：</w:t>
            </w:r>
          </w:p>
        </w:tc>
      </w:tr>
    </w:tbl>
    <w:p w14:paraId="7FC31916" w14:textId="77777777" w:rsidR="00166305" w:rsidRPr="009C0FA9" w:rsidRDefault="00166305">
      <w:pPr>
        <w:spacing w:after="0" w:line="240" w:lineRule="auto"/>
        <w:rPr>
          <w:rFonts w:ascii="微軟正黑體" w:eastAsia="微軟正黑體" w:hAnsi="微軟正黑體"/>
        </w:rPr>
      </w:pPr>
      <w:r w:rsidRPr="009C0FA9">
        <w:rPr>
          <w:rFonts w:ascii="微軟正黑體" w:eastAsia="微軟正黑體" w:hAnsi="微軟正黑體"/>
        </w:rPr>
        <w:br w:type="page"/>
      </w:r>
    </w:p>
    <w:p w14:paraId="65875217" w14:textId="36E0AA52" w:rsidR="00166305" w:rsidRPr="00613EE3" w:rsidRDefault="00166305" w:rsidP="005F2F4F">
      <w:pPr>
        <w:tabs>
          <w:tab w:val="left" w:pos="993"/>
        </w:tabs>
        <w:spacing w:after="0"/>
        <w:rPr>
          <w:rFonts w:ascii="微軟正黑體" w:eastAsia="微軟正黑體" w:hAnsi="微軟正黑體"/>
          <w:b/>
          <w:bCs/>
          <w:sz w:val="24"/>
          <w:szCs w:val="24"/>
          <w:lang w:eastAsia="zh-TW"/>
        </w:rPr>
      </w:pPr>
      <w:bookmarkStart w:id="26" w:name="_Toc228345548"/>
      <w:r w:rsidRPr="00613EE3">
        <w:rPr>
          <w:rFonts w:ascii="微軟正黑體" w:eastAsia="微軟正黑體" w:hAnsi="微軟正黑體" w:hint="eastAsia"/>
          <w:b/>
          <w:bCs/>
          <w:sz w:val="24"/>
          <w:szCs w:val="24"/>
          <w:lang w:eastAsia="zh-TW"/>
        </w:rPr>
        <w:lastRenderedPageBreak/>
        <w:t>附件二之五</w:t>
      </w:r>
      <w:r w:rsidRPr="00613EE3">
        <w:rPr>
          <w:rFonts w:ascii="微軟正黑體" w:eastAsia="微軟正黑體" w:hAnsi="微軟正黑體"/>
          <w:b/>
          <w:bCs/>
          <w:sz w:val="24"/>
          <w:szCs w:val="24"/>
          <w:lang w:eastAsia="zh-TW"/>
        </w:rPr>
        <w:t xml:space="preserve"> </w:t>
      </w:r>
      <w:r w:rsidRPr="00613EE3">
        <w:rPr>
          <w:rFonts w:ascii="微軟正黑體" w:eastAsia="微軟正黑體" w:hAnsi="微軟正黑體" w:hint="eastAsia"/>
          <w:b/>
          <w:bCs/>
          <w:sz w:val="24"/>
          <w:szCs w:val="24"/>
          <w:lang w:eastAsia="zh-TW"/>
        </w:rPr>
        <w:t>綜合評審評分彙整表</w:t>
      </w:r>
      <w:bookmarkEnd w:id="26"/>
    </w:p>
    <w:p w14:paraId="136529D4" w14:textId="70707241" w:rsidR="00166305" w:rsidRPr="009C0FA9" w:rsidRDefault="00166305" w:rsidP="005F2F4F">
      <w:pPr>
        <w:spacing w:beforeLines="50" w:before="120" w:after="0" w:line="240" w:lineRule="auto"/>
        <w:jc w:val="center"/>
        <w:rPr>
          <w:rFonts w:ascii="微軟正黑體" w:eastAsia="微軟正黑體" w:hAnsi="微軟正黑體"/>
          <w:lang w:eastAsia="zh-TW"/>
        </w:rPr>
      </w:pPr>
      <w:r w:rsidRPr="009C0FA9">
        <w:rPr>
          <w:rFonts w:ascii="微軟正黑體" w:eastAsia="微軟正黑體" w:hAnsi="微軟正黑體" w:hint="eastAsia"/>
          <w:lang w:eastAsia="zh-TW"/>
        </w:rPr>
        <w:t>「高雄市資源回收細分類廠有償BTO+BOT案」綜合評審評分彙整表</w:t>
      </w:r>
    </w:p>
    <w:tbl>
      <w:tblPr>
        <w:tblW w:w="5000" w:type="pct"/>
        <w:jc w:val="center"/>
        <w:tblLook w:val="04A0" w:firstRow="1" w:lastRow="0" w:firstColumn="1" w:lastColumn="0" w:noHBand="0" w:noVBand="1"/>
      </w:tblPr>
      <w:tblGrid>
        <w:gridCol w:w="4944"/>
        <w:gridCol w:w="1560"/>
        <w:gridCol w:w="1560"/>
        <w:gridCol w:w="1560"/>
        <w:gridCol w:w="1563"/>
        <w:gridCol w:w="1560"/>
        <w:gridCol w:w="1643"/>
      </w:tblGrid>
      <w:tr w:rsidR="005F2F4F" w:rsidRPr="009C0FA9" w14:paraId="101F6770" w14:textId="77777777" w:rsidTr="00E465F5">
        <w:trPr>
          <w:trHeight w:val="85"/>
          <w:jc w:val="center"/>
        </w:trPr>
        <w:tc>
          <w:tcPr>
            <w:tcW w:w="1718" w:type="pct"/>
            <w:vMerge w:val="restart"/>
            <w:tcBorders>
              <w:top w:val="single" w:sz="4" w:space="0" w:color="auto"/>
              <w:left w:val="single" w:sz="4" w:space="0" w:color="auto"/>
              <w:bottom w:val="single" w:sz="4" w:space="0" w:color="auto"/>
              <w:right w:val="single" w:sz="4" w:space="0" w:color="auto"/>
            </w:tcBorders>
            <w:vAlign w:val="center"/>
          </w:tcPr>
          <w:p w14:paraId="2B026BF4" w14:textId="31582837" w:rsidR="00166305" w:rsidRPr="009C0FA9" w:rsidRDefault="00166305" w:rsidP="005F2F4F">
            <w:pPr>
              <w:spacing w:after="0" w:line="280" w:lineRule="exact"/>
              <w:jc w:val="center"/>
              <w:rPr>
                <w:rFonts w:ascii="微軟正黑體" w:eastAsia="微軟正黑體" w:hAnsi="微軟正黑體"/>
                <w:b/>
                <w:lang w:eastAsia="zh-TW"/>
              </w:rPr>
            </w:pPr>
          </w:p>
        </w:tc>
        <w:tc>
          <w:tcPr>
            <w:tcW w:w="3282" w:type="pct"/>
            <w:gridSpan w:val="6"/>
            <w:tcBorders>
              <w:top w:val="single" w:sz="4" w:space="0" w:color="auto"/>
              <w:left w:val="single" w:sz="4" w:space="0" w:color="auto"/>
              <w:bottom w:val="single" w:sz="4" w:space="0" w:color="auto"/>
              <w:right w:val="single" w:sz="4" w:space="0" w:color="auto"/>
            </w:tcBorders>
            <w:vAlign w:val="center"/>
          </w:tcPr>
          <w:p w14:paraId="09F17B9A" w14:textId="661EA06E" w:rsidR="00166305" w:rsidRPr="009C0FA9" w:rsidRDefault="00166305" w:rsidP="005F2F4F">
            <w:pPr>
              <w:spacing w:after="0" w:line="280" w:lineRule="exact"/>
              <w:jc w:val="center"/>
              <w:rPr>
                <w:rFonts w:ascii="微軟正黑體" w:eastAsia="微軟正黑體" w:hAnsi="微軟正黑體"/>
                <w:b/>
              </w:rPr>
            </w:pPr>
            <w:r w:rsidRPr="009C0FA9">
              <w:rPr>
                <w:rFonts w:ascii="微軟正黑體" w:eastAsia="微軟正黑體" w:hAnsi="微軟正黑體" w:hint="eastAsia"/>
                <w:b/>
              </w:rPr>
              <w:t>合格申請人</w:t>
            </w:r>
          </w:p>
        </w:tc>
      </w:tr>
      <w:tr w:rsidR="005F2F4F" w:rsidRPr="009C0FA9" w14:paraId="777E9378" w14:textId="77777777" w:rsidTr="00E465F5">
        <w:trPr>
          <w:trHeight w:val="85"/>
          <w:jc w:val="center"/>
        </w:trPr>
        <w:tc>
          <w:tcPr>
            <w:tcW w:w="1718" w:type="pct"/>
            <w:vMerge/>
            <w:tcBorders>
              <w:top w:val="single" w:sz="4" w:space="0" w:color="auto"/>
              <w:left w:val="single" w:sz="4" w:space="0" w:color="auto"/>
              <w:bottom w:val="single" w:sz="4" w:space="0" w:color="auto"/>
              <w:right w:val="single" w:sz="4" w:space="0" w:color="auto"/>
            </w:tcBorders>
            <w:vAlign w:val="center"/>
          </w:tcPr>
          <w:p w14:paraId="0C0982BD" w14:textId="2630D3FA" w:rsidR="00166305" w:rsidRPr="009C0FA9" w:rsidRDefault="00166305" w:rsidP="005F2F4F">
            <w:pPr>
              <w:spacing w:after="0" w:line="280" w:lineRule="exact"/>
              <w:jc w:val="center"/>
              <w:rPr>
                <w:rFonts w:ascii="微軟正黑體" w:eastAsia="微軟正黑體" w:hAnsi="微軟正黑體"/>
                <w:b/>
              </w:rPr>
            </w:pPr>
          </w:p>
        </w:tc>
        <w:tc>
          <w:tcPr>
            <w:tcW w:w="1084" w:type="pct"/>
            <w:gridSpan w:val="2"/>
            <w:tcBorders>
              <w:top w:val="single" w:sz="4" w:space="0" w:color="auto"/>
              <w:left w:val="single" w:sz="4" w:space="0" w:color="auto"/>
              <w:bottom w:val="single" w:sz="4" w:space="0" w:color="auto"/>
              <w:right w:val="single" w:sz="4" w:space="0" w:color="auto"/>
            </w:tcBorders>
            <w:vAlign w:val="center"/>
          </w:tcPr>
          <w:p w14:paraId="468C0D1F" w14:textId="77777777" w:rsidR="00166305" w:rsidRPr="009C0FA9" w:rsidRDefault="00166305" w:rsidP="005F2F4F">
            <w:pPr>
              <w:spacing w:after="0" w:line="280" w:lineRule="exact"/>
              <w:jc w:val="center"/>
              <w:rPr>
                <w:rFonts w:ascii="微軟正黑體" w:eastAsia="微軟正黑體" w:hAnsi="微軟正黑體"/>
                <w:b/>
                <w:lang w:eastAsia="zh-CN"/>
              </w:rPr>
            </w:pPr>
            <w:r w:rsidRPr="009C0FA9">
              <w:rPr>
                <w:rFonts w:ascii="微軟正黑體" w:eastAsia="微軟正黑體" w:hAnsi="微軟正黑體" w:hint="eastAsia"/>
                <w:b/>
                <w:lang w:eastAsia="zh-CN"/>
              </w:rPr>
              <w:t>1</w:t>
            </w:r>
          </w:p>
          <w:p w14:paraId="63E93FD6" w14:textId="3297A2F2" w:rsidR="00166305" w:rsidRPr="009C0FA9" w:rsidRDefault="00166305" w:rsidP="005F2F4F">
            <w:pPr>
              <w:spacing w:after="0" w:line="280" w:lineRule="exact"/>
              <w:rPr>
                <w:rFonts w:ascii="微軟正黑體" w:eastAsia="微軟正黑體" w:hAnsi="微軟正黑體"/>
                <w:b/>
              </w:rPr>
            </w:pPr>
            <w:r w:rsidRPr="009C0FA9">
              <w:rPr>
                <w:rFonts w:ascii="微軟正黑體" w:eastAsia="微軟正黑體" w:hAnsi="微軟正黑體" w:hint="eastAsia"/>
                <w:b/>
              </w:rPr>
              <w:t>名稱</w:t>
            </w:r>
            <w:r w:rsidRPr="009C0FA9">
              <w:rPr>
                <w:rFonts w:ascii="微軟正黑體" w:eastAsia="微軟正黑體" w:hAnsi="微軟正黑體" w:hint="eastAsia"/>
                <w:b/>
                <w:lang w:eastAsia="zh-CN"/>
              </w:rPr>
              <w:t>:</w:t>
            </w:r>
          </w:p>
        </w:tc>
        <w:tc>
          <w:tcPr>
            <w:tcW w:w="1084" w:type="pct"/>
            <w:gridSpan w:val="2"/>
            <w:tcBorders>
              <w:top w:val="single" w:sz="4" w:space="0" w:color="auto"/>
              <w:left w:val="single" w:sz="4" w:space="0" w:color="auto"/>
              <w:bottom w:val="single" w:sz="4" w:space="0" w:color="auto"/>
              <w:right w:val="single" w:sz="4" w:space="0" w:color="auto"/>
            </w:tcBorders>
            <w:vAlign w:val="center"/>
          </w:tcPr>
          <w:p w14:paraId="15FCFB7B" w14:textId="77777777" w:rsidR="00166305" w:rsidRPr="009C0FA9" w:rsidRDefault="00166305" w:rsidP="005F2F4F">
            <w:pPr>
              <w:spacing w:after="0" w:line="280" w:lineRule="exact"/>
              <w:jc w:val="center"/>
              <w:rPr>
                <w:rFonts w:ascii="微軟正黑體" w:eastAsia="微軟正黑體" w:hAnsi="微軟正黑體"/>
                <w:b/>
                <w:lang w:eastAsia="zh-CN"/>
              </w:rPr>
            </w:pPr>
            <w:r w:rsidRPr="009C0FA9">
              <w:rPr>
                <w:rFonts w:ascii="微軟正黑體" w:eastAsia="微軟正黑體" w:hAnsi="微軟正黑體" w:hint="eastAsia"/>
                <w:b/>
                <w:lang w:eastAsia="zh-CN"/>
              </w:rPr>
              <w:t>2</w:t>
            </w:r>
          </w:p>
          <w:p w14:paraId="0642D0E8" w14:textId="34026E6D" w:rsidR="00166305" w:rsidRPr="009C0FA9" w:rsidRDefault="00166305" w:rsidP="005F2F4F">
            <w:pPr>
              <w:spacing w:after="0" w:line="280" w:lineRule="exact"/>
              <w:rPr>
                <w:rFonts w:ascii="微軟正黑體" w:eastAsia="微軟正黑體" w:hAnsi="微軟正黑體"/>
                <w:b/>
              </w:rPr>
            </w:pPr>
            <w:r w:rsidRPr="009C0FA9">
              <w:rPr>
                <w:rFonts w:ascii="微軟正黑體" w:eastAsia="微軟正黑體" w:hAnsi="微軟正黑體" w:hint="eastAsia"/>
                <w:b/>
                <w:lang w:eastAsia="zh-CN"/>
              </w:rPr>
              <w:t>名稱：</w:t>
            </w:r>
          </w:p>
        </w:tc>
        <w:tc>
          <w:tcPr>
            <w:tcW w:w="1114" w:type="pct"/>
            <w:gridSpan w:val="2"/>
            <w:tcBorders>
              <w:top w:val="single" w:sz="4" w:space="0" w:color="auto"/>
              <w:left w:val="single" w:sz="4" w:space="0" w:color="auto"/>
              <w:bottom w:val="single" w:sz="4" w:space="0" w:color="auto"/>
              <w:right w:val="single" w:sz="4" w:space="0" w:color="auto"/>
            </w:tcBorders>
            <w:vAlign w:val="center"/>
          </w:tcPr>
          <w:p w14:paraId="1E744134" w14:textId="77777777" w:rsidR="00166305" w:rsidRPr="009C0FA9" w:rsidRDefault="00166305" w:rsidP="005F2F4F">
            <w:pPr>
              <w:spacing w:after="0" w:line="280" w:lineRule="exact"/>
              <w:jc w:val="center"/>
              <w:rPr>
                <w:rFonts w:ascii="微軟正黑體" w:eastAsia="微軟正黑體" w:hAnsi="微軟正黑體"/>
                <w:b/>
                <w:lang w:eastAsia="zh-CN"/>
              </w:rPr>
            </w:pPr>
            <w:r w:rsidRPr="009C0FA9">
              <w:rPr>
                <w:rFonts w:ascii="微軟正黑體" w:eastAsia="微軟正黑體" w:hAnsi="微軟正黑體" w:hint="eastAsia"/>
                <w:b/>
                <w:lang w:eastAsia="zh-CN"/>
              </w:rPr>
              <w:t>3</w:t>
            </w:r>
          </w:p>
          <w:p w14:paraId="4C5517CB" w14:textId="7E65BB5E" w:rsidR="00166305" w:rsidRPr="009C0FA9" w:rsidRDefault="00166305" w:rsidP="005F2F4F">
            <w:pPr>
              <w:spacing w:after="0" w:line="280" w:lineRule="exact"/>
              <w:rPr>
                <w:rFonts w:ascii="微軟正黑體" w:eastAsia="微軟正黑體" w:hAnsi="微軟正黑體"/>
                <w:b/>
              </w:rPr>
            </w:pPr>
            <w:r w:rsidRPr="009C0FA9">
              <w:rPr>
                <w:rFonts w:ascii="微軟正黑體" w:eastAsia="微軟正黑體" w:hAnsi="微軟正黑體"/>
                <w:b/>
                <w:lang w:eastAsia="zh-CN"/>
              </w:rPr>
              <w:t>名稱：</w:t>
            </w:r>
          </w:p>
        </w:tc>
      </w:tr>
      <w:tr w:rsidR="005F2F4F" w:rsidRPr="009C0FA9" w14:paraId="3E79B8B8" w14:textId="77777777" w:rsidTr="00E465F5">
        <w:trPr>
          <w:trHeight w:val="85"/>
          <w:jc w:val="center"/>
        </w:trPr>
        <w:tc>
          <w:tcPr>
            <w:tcW w:w="1718" w:type="pct"/>
            <w:tcBorders>
              <w:top w:val="single" w:sz="4" w:space="0" w:color="auto"/>
              <w:left w:val="single" w:sz="4" w:space="0" w:color="auto"/>
              <w:bottom w:val="single" w:sz="4" w:space="0" w:color="auto"/>
              <w:right w:val="single" w:sz="4" w:space="0" w:color="auto"/>
            </w:tcBorders>
            <w:vAlign w:val="center"/>
          </w:tcPr>
          <w:p w14:paraId="14422203" w14:textId="3A40D57E" w:rsidR="00166305" w:rsidRPr="00831783" w:rsidRDefault="00166305" w:rsidP="005F2F4F">
            <w:pPr>
              <w:spacing w:after="0" w:line="280" w:lineRule="exact"/>
              <w:jc w:val="center"/>
              <w:rPr>
                <w:rFonts w:ascii="微軟正黑體" w:eastAsia="微軟正黑體" w:hAnsi="微軟正黑體"/>
                <w:b/>
              </w:rPr>
            </w:pPr>
            <w:r w:rsidRPr="00831783">
              <w:rPr>
                <w:rFonts w:ascii="微軟正黑體" w:eastAsia="微軟正黑體" w:hAnsi="微軟正黑體" w:hint="eastAsia"/>
                <w:b/>
              </w:rPr>
              <w:t>委員編號</w:t>
            </w:r>
          </w:p>
        </w:tc>
        <w:tc>
          <w:tcPr>
            <w:tcW w:w="542" w:type="pct"/>
            <w:tcBorders>
              <w:top w:val="single" w:sz="4" w:space="0" w:color="auto"/>
              <w:left w:val="single" w:sz="4" w:space="0" w:color="auto"/>
              <w:bottom w:val="single" w:sz="4" w:space="0" w:color="auto"/>
              <w:right w:val="single" w:sz="4" w:space="0" w:color="auto"/>
            </w:tcBorders>
            <w:vAlign w:val="center"/>
          </w:tcPr>
          <w:p w14:paraId="390E2823" w14:textId="38C405AE" w:rsidR="00166305" w:rsidRPr="009C0FA9" w:rsidRDefault="00166305" w:rsidP="005F2F4F">
            <w:pPr>
              <w:spacing w:after="0" w:line="280" w:lineRule="exact"/>
              <w:jc w:val="center"/>
              <w:rPr>
                <w:rFonts w:ascii="微軟正黑體" w:eastAsia="微軟正黑體" w:hAnsi="微軟正黑體"/>
                <w:b/>
                <w:lang w:eastAsia="zh-CN"/>
              </w:rPr>
            </w:pPr>
            <w:r w:rsidRPr="009C0FA9">
              <w:rPr>
                <w:rFonts w:ascii="微軟正黑體" w:eastAsia="微軟正黑體" w:hAnsi="微軟正黑體" w:hint="eastAsia"/>
                <w:b/>
                <w:lang w:eastAsia="zh-CN"/>
              </w:rPr>
              <w:t>評分</w:t>
            </w:r>
          </w:p>
        </w:tc>
        <w:tc>
          <w:tcPr>
            <w:tcW w:w="542" w:type="pct"/>
            <w:tcBorders>
              <w:top w:val="single" w:sz="4" w:space="0" w:color="auto"/>
              <w:left w:val="single" w:sz="4" w:space="0" w:color="auto"/>
              <w:bottom w:val="single" w:sz="4" w:space="0" w:color="auto"/>
              <w:right w:val="single" w:sz="4" w:space="0" w:color="auto"/>
            </w:tcBorders>
            <w:vAlign w:val="center"/>
          </w:tcPr>
          <w:p w14:paraId="481F7B78" w14:textId="16789236" w:rsidR="00166305" w:rsidRPr="009C0FA9" w:rsidRDefault="00166305" w:rsidP="005F2F4F">
            <w:pPr>
              <w:spacing w:after="0" w:line="280" w:lineRule="exact"/>
              <w:jc w:val="center"/>
              <w:rPr>
                <w:rFonts w:ascii="微軟正黑體" w:eastAsia="微軟正黑體" w:hAnsi="微軟正黑體"/>
                <w:b/>
                <w:lang w:eastAsia="zh-CN"/>
              </w:rPr>
            </w:pPr>
            <w:r w:rsidRPr="009C0FA9">
              <w:rPr>
                <w:rFonts w:ascii="微軟正黑體" w:eastAsia="微軟正黑體" w:hAnsi="微軟正黑體" w:hint="eastAsia"/>
                <w:b/>
                <w:lang w:eastAsia="zh-CN"/>
              </w:rPr>
              <w:t>序位</w:t>
            </w:r>
          </w:p>
        </w:tc>
        <w:tc>
          <w:tcPr>
            <w:tcW w:w="542" w:type="pct"/>
            <w:tcBorders>
              <w:top w:val="single" w:sz="4" w:space="0" w:color="auto"/>
              <w:left w:val="single" w:sz="4" w:space="0" w:color="auto"/>
              <w:bottom w:val="single" w:sz="4" w:space="0" w:color="auto"/>
              <w:right w:val="single" w:sz="4" w:space="0" w:color="auto"/>
            </w:tcBorders>
            <w:vAlign w:val="center"/>
          </w:tcPr>
          <w:p w14:paraId="153D1729" w14:textId="6434C1D4" w:rsidR="00166305" w:rsidRPr="009C0FA9" w:rsidRDefault="00166305" w:rsidP="005F2F4F">
            <w:pPr>
              <w:spacing w:after="0" w:line="280" w:lineRule="exact"/>
              <w:jc w:val="center"/>
              <w:rPr>
                <w:rFonts w:ascii="微軟正黑體" w:eastAsia="微軟正黑體" w:hAnsi="微軟正黑體"/>
                <w:b/>
                <w:lang w:eastAsia="zh-CN"/>
              </w:rPr>
            </w:pPr>
            <w:r w:rsidRPr="009C0FA9">
              <w:rPr>
                <w:rFonts w:ascii="微軟正黑體" w:eastAsia="微軟正黑體" w:hAnsi="微軟正黑體" w:hint="eastAsia"/>
                <w:b/>
                <w:lang w:eastAsia="zh-CN"/>
              </w:rPr>
              <w:t>評分</w:t>
            </w:r>
          </w:p>
        </w:tc>
        <w:tc>
          <w:tcPr>
            <w:tcW w:w="543" w:type="pct"/>
            <w:tcBorders>
              <w:top w:val="single" w:sz="4" w:space="0" w:color="auto"/>
              <w:left w:val="single" w:sz="4" w:space="0" w:color="auto"/>
              <w:bottom w:val="single" w:sz="4" w:space="0" w:color="auto"/>
              <w:right w:val="single" w:sz="4" w:space="0" w:color="auto"/>
            </w:tcBorders>
            <w:vAlign w:val="center"/>
          </w:tcPr>
          <w:p w14:paraId="7AD09523" w14:textId="56FCC0A6" w:rsidR="00166305" w:rsidRPr="009C0FA9" w:rsidRDefault="00166305" w:rsidP="005F2F4F">
            <w:pPr>
              <w:spacing w:after="0" w:line="280" w:lineRule="exact"/>
              <w:jc w:val="center"/>
              <w:rPr>
                <w:rFonts w:ascii="微軟正黑體" w:eastAsia="微軟正黑體" w:hAnsi="微軟正黑體"/>
                <w:b/>
                <w:lang w:eastAsia="zh-CN"/>
              </w:rPr>
            </w:pPr>
            <w:r w:rsidRPr="009C0FA9">
              <w:rPr>
                <w:rFonts w:ascii="微軟正黑體" w:eastAsia="微軟正黑體" w:hAnsi="微軟正黑體" w:hint="eastAsia"/>
                <w:b/>
                <w:lang w:eastAsia="zh-CN"/>
              </w:rPr>
              <w:t>序位</w:t>
            </w:r>
          </w:p>
        </w:tc>
        <w:tc>
          <w:tcPr>
            <w:tcW w:w="542" w:type="pct"/>
            <w:tcBorders>
              <w:top w:val="single" w:sz="4" w:space="0" w:color="auto"/>
              <w:left w:val="single" w:sz="4" w:space="0" w:color="auto"/>
              <w:bottom w:val="single" w:sz="4" w:space="0" w:color="auto"/>
              <w:right w:val="single" w:sz="4" w:space="0" w:color="auto"/>
            </w:tcBorders>
            <w:vAlign w:val="center"/>
          </w:tcPr>
          <w:p w14:paraId="112A6ED8" w14:textId="0EE6E438" w:rsidR="00166305" w:rsidRPr="009C0FA9" w:rsidRDefault="00166305" w:rsidP="005F2F4F">
            <w:pPr>
              <w:spacing w:after="0" w:line="280" w:lineRule="exact"/>
              <w:jc w:val="center"/>
              <w:rPr>
                <w:rFonts w:ascii="微軟正黑體" w:eastAsia="微軟正黑體" w:hAnsi="微軟正黑體"/>
                <w:b/>
                <w:lang w:eastAsia="zh-CN"/>
              </w:rPr>
            </w:pPr>
            <w:r w:rsidRPr="009C0FA9">
              <w:rPr>
                <w:rFonts w:ascii="微軟正黑體" w:eastAsia="微軟正黑體" w:hAnsi="微軟正黑體" w:hint="eastAsia"/>
                <w:b/>
                <w:lang w:eastAsia="zh-CN"/>
              </w:rPr>
              <w:t>評分</w:t>
            </w:r>
          </w:p>
        </w:tc>
        <w:tc>
          <w:tcPr>
            <w:tcW w:w="572" w:type="pct"/>
            <w:tcBorders>
              <w:top w:val="single" w:sz="4" w:space="0" w:color="auto"/>
              <w:left w:val="single" w:sz="4" w:space="0" w:color="auto"/>
              <w:bottom w:val="single" w:sz="4" w:space="0" w:color="auto"/>
              <w:right w:val="single" w:sz="4" w:space="0" w:color="auto"/>
            </w:tcBorders>
            <w:vAlign w:val="center"/>
          </w:tcPr>
          <w:p w14:paraId="2EF66B28" w14:textId="4ACDF4D0" w:rsidR="00166305" w:rsidRPr="009C0FA9" w:rsidRDefault="00166305" w:rsidP="005F2F4F">
            <w:pPr>
              <w:spacing w:after="0" w:line="280" w:lineRule="exact"/>
              <w:jc w:val="center"/>
              <w:rPr>
                <w:rFonts w:ascii="微軟正黑體" w:eastAsia="微軟正黑體" w:hAnsi="微軟正黑體"/>
                <w:b/>
                <w:lang w:eastAsia="zh-CN"/>
              </w:rPr>
            </w:pPr>
            <w:r w:rsidRPr="009C0FA9">
              <w:rPr>
                <w:rFonts w:ascii="微軟正黑體" w:eastAsia="微軟正黑體" w:hAnsi="微軟正黑體" w:hint="eastAsia"/>
                <w:b/>
                <w:lang w:eastAsia="zh-CN"/>
              </w:rPr>
              <w:t>序位</w:t>
            </w:r>
          </w:p>
        </w:tc>
      </w:tr>
      <w:tr w:rsidR="005F2F4F" w:rsidRPr="009C0FA9" w14:paraId="3FD11FA5" w14:textId="77777777" w:rsidTr="00E465F5">
        <w:trPr>
          <w:trHeight w:val="85"/>
          <w:jc w:val="center"/>
        </w:trPr>
        <w:tc>
          <w:tcPr>
            <w:tcW w:w="1718" w:type="pct"/>
            <w:tcBorders>
              <w:top w:val="single" w:sz="4" w:space="0" w:color="auto"/>
              <w:left w:val="single" w:sz="4" w:space="0" w:color="auto"/>
              <w:bottom w:val="single" w:sz="4" w:space="0" w:color="auto"/>
              <w:right w:val="single" w:sz="4" w:space="0" w:color="auto"/>
            </w:tcBorders>
            <w:vAlign w:val="center"/>
          </w:tcPr>
          <w:p w14:paraId="1FCFF8C6" w14:textId="77777777" w:rsidR="00166305" w:rsidRPr="00831783" w:rsidRDefault="00166305" w:rsidP="005F2F4F">
            <w:pPr>
              <w:spacing w:after="0" w:line="280" w:lineRule="exact"/>
              <w:ind w:left="222" w:hangingChars="101" w:hanging="222"/>
              <w:jc w:val="center"/>
              <w:rPr>
                <w:rFonts w:ascii="微軟正黑體" w:eastAsia="微軟正黑體" w:hAnsi="微軟正黑體"/>
                <w:b/>
              </w:rPr>
            </w:pPr>
            <w:r w:rsidRPr="00831783">
              <w:rPr>
                <w:rFonts w:ascii="微軟正黑體" w:eastAsia="微軟正黑體" w:hAnsi="微軟正黑體" w:hint="eastAsia"/>
                <w:b/>
              </w:rPr>
              <w:t>1</w:t>
            </w:r>
          </w:p>
        </w:tc>
        <w:tc>
          <w:tcPr>
            <w:tcW w:w="542" w:type="pct"/>
            <w:tcBorders>
              <w:top w:val="single" w:sz="4" w:space="0" w:color="auto"/>
              <w:left w:val="single" w:sz="4" w:space="0" w:color="auto"/>
              <w:bottom w:val="single" w:sz="4" w:space="0" w:color="auto"/>
              <w:right w:val="single" w:sz="4" w:space="0" w:color="auto"/>
            </w:tcBorders>
            <w:vAlign w:val="center"/>
          </w:tcPr>
          <w:p w14:paraId="31EFD6F8"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68812F12"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72AB15B0" w14:textId="77777777" w:rsidR="00166305" w:rsidRPr="009C0FA9" w:rsidRDefault="00166305" w:rsidP="005F2F4F">
            <w:pPr>
              <w:spacing w:after="0" w:line="280" w:lineRule="exact"/>
              <w:jc w:val="center"/>
              <w:rPr>
                <w:rFonts w:ascii="微軟正黑體" w:eastAsia="微軟正黑體" w:hAnsi="微軟正黑體"/>
              </w:rPr>
            </w:pPr>
          </w:p>
        </w:tc>
        <w:tc>
          <w:tcPr>
            <w:tcW w:w="543" w:type="pct"/>
            <w:tcBorders>
              <w:top w:val="single" w:sz="4" w:space="0" w:color="auto"/>
              <w:left w:val="single" w:sz="4" w:space="0" w:color="auto"/>
              <w:bottom w:val="single" w:sz="4" w:space="0" w:color="auto"/>
              <w:right w:val="single" w:sz="4" w:space="0" w:color="auto"/>
            </w:tcBorders>
            <w:vAlign w:val="center"/>
          </w:tcPr>
          <w:p w14:paraId="3EF7A1B4"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1AFB008B" w14:textId="77777777" w:rsidR="00166305" w:rsidRPr="009C0FA9" w:rsidRDefault="00166305" w:rsidP="005F2F4F">
            <w:pPr>
              <w:spacing w:after="0" w:line="280" w:lineRule="exact"/>
              <w:jc w:val="center"/>
              <w:rPr>
                <w:rFonts w:ascii="微軟正黑體" w:eastAsia="微軟正黑體" w:hAnsi="微軟正黑體"/>
              </w:rPr>
            </w:pPr>
          </w:p>
        </w:tc>
        <w:tc>
          <w:tcPr>
            <w:tcW w:w="572" w:type="pct"/>
            <w:tcBorders>
              <w:top w:val="single" w:sz="4" w:space="0" w:color="auto"/>
              <w:left w:val="single" w:sz="4" w:space="0" w:color="auto"/>
              <w:bottom w:val="single" w:sz="4" w:space="0" w:color="auto"/>
              <w:right w:val="single" w:sz="4" w:space="0" w:color="auto"/>
            </w:tcBorders>
            <w:vAlign w:val="center"/>
          </w:tcPr>
          <w:p w14:paraId="3D0339E7" w14:textId="6248ECF6" w:rsidR="00166305" w:rsidRPr="009C0FA9" w:rsidRDefault="00166305" w:rsidP="005F2F4F">
            <w:pPr>
              <w:spacing w:after="0" w:line="280" w:lineRule="exact"/>
              <w:jc w:val="center"/>
              <w:rPr>
                <w:rFonts w:ascii="微軟正黑體" w:eastAsia="微軟正黑體" w:hAnsi="微軟正黑體"/>
              </w:rPr>
            </w:pPr>
          </w:p>
        </w:tc>
      </w:tr>
      <w:tr w:rsidR="005F2F4F" w:rsidRPr="009C0FA9" w14:paraId="463181C7"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54B7D6C8" w14:textId="77777777" w:rsidR="00166305" w:rsidRPr="00831783" w:rsidRDefault="00166305" w:rsidP="005F2F4F">
            <w:pPr>
              <w:spacing w:after="0" w:line="280" w:lineRule="exact"/>
              <w:jc w:val="center"/>
              <w:rPr>
                <w:rFonts w:ascii="微軟正黑體" w:eastAsia="微軟正黑體" w:hAnsi="微軟正黑體"/>
                <w:b/>
              </w:rPr>
            </w:pPr>
            <w:r w:rsidRPr="00831783">
              <w:rPr>
                <w:rFonts w:ascii="微軟正黑體" w:eastAsia="微軟正黑體" w:hAnsi="微軟正黑體" w:hint="eastAsia"/>
                <w:b/>
              </w:rPr>
              <w:t>2</w:t>
            </w:r>
          </w:p>
        </w:tc>
        <w:tc>
          <w:tcPr>
            <w:tcW w:w="542" w:type="pct"/>
            <w:tcBorders>
              <w:top w:val="single" w:sz="4" w:space="0" w:color="auto"/>
              <w:left w:val="single" w:sz="4" w:space="0" w:color="auto"/>
              <w:bottom w:val="single" w:sz="4" w:space="0" w:color="auto"/>
              <w:right w:val="single" w:sz="4" w:space="0" w:color="auto"/>
            </w:tcBorders>
            <w:vAlign w:val="center"/>
          </w:tcPr>
          <w:p w14:paraId="79C2B9AA"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0468AD83"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572011AE" w14:textId="77777777" w:rsidR="00166305" w:rsidRPr="009C0FA9" w:rsidRDefault="00166305" w:rsidP="005F2F4F">
            <w:pPr>
              <w:spacing w:after="0" w:line="280" w:lineRule="exact"/>
              <w:jc w:val="center"/>
              <w:rPr>
                <w:rFonts w:ascii="微軟正黑體" w:eastAsia="微軟正黑體" w:hAnsi="微軟正黑體"/>
              </w:rPr>
            </w:pPr>
          </w:p>
        </w:tc>
        <w:tc>
          <w:tcPr>
            <w:tcW w:w="543" w:type="pct"/>
            <w:tcBorders>
              <w:top w:val="single" w:sz="4" w:space="0" w:color="auto"/>
              <w:left w:val="single" w:sz="4" w:space="0" w:color="auto"/>
              <w:bottom w:val="single" w:sz="4" w:space="0" w:color="auto"/>
              <w:right w:val="single" w:sz="4" w:space="0" w:color="auto"/>
            </w:tcBorders>
            <w:vAlign w:val="center"/>
          </w:tcPr>
          <w:p w14:paraId="3ED51FFB"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38E6BDA5" w14:textId="77777777" w:rsidR="00166305" w:rsidRPr="009C0FA9" w:rsidRDefault="00166305" w:rsidP="005F2F4F">
            <w:pPr>
              <w:spacing w:after="0" w:line="280" w:lineRule="exact"/>
              <w:jc w:val="center"/>
              <w:rPr>
                <w:rFonts w:ascii="微軟正黑體" w:eastAsia="微軟正黑體" w:hAnsi="微軟正黑體"/>
              </w:rPr>
            </w:pPr>
          </w:p>
        </w:tc>
        <w:tc>
          <w:tcPr>
            <w:tcW w:w="572" w:type="pct"/>
            <w:tcBorders>
              <w:top w:val="single" w:sz="4" w:space="0" w:color="auto"/>
              <w:left w:val="single" w:sz="4" w:space="0" w:color="auto"/>
              <w:bottom w:val="single" w:sz="4" w:space="0" w:color="auto"/>
              <w:right w:val="single" w:sz="4" w:space="0" w:color="auto"/>
            </w:tcBorders>
            <w:vAlign w:val="center"/>
          </w:tcPr>
          <w:p w14:paraId="1138AC2A" w14:textId="77777777" w:rsidR="00166305" w:rsidRPr="009C0FA9" w:rsidRDefault="00166305" w:rsidP="005F2F4F">
            <w:pPr>
              <w:spacing w:after="0" w:line="280" w:lineRule="exact"/>
              <w:jc w:val="center"/>
              <w:rPr>
                <w:rFonts w:ascii="微軟正黑體" w:eastAsia="微軟正黑體" w:hAnsi="微軟正黑體"/>
              </w:rPr>
            </w:pPr>
          </w:p>
        </w:tc>
      </w:tr>
      <w:tr w:rsidR="005F2F4F" w:rsidRPr="009C0FA9" w14:paraId="714198F7"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744C83CF" w14:textId="77777777" w:rsidR="00166305" w:rsidRPr="00831783" w:rsidRDefault="00166305" w:rsidP="005F2F4F">
            <w:pPr>
              <w:spacing w:after="0" w:line="280" w:lineRule="exact"/>
              <w:jc w:val="center"/>
              <w:rPr>
                <w:rFonts w:ascii="微軟正黑體" w:eastAsia="微軟正黑體" w:hAnsi="微軟正黑體"/>
                <w:b/>
              </w:rPr>
            </w:pPr>
            <w:r w:rsidRPr="00831783">
              <w:rPr>
                <w:rFonts w:ascii="微軟正黑體" w:eastAsia="微軟正黑體" w:hAnsi="微軟正黑體" w:hint="eastAsia"/>
                <w:b/>
              </w:rPr>
              <w:t>3</w:t>
            </w:r>
          </w:p>
        </w:tc>
        <w:tc>
          <w:tcPr>
            <w:tcW w:w="542" w:type="pct"/>
            <w:tcBorders>
              <w:top w:val="single" w:sz="4" w:space="0" w:color="auto"/>
              <w:left w:val="single" w:sz="4" w:space="0" w:color="auto"/>
              <w:bottom w:val="single" w:sz="4" w:space="0" w:color="auto"/>
              <w:right w:val="single" w:sz="4" w:space="0" w:color="auto"/>
            </w:tcBorders>
            <w:vAlign w:val="center"/>
          </w:tcPr>
          <w:p w14:paraId="30A95803"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1BAD1ABE"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2F61D364" w14:textId="77777777" w:rsidR="00166305" w:rsidRPr="009C0FA9" w:rsidRDefault="00166305" w:rsidP="005F2F4F">
            <w:pPr>
              <w:spacing w:after="0" w:line="280" w:lineRule="exact"/>
              <w:jc w:val="center"/>
              <w:rPr>
                <w:rFonts w:ascii="微軟正黑體" w:eastAsia="微軟正黑體" w:hAnsi="微軟正黑體"/>
              </w:rPr>
            </w:pPr>
          </w:p>
        </w:tc>
        <w:tc>
          <w:tcPr>
            <w:tcW w:w="543" w:type="pct"/>
            <w:tcBorders>
              <w:top w:val="single" w:sz="4" w:space="0" w:color="auto"/>
              <w:left w:val="single" w:sz="4" w:space="0" w:color="auto"/>
              <w:bottom w:val="single" w:sz="4" w:space="0" w:color="auto"/>
              <w:right w:val="single" w:sz="4" w:space="0" w:color="auto"/>
            </w:tcBorders>
            <w:vAlign w:val="center"/>
          </w:tcPr>
          <w:p w14:paraId="5AE7A025"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52122491" w14:textId="77777777" w:rsidR="00166305" w:rsidRPr="009C0FA9" w:rsidRDefault="00166305" w:rsidP="005F2F4F">
            <w:pPr>
              <w:spacing w:after="0" w:line="280" w:lineRule="exact"/>
              <w:jc w:val="center"/>
              <w:rPr>
                <w:rFonts w:ascii="微軟正黑體" w:eastAsia="微軟正黑體" w:hAnsi="微軟正黑體"/>
              </w:rPr>
            </w:pPr>
          </w:p>
        </w:tc>
        <w:tc>
          <w:tcPr>
            <w:tcW w:w="572" w:type="pct"/>
            <w:tcBorders>
              <w:top w:val="single" w:sz="4" w:space="0" w:color="auto"/>
              <w:left w:val="single" w:sz="4" w:space="0" w:color="auto"/>
              <w:bottom w:val="single" w:sz="4" w:space="0" w:color="auto"/>
              <w:right w:val="single" w:sz="4" w:space="0" w:color="auto"/>
            </w:tcBorders>
            <w:vAlign w:val="center"/>
          </w:tcPr>
          <w:p w14:paraId="02F7A355" w14:textId="77777777" w:rsidR="00166305" w:rsidRPr="009C0FA9" w:rsidRDefault="00166305" w:rsidP="005F2F4F">
            <w:pPr>
              <w:spacing w:after="0" w:line="280" w:lineRule="exact"/>
              <w:jc w:val="center"/>
              <w:rPr>
                <w:rFonts w:ascii="微軟正黑體" w:eastAsia="微軟正黑體" w:hAnsi="微軟正黑體"/>
              </w:rPr>
            </w:pPr>
          </w:p>
        </w:tc>
      </w:tr>
      <w:tr w:rsidR="005F2F4F" w:rsidRPr="009C0FA9" w14:paraId="7D5FA22F"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7C96388F" w14:textId="77777777" w:rsidR="00166305" w:rsidRPr="00831783" w:rsidRDefault="00166305" w:rsidP="005F2F4F">
            <w:pPr>
              <w:spacing w:after="0" w:line="280" w:lineRule="exact"/>
              <w:jc w:val="center"/>
              <w:rPr>
                <w:rFonts w:ascii="微軟正黑體" w:eastAsia="微軟正黑體" w:hAnsi="微軟正黑體"/>
                <w:b/>
              </w:rPr>
            </w:pPr>
            <w:r w:rsidRPr="00831783">
              <w:rPr>
                <w:rFonts w:ascii="微軟正黑體" w:eastAsia="微軟正黑體" w:hAnsi="微軟正黑體" w:hint="eastAsia"/>
                <w:b/>
              </w:rPr>
              <w:t>4</w:t>
            </w:r>
          </w:p>
        </w:tc>
        <w:tc>
          <w:tcPr>
            <w:tcW w:w="542" w:type="pct"/>
            <w:tcBorders>
              <w:top w:val="single" w:sz="4" w:space="0" w:color="auto"/>
              <w:left w:val="single" w:sz="4" w:space="0" w:color="auto"/>
              <w:bottom w:val="single" w:sz="4" w:space="0" w:color="auto"/>
              <w:right w:val="single" w:sz="4" w:space="0" w:color="auto"/>
            </w:tcBorders>
            <w:vAlign w:val="center"/>
          </w:tcPr>
          <w:p w14:paraId="5B9C6ED9"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563C4C56"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3EA17D3B" w14:textId="77777777" w:rsidR="00166305" w:rsidRPr="009C0FA9" w:rsidRDefault="00166305" w:rsidP="005F2F4F">
            <w:pPr>
              <w:spacing w:after="0" w:line="280" w:lineRule="exact"/>
              <w:jc w:val="center"/>
              <w:rPr>
                <w:rFonts w:ascii="微軟正黑體" w:eastAsia="微軟正黑體" w:hAnsi="微軟正黑體"/>
              </w:rPr>
            </w:pPr>
          </w:p>
        </w:tc>
        <w:tc>
          <w:tcPr>
            <w:tcW w:w="543" w:type="pct"/>
            <w:tcBorders>
              <w:top w:val="single" w:sz="4" w:space="0" w:color="auto"/>
              <w:left w:val="single" w:sz="4" w:space="0" w:color="auto"/>
              <w:bottom w:val="single" w:sz="4" w:space="0" w:color="auto"/>
              <w:right w:val="single" w:sz="4" w:space="0" w:color="auto"/>
            </w:tcBorders>
            <w:vAlign w:val="center"/>
          </w:tcPr>
          <w:p w14:paraId="6249728E"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15BB97A5" w14:textId="77777777" w:rsidR="00166305" w:rsidRPr="009C0FA9" w:rsidRDefault="00166305" w:rsidP="005F2F4F">
            <w:pPr>
              <w:spacing w:after="0" w:line="280" w:lineRule="exact"/>
              <w:jc w:val="center"/>
              <w:rPr>
                <w:rFonts w:ascii="微軟正黑體" w:eastAsia="微軟正黑體" w:hAnsi="微軟正黑體"/>
              </w:rPr>
            </w:pPr>
          </w:p>
        </w:tc>
        <w:tc>
          <w:tcPr>
            <w:tcW w:w="572" w:type="pct"/>
            <w:tcBorders>
              <w:top w:val="single" w:sz="4" w:space="0" w:color="auto"/>
              <w:left w:val="single" w:sz="4" w:space="0" w:color="auto"/>
              <w:bottom w:val="single" w:sz="4" w:space="0" w:color="auto"/>
              <w:right w:val="single" w:sz="4" w:space="0" w:color="auto"/>
            </w:tcBorders>
            <w:vAlign w:val="center"/>
          </w:tcPr>
          <w:p w14:paraId="36BCA055" w14:textId="77777777" w:rsidR="00166305" w:rsidRPr="009C0FA9" w:rsidRDefault="00166305" w:rsidP="005F2F4F">
            <w:pPr>
              <w:spacing w:after="0" w:line="280" w:lineRule="exact"/>
              <w:jc w:val="center"/>
              <w:rPr>
                <w:rFonts w:ascii="微軟正黑體" w:eastAsia="微軟正黑體" w:hAnsi="微軟正黑體"/>
              </w:rPr>
            </w:pPr>
          </w:p>
        </w:tc>
      </w:tr>
      <w:tr w:rsidR="005F2F4F" w:rsidRPr="009C0FA9" w14:paraId="2965DD92"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58DDE5F3" w14:textId="77777777" w:rsidR="00166305" w:rsidRPr="00831783" w:rsidRDefault="00166305" w:rsidP="005F2F4F">
            <w:pPr>
              <w:spacing w:after="0" w:line="280" w:lineRule="exact"/>
              <w:jc w:val="center"/>
              <w:rPr>
                <w:rFonts w:ascii="微軟正黑體" w:eastAsia="微軟正黑體" w:hAnsi="微軟正黑體"/>
                <w:b/>
              </w:rPr>
            </w:pPr>
            <w:r w:rsidRPr="00831783">
              <w:rPr>
                <w:rFonts w:ascii="微軟正黑體" w:eastAsia="微軟正黑體" w:hAnsi="微軟正黑體" w:hint="eastAsia"/>
                <w:b/>
              </w:rPr>
              <w:t>5</w:t>
            </w:r>
          </w:p>
        </w:tc>
        <w:tc>
          <w:tcPr>
            <w:tcW w:w="542" w:type="pct"/>
            <w:tcBorders>
              <w:top w:val="single" w:sz="4" w:space="0" w:color="auto"/>
              <w:left w:val="single" w:sz="4" w:space="0" w:color="auto"/>
              <w:bottom w:val="single" w:sz="4" w:space="0" w:color="auto"/>
              <w:right w:val="single" w:sz="4" w:space="0" w:color="auto"/>
            </w:tcBorders>
            <w:vAlign w:val="center"/>
          </w:tcPr>
          <w:p w14:paraId="1ECAF916"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58D5FFD0"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0C1E51CD" w14:textId="77777777" w:rsidR="00166305" w:rsidRPr="009C0FA9" w:rsidRDefault="00166305" w:rsidP="005F2F4F">
            <w:pPr>
              <w:spacing w:after="0" w:line="280" w:lineRule="exact"/>
              <w:jc w:val="center"/>
              <w:rPr>
                <w:rFonts w:ascii="微軟正黑體" w:eastAsia="微軟正黑體" w:hAnsi="微軟正黑體"/>
              </w:rPr>
            </w:pPr>
          </w:p>
        </w:tc>
        <w:tc>
          <w:tcPr>
            <w:tcW w:w="543" w:type="pct"/>
            <w:tcBorders>
              <w:top w:val="single" w:sz="4" w:space="0" w:color="auto"/>
              <w:left w:val="single" w:sz="4" w:space="0" w:color="auto"/>
              <w:bottom w:val="single" w:sz="4" w:space="0" w:color="auto"/>
              <w:right w:val="single" w:sz="4" w:space="0" w:color="auto"/>
            </w:tcBorders>
            <w:vAlign w:val="center"/>
          </w:tcPr>
          <w:p w14:paraId="24C3A0FC"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6C4D8F1D" w14:textId="77777777" w:rsidR="00166305" w:rsidRPr="009C0FA9" w:rsidRDefault="00166305" w:rsidP="005F2F4F">
            <w:pPr>
              <w:spacing w:after="0" w:line="280" w:lineRule="exact"/>
              <w:jc w:val="center"/>
              <w:rPr>
                <w:rFonts w:ascii="微軟正黑體" w:eastAsia="微軟正黑體" w:hAnsi="微軟正黑體"/>
              </w:rPr>
            </w:pPr>
          </w:p>
        </w:tc>
        <w:tc>
          <w:tcPr>
            <w:tcW w:w="572" w:type="pct"/>
            <w:tcBorders>
              <w:top w:val="single" w:sz="4" w:space="0" w:color="auto"/>
              <w:left w:val="single" w:sz="4" w:space="0" w:color="auto"/>
              <w:bottom w:val="single" w:sz="4" w:space="0" w:color="auto"/>
              <w:right w:val="single" w:sz="4" w:space="0" w:color="auto"/>
            </w:tcBorders>
            <w:vAlign w:val="center"/>
          </w:tcPr>
          <w:p w14:paraId="0003B5E6" w14:textId="77777777" w:rsidR="00166305" w:rsidRPr="009C0FA9" w:rsidRDefault="00166305" w:rsidP="005F2F4F">
            <w:pPr>
              <w:spacing w:after="0" w:line="280" w:lineRule="exact"/>
              <w:jc w:val="center"/>
              <w:rPr>
                <w:rFonts w:ascii="微軟正黑體" w:eastAsia="微軟正黑體" w:hAnsi="微軟正黑體"/>
              </w:rPr>
            </w:pPr>
          </w:p>
        </w:tc>
      </w:tr>
      <w:tr w:rsidR="005F2F4F" w:rsidRPr="009C0FA9" w14:paraId="195547D4"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43F1F98A" w14:textId="77777777" w:rsidR="00166305" w:rsidRPr="00831783" w:rsidRDefault="00166305" w:rsidP="005F2F4F">
            <w:pPr>
              <w:spacing w:after="0" w:line="280" w:lineRule="exact"/>
              <w:jc w:val="center"/>
              <w:rPr>
                <w:rFonts w:ascii="微軟正黑體" w:eastAsia="微軟正黑體" w:hAnsi="微軟正黑體"/>
                <w:b/>
              </w:rPr>
            </w:pPr>
            <w:r w:rsidRPr="00831783">
              <w:rPr>
                <w:rFonts w:ascii="微軟正黑體" w:eastAsia="微軟正黑體" w:hAnsi="微軟正黑體" w:hint="eastAsia"/>
                <w:b/>
              </w:rPr>
              <w:t>6</w:t>
            </w:r>
          </w:p>
        </w:tc>
        <w:tc>
          <w:tcPr>
            <w:tcW w:w="542" w:type="pct"/>
            <w:tcBorders>
              <w:top w:val="single" w:sz="4" w:space="0" w:color="auto"/>
              <w:left w:val="single" w:sz="4" w:space="0" w:color="auto"/>
              <w:bottom w:val="single" w:sz="4" w:space="0" w:color="auto"/>
              <w:right w:val="single" w:sz="4" w:space="0" w:color="auto"/>
            </w:tcBorders>
            <w:vAlign w:val="center"/>
          </w:tcPr>
          <w:p w14:paraId="7A91D3E3"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2DFF9BC7"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625CE3B8" w14:textId="77777777" w:rsidR="00166305" w:rsidRPr="009C0FA9" w:rsidRDefault="00166305" w:rsidP="005F2F4F">
            <w:pPr>
              <w:spacing w:after="0" w:line="280" w:lineRule="exact"/>
              <w:jc w:val="center"/>
              <w:rPr>
                <w:rFonts w:ascii="微軟正黑體" w:eastAsia="微軟正黑體" w:hAnsi="微軟正黑體"/>
              </w:rPr>
            </w:pPr>
          </w:p>
        </w:tc>
        <w:tc>
          <w:tcPr>
            <w:tcW w:w="543" w:type="pct"/>
            <w:tcBorders>
              <w:top w:val="single" w:sz="4" w:space="0" w:color="auto"/>
              <w:left w:val="single" w:sz="4" w:space="0" w:color="auto"/>
              <w:bottom w:val="single" w:sz="4" w:space="0" w:color="auto"/>
              <w:right w:val="single" w:sz="4" w:space="0" w:color="auto"/>
            </w:tcBorders>
            <w:vAlign w:val="center"/>
          </w:tcPr>
          <w:p w14:paraId="4207E9D3"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684C07AC" w14:textId="77777777" w:rsidR="00166305" w:rsidRPr="009C0FA9" w:rsidRDefault="00166305" w:rsidP="005F2F4F">
            <w:pPr>
              <w:spacing w:after="0" w:line="280" w:lineRule="exact"/>
              <w:jc w:val="center"/>
              <w:rPr>
                <w:rFonts w:ascii="微軟正黑體" w:eastAsia="微軟正黑體" w:hAnsi="微軟正黑體"/>
              </w:rPr>
            </w:pPr>
          </w:p>
        </w:tc>
        <w:tc>
          <w:tcPr>
            <w:tcW w:w="572" w:type="pct"/>
            <w:tcBorders>
              <w:top w:val="single" w:sz="4" w:space="0" w:color="auto"/>
              <w:left w:val="single" w:sz="4" w:space="0" w:color="auto"/>
              <w:bottom w:val="single" w:sz="4" w:space="0" w:color="auto"/>
              <w:right w:val="single" w:sz="4" w:space="0" w:color="auto"/>
            </w:tcBorders>
            <w:vAlign w:val="center"/>
          </w:tcPr>
          <w:p w14:paraId="44A216E6" w14:textId="77777777" w:rsidR="00166305" w:rsidRPr="009C0FA9" w:rsidRDefault="00166305" w:rsidP="005F2F4F">
            <w:pPr>
              <w:spacing w:after="0" w:line="280" w:lineRule="exact"/>
              <w:jc w:val="center"/>
              <w:rPr>
                <w:rFonts w:ascii="微軟正黑體" w:eastAsia="微軟正黑體" w:hAnsi="微軟正黑體"/>
              </w:rPr>
            </w:pPr>
          </w:p>
        </w:tc>
      </w:tr>
      <w:tr w:rsidR="005F2F4F" w:rsidRPr="009C0FA9" w14:paraId="03C0A277"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77B1546C" w14:textId="77777777" w:rsidR="00166305" w:rsidRPr="00831783" w:rsidRDefault="00166305" w:rsidP="005F2F4F">
            <w:pPr>
              <w:spacing w:after="0" w:line="280" w:lineRule="exact"/>
              <w:jc w:val="center"/>
              <w:rPr>
                <w:rFonts w:ascii="微軟正黑體" w:eastAsia="微軟正黑體" w:hAnsi="微軟正黑體"/>
                <w:b/>
              </w:rPr>
            </w:pPr>
            <w:r w:rsidRPr="00831783">
              <w:rPr>
                <w:rFonts w:ascii="微軟正黑體" w:eastAsia="微軟正黑體" w:hAnsi="微軟正黑體" w:hint="eastAsia"/>
                <w:b/>
              </w:rPr>
              <w:t>7</w:t>
            </w:r>
          </w:p>
        </w:tc>
        <w:tc>
          <w:tcPr>
            <w:tcW w:w="542" w:type="pct"/>
            <w:tcBorders>
              <w:top w:val="single" w:sz="4" w:space="0" w:color="auto"/>
              <w:left w:val="single" w:sz="4" w:space="0" w:color="auto"/>
              <w:bottom w:val="single" w:sz="4" w:space="0" w:color="auto"/>
              <w:right w:val="single" w:sz="4" w:space="0" w:color="auto"/>
            </w:tcBorders>
            <w:vAlign w:val="center"/>
          </w:tcPr>
          <w:p w14:paraId="0FADBEE8"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1B96CAE4"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75534015" w14:textId="77777777" w:rsidR="00166305" w:rsidRPr="009C0FA9" w:rsidRDefault="00166305" w:rsidP="005F2F4F">
            <w:pPr>
              <w:spacing w:after="0" w:line="280" w:lineRule="exact"/>
              <w:jc w:val="center"/>
              <w:rPr>
                <w:rFonts w:ascii="微軟正黑體" w:eastAsia="微軟正黑體" w:hAnsi="微軟正黑體"/>
              </w:rPr>
            </w:pPr>
          </w:p>
        </w:tc>
        <w:tc>
          <w:tcPr>
            <w:tcW w:w="543" w:type="pct"/>
            <w:tcBorders>
              <w:top w:val="single" w:sz="4" w:space="0" w:color="auto"/>
              <w:left w:val="single" w:sz="4" w:space="0" w:color="auto"/>
              <w:bottom w:val="single" w:sz="4" w:space="0" w:color="auto"/>
              <w:right w:val="single" w:sz="4" w:space="0" w:color="auto"/>
            </w:tcBorders>
            <w:vAlign w:val="center"/>
          </w:tcPr>
          <w:p w14:paraId="02F23BF6"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738F12DD" w14:textId="77777777" w:rsidR="00166305" w:rsidRPr="009C0FA9" w:rsidRDefault="00166305" w:rsidP="005F2F4F">
            <w:pPr>
              <w:spacing w:after="0" w:line="280" w:lineRule="exact"/>
              <w:jc w:val="center"/>
              <w:rPr>
                <w:rFonts w:ascii="微軟正黑體" w:eastAsia="微軟正黑體" w:hAnsi="微軟正黑體"/>
              </w:rPr>
            </w:pPr>
          </w:p>
        </w:tc>
        <w:tc>
          <w:tcPr>
            <w:tcW w:w="572" w:type="pct"/>
            <w:tcBorders>
              <w:top w:val="single" w:sz="4" w:space="0" w:color="auto"/>
              <w:left w:val="single" w:sz="4" w:space="0" w:color="auto"/>
              <w:bottom w:val="single" w:sz="4" w:space="0" w:color="auto"/>
              <w:right w:val="single" w:sz="4" w:space="0" w:color="auto"/>
            </w:tcBorders>
            <w:vAlign w:val="center"/>
          </w:tcPr>
          <w:p w14:paraId="21F30983" w14:textId="77777777" w:rsidR="00166305" w:rsidRPr="009C0FA9" w:rsidRDefault="00166305" w:rsidP="005F2F4F">
            <w:pPr>
              <w:spacing w:after="0" w:line="280" w:lineRule="exact"/>
              <w:jc w:val="center"/>
              <w:rPr>
                <w:rFonts w:ascii="微軟正黑體" w:eastAsia="微軟正黑體" w:hAnsi="微軟正黑體"/>
              </w:rPr>
            </w:pPr>
          </w:p>
        </w:tc>
      </w:tr>
      <w:tr w:rsidR="005F2F4F" w:rsidRPr="009C0FA9" w14:paraId="648189A9"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6FDD1CCE" w14:textId="642C53F7" w:rsidR="00166305" w:rsidRPr="00831783" w:rsidRDefault="00166305" w:rsidP="005F2F4F">
            <w:pPr>
              <w:spacing w:after="0" w:line="280" w:lineRule="exact"/>
              <w:jc w:val="center"/>
              <w:rPr>
                <w:rFonts w:ascii="微軟正黑體" w:eastAsia="微軟正黑體" w:hAnsi="微軟正黑體"/>
                <w:b/>
              </w:rPr>
            </w:pPr>
            <w:r w:rsidRPr="00831783">
              <w:rPr>
                <w:rFonts w:ascii="微軟正黑體" w:eastAsia="微軟正黑體" w:hAnsi="微軟正黑體" w:hint="eastAsia"/>
                <w:b/>
              </w:rPr>
              <w:t>8</w:t>
            </w:r>
          </w:p>
        </w:tc>
        <w:tc>
          <w:tcPr>
            <w:tcW w:w="542" w:type="pct"/>
            <w:tcBorders>
              <w:top w:val="single" w:sz="4" w:space="0" w:color="auto"/>
              <w:left w:val="single" w:sz="4" w:space="0" w:color="auto"/>
              <w:bottom w:val="single" w:sz="4" w:space="0" w:color="auto"/>
              <w:right w:val="single" w:sz="4" w:space="0" w:color="auto"/>
            </w:tcBorders>
            <w:vAlign w:val="center"/>
          </w:tcPr>
          <w:p w14:paraId="31994612"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6EA526E6"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02EED4E5" w14:textId="77777777" w:rsidR="00166305" w:rsidRPr="009C0FA9" w:rsidRDefault="00166305" w:rsidP="005F2F4F">
            <w:pPr>
              <w:spacing w:after="0" w:line="280" w:lineRule="exact"/>
              <w:jc w:val="center"/>
              <w:rPr>
                <w:rFonts w:ascii="微軟正黑體" w:eastAsia="微軟正黑體" w:hAnsi="微軟正黑體"/>
              </w:rPr>
            </w:pPr>
          </w:p>
        </w:tc>
        <w:tc>
          <w:tcPr>
            <w:tcW w:w="543" w:type="pct"/>
            <w:tcBorders>
              <w:top w:val="single" w:sz="4" w:space="0" w:color="auto"/>
              <w:left w:val="single" w:sz="4" w:space="0" w:color="auto"/>
              <w:bottom w:val="single" w:sz="4" w:space="0" w:color="auto"/>
              <w:right w:val="single" w:sz="4" w:space="0" w:color="auto"/>
            </w:tcBorders>
            <w:vAlign w:val="center"/>
          </w:tcPr>
          <w:p w14:paraId="50D2357F"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07374F54" w14:textId="77777777" w:rsidR="00166305" w:rsidRPr="009C0FA9" w:rsidRDefault="00166305" w:rsidP="005F2F4F">
            <w:pPr>
              <w:spacing w:after="0" w:line="280" w:lineRule="exact"/>
              <w:jc w:val="center"/>
              <w:rPr>
                <w:rFonts w:ascii="微軟正黑體" w:eastAsia="微軟正黑體" w:hAnsi="微軟正黑體"/>
              </w:rPr>
            </w:pPr>
          </w:p>
        </w:tc>
        <w:tc>
          <w:tcPr>
            <w:tcW w:w="572" w:type="pct"/>
            <w:tcBorders>
              <w:top w:val="single" w:sz="4" w:space="0" w:color="auto"/>
              <w:left w:val="single" w:sz="4" w:space="0" w:color="auto"/>
              <w:bottom w:val="single" w:sz="4" w:space="0" w:color="auto"/>
              <w:right w:val="single" w:sz="4" w:space="0" w:color="auto"/>
            </w:tcBorders>
            <w:vAlign w:val="center"/>
          </w:tcPr>
          <w:p w14:paraId="2B5B315D" w14:textId="77777777" w:rsidR="00166305" w:rsidRPr="009C0FA9" w:rsidRDefault="00166305" w:rsidP="005F2F4F">
            <w:pPr>
              <w:spacing w:after="0" w:line="280" w:lineRule="exact"/>
              <w:jc w:val="center"/>
              <w:rPr>
                <w:rFonts w:ascii="微軟正黑體" w:eastAsia="微軟正黑體" w:hAnsi="微軟正黑體"/>
              </w:rPr>
            </w:pPr>
          </w:p>
        </w:tc>
      </w:tr>
      <w:tr w:rsidR="005F2F4F" w:rsidRPr="009C0FA9" w14:paraId="030E07CF"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5AFCA2F7" w14:textId="139E0DDD" w:rsidR="00166305" w:rsidRPr="00831783" w:rsidRDefault="00166305" w:rsidP="005F2F4F">
            <w:pPr>
              <w:spacing w:after="0" w:line="280" w:lineRule="exact"/>
              <w:jc w:val="center"/>
              <w:rPr>
                <w:rFonts w:ascii="微軟正黑體" w:eastAsia="微軟正黑體" w:hAnsi="微軟正黑體"/>
                <w:b/>
              </w:rPr>
            </w:pPr>
            <w:r w:rsidRPr="00831783">
              <w:rPr>
                <w:rFonts w:ascii="微軟正黑體" w:eastAsia="微軟正黑體" w:hAnsi="微軟正黑體" w:hint="eastAsia"/>
                <w:b/>
              </w:rPr>
              <w:t>9</w:t>
            </w:r>
          </w:p>
        </w:tc>
        <w:tc>
          <w:tcPr>
            <w:tcW w:w="542" w:type="pct"/>
            <w:tcBorders>
              <w:top w:val="single" w:sz="4" w:space="0" w:color="auto"/>
              <w:left w:val="single" w:sz="4" w:space="0" w:color="auto"/>
              <w:bottom w:val="single" w:sz="4" w:space="0" w:color="auto"/>
              <w:right w:val="single" w:sz="4" w:space="0" w:color="auto"/>
            </w:tcBorders>
            <w:vAlign w:val="center"/>
          </w:tcPr>
          <w:p w14:paraId="7A5A3BC9"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36593E52"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27F02015" w14:textId="77777777" w:rsidR="00166305" w:rsidRPr="009C0FA9" w:rsidRDefault="00166305" w:rsidP="005F2F4F">
            <w:pPr>
              <w:spacing w:after="0" w:line="280" w:lineRule="exact"/>
              <w:jc w:val="center"/>
              <w:rPr>
                <w:rFonts w:ascii="微軟正黑體" w:eastAsia="微軟正黑體" w:hAnsi="微軟正黑體"/>
              </w:rPr>
            </w:pPr>
          </w:p>
        </w:tc>
        <w:tc>
          <w:tcPr>
            <w:tcW w:w="543" w:type="pct"/>
            <w:tcBorders>
              <w:top w:val="single" w:sz="4" w:space="0" w:color="auto"/>
              <w:left w:val="single" w:sz="4" w:space="0" w:color="auto"/>
              <w:bottom w:val="single" w:sz="4" w:space="0" w:color="auto"/>
              <w:right w:val="single" w:sz="4" w:space="0" w:color="auto"/>
            </w:tcBorders>
            <w:vAlign w:val="center"/>
          </w:tcPr>
          <w:p w14:paraId="18B8B180"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16379A72" w14:textId="77777777" w:rsidR="00166305" w:rsidRPr="009C0FA9" w:rsidRDefault="00166305" w:rsidP="005F2F4F">
            <w:pPr>
              <w:spacing w:after="0" w:line="280" w:lineRule="exact"/>
              <w:jc w:val="center"/>
              <w:rPr>
                <w:rFonts w:ascii="微軟正黑體" w:eastAsia="微軟正黑體" w:hAnsi="微軟正黑體"/>
              </w:rPr>
            </w:pPr>
          </w:p>
        </w:tc>
        <w:tc>
          <w:tcPr>
            <w:tcW w:w="572" w:type="pct"/>
            <w:tcBorders>
              <w:top w:val="single" w:sz="4" w:space="0" w:color="auto"/>
              <w:left w:val="single" w:sz="4" w:space="0" w:color="auto"/>
              <w:bottom w:val="single" w:sz="4" w:space="0" w:color="auto"/>
              <w:right w:val="single" w:sz="4" w:space="0" w:color="auto"/>
            </w:tcBorders>
            <w:vAlign w:val="center"/>
          </w:tcPr>
          <w:p w14:paraId="007E2996" w14:textId="77777777" w:rsidR="00166305" w:rsidRPr="009C0FA9" w:rsidRDefault="00166305" w:rsidP="005F2F4F">
            <w:pPr>
              <w:spacing w:after="0" w:line="280" w:lineRule="exact"/>
              <w:jc w:val="center"/>
              <w:rPr>
                <w:rFonts w:ascii="微軟正黑體" w:eastAsia="微軟正黑體" w:hAnsi="微軟正黑體"/>
              </w:rPr>
            </w:pPr>
          </w:p>
        </w:tc>
      </w:tr>
      <w:tr w:rsidR="005F2F4F" w:rsidRPr="009C0FA9" w14:paraId="29E9B63C"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05F3A872" w14:textId="134F37F4" w:rsidR="00166305" w:rsidRPr="00831783" w:rsidRDefault="00166305" w:rsidP="005F2F4F">
            <w:pPr>
              <w:spacing w:after="0" w:line="280" w:lineRule="exact"/>
              <w:jc w:val="center"/>
              <w:rPr>
                <w:rFonts w:ascii="微軟正黑體" w:eastAsia="微軟正黑體" w:hAnsi="微軟正黑體"/>
                <w:b/>
              </w:rPr>
            </w:pPr>
            <w:r w:rsidRPr="00831783">
              <w:rPr>
                <w:rFonts w:ascii="微軟正黑體" w:eastAsia="微軟正黑體" w:hAnsi="微軟正黑體" w:hint="eastAsia"/>
                <w:b/>
              </w:rPr>
              <w:t>10</w:t>
            </w:r>
          </w:p>
        </w:tc>
        <w:tc>
          <w:tcPr>
            <w:tcW w:w="542" w:type="pct"/>
            <w:tcBorders>
              <w:top w:val="single" w:sz="4" w:space="0" w:color="auto"/>
              <w:left w:val="single" w:sz="4" w:space="0" w:color="auto"/>
              <w:bottom w:val="single" w:sz="4" w:space="0" w:color="auto"/>
              <w:right w:val="single" w:sz="4" w:space="0" w:color="auto"/>
            </w:tcBorders>
            <w:vAlign w:val="center"/>
          </w:tcPr>
          <w:p w14:paraId="791C3CBB"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4A912F46"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070CA76D" w14:textId="77777777" w:rsidR="00166305" w:rsidRPr="009C0FA9" w:rsidRDefault="00166305" w:rsidP="005F2F4F">
            <w:pPr>
              <w:spacing w:after="0" w:line="280" w:lineRule="exact"/>
              <w:jc w:val="center"/>
              <w:rPr>
                <w:rFonts w:ascii="微軟正黑體" w:eastAsia="微軟正黑體" w:hAnsi="微軟正黑體"/>
              </w:rPr>
            </w:pPr>
          </w:p>
        </w:tc>
        <w:tc>
          <w:tcPr>
            <w:tcW w:w="543" w:type="pct"/>
            <w:tcBorders>
              <w:top w:val="single" w:sz="4" w:space="0" w:color="auto"/>
              <w:left w:val="single" w:sz="4" w:space="0" w:color="auto"/>
              <w:bottom w:val="single" w:sz="4" w:space="0" w:color="auto"/>
              <w:right w:val="single" w:sz="4" w:space="0" w:color="auto"/>
            </w:tcBorders>
            <w:vAlign w:val="center"/>
          </w:tcPr>
          <w:p w14:paraId="3ECF5F2E"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7B7CE63F" w14:textId="77777777" w:rsidR="00166305" w:rsidRPr="009C0FA9" w:rsidRDefault="00166305" w:rsidP="005F2F4F">
            <w:pPr>
              <w:spacing w:after="0" w:line="280" w:lineRule="exact"/>
              <w:jc w:val="center"/>
              <w:rPr>
                <w:rFonts w:ascii="微軟正黑體" w:eastAsia="微軟正黑體" w:hAnsi="微軟正黑體"/>
              </w:rPr>
            </w:pPr>
          </w:p>
        </w:tc>
        <w:tc>
          <w:tcPr>
            <w:tcW w:w="572" w:type="pct"/>
            <w:tcBorders>
              <w:top w:val="single" w:sz="4" w:space="0" w:color="auto"/>
              <w:left w:val="single" w:sz="4" w:space="0" w:color="auto"/>
              <w:bottom w:val="single" w:sz="4" w:space="0" w:color="auto"/>
              <w:right w:val="single" w:sz="4" w:space="0" w:color="auto"/>
            </w:tcBorders>
            <w:vAlign w:val="center"/>
          </w:tcPr>
          <w:p w14:paraId="34833DE1" w14:textId="77777777" w:rsidR="00166305" w:rsidRPr="009C0FA9" w:rsidRDefault="00166305" w:rsidP="005F2F4F">
            <w:pPr>
              <w:spacing w:after="0" w:line="280" w:lineRule="exact"/>
              <w:jc w:val="center"/>
              <w:rPr>
                <w:rFonts w:ascii="微軟正黑體" w:eastAsia="微軟正黑體" w:hAnsi="微軟正黑體"/>
              </w:rPr>
            </w:pPr>
          </w:p>
        </w:tc>
      </w:tr>
      <w:tr w:rsidR="005F2F4F" w:rsidRPr="009C0FA9" w14:paraId="74279A56"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276EF7BE" w14:textId="795519A5" w:rsidR="00166305" w:rsidRPr="00831783" w:rsidRDefault="00166305" w:rsidP="005F2F4F">
            <w:pPr>
              <w:spacing w:after="0" w:line="280" w:lineRule="exact"/>
              <w:jc w:val="center"/>
              <w:rPr>
                <w:rFonts w:ascii="微軟正黑體" w:eastAsia="微軟正黑體" w:hAnsi="微軟正黑體"/>
                <w:b/>
              </w:rPr>
            </w:pPr>
            <w:r w:rsidRPr="00831783">
              <w:rPr>
                <w:rFonts w:ascii="微軟正黑體" w:eastAsia="微軟正黑體" w:hAnsi="微軟正黑體" w:hint="eastAsia"/>
                <w:b/>
              </w:rPr>
              <w:t>11</w:t>
            </w:r>
          </w:p>
        </w:tc>
        <w:tc>
          <w:tcPr>
            <w:tcW w:w="542" w:type="pct"/>
            <w:tcBorders>
              <w:top w:val="single" w:sz="4" w:space="0" w:color="auto"/>
              <w:left w:val="single" w:sz="4" w:space="0" w:color="auto"/>
              <w:bottom w:val="single" w:sz="4" w:space="0" w:color="auto"/>
              <w:right w:val="single" w:sz="4" w:space="0" w:color="auto"/>
            </w:tcBorders>
            <w:vAlign w:val="center"/>
          </w:tcPr>
          <w:p w14:paraId="4D46300A"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43DDEB3A"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1D787997" w14:textId="77777777" w:rsidR="00166305" w:rsidRPr="009C0FA9" w:rsidRDefault="00166305" w:rsidP="005F2F4F">
            <w:pPr>
              <w:spacing w:after="0" w:line="280" w:lineRule="exact"/>
              <w:jc w:val="center"/>
              <w:rPr>
                <w:rFonts w:ascii="微軟正黑體" w:eastAsia="微軟正黑體" w:hAnsi="微軟正黑體"/>
              </w:rPr>
            </w:pPr>
          </w:p>
        </w:tc>
        <w:tc>
          <w:tcPr>
            <w:tcW w:w="543" w:type="pct"/>
            <w:tcBorders>
              <w:top w:val="single" w:sz="4" w:space="0" w:color="auto"/>
              <w:left w:val="single" w:sz="4" w:space="0" w:color="auto"/>
              <w:bottom w:val="single" w:sz="4" w:space="0" w:color="auto"/>
              <w:right w:val="single" w:sz="4" w:space="0" w:color="auto"/>
            </w:tcBorders>
            <w:vAlign w:val="center"/>
          </w:tcPr>
          <w:p w14:paraId="3395FB5E"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04758B60" w14:textId="77777777" w:rsidR="00166305" w:rsidRPr="009C0FA9" w:rsidRDefault="00166305" w:rsidP="005F2F4F">
            <w:pPr>
              <w:spacing w:after="0" w:line="280" w:lineRule="exact"/>
              <w:jc w:val="center"/>
              <w:rPr>
                <w:rFonts w:ascii="微軟正黑體" w:eastAsia="微軟正黑體" w:hAnsi="微軟正黑體"/>
              </w:rPr>
            </w:pPr>
          </w:p>
        </w:tc>
        <w:tc>
          <w:tcPr>
            <w:tcW w:w="572" w:type="pct"/>
            <w:tcBorders>
              <w:top w:val="single" w:sz="4" w:space="0" w:color="auto"/>
              <w:left w:val="single" w:sz="4" w:space="0" w:color="auto"/>
              <w:bottom w:val="single" w:sz="4" w:space="0" w:color="auto"/>
              <w:right w:val="single" w:sz="4" w:space="0" w:color="auto"/>
            </w:tcBorders>
            <w:vAlign w:val="center"/>
          </w:tcPr>
          <w:p w14:paraId="1BD92330" w14:textId="77777777" w:rsidR="00166305" w:rsidRPr="009C0FA9" w:rsidRDefault="00166305" w:rsidP="005F2F4F">
            <w:pPr>
              <w:spacing w:after="0" w:line="280" w:lineRule="exact"/>
              <w:jc w:val="center"/>
              <w:rPr>
                <w:rFonts w:ascii="微軟正黑體" w:eastAsia="微軟正黑體" w:hAnsi="微軟正黑體"/>
              </w:rPr>
            </w:pPr>
          </w:p>
        </w:tc>
      </w:tr>
      <w:tr w:rsidR="005F2F4F" w:rsidRPr="009C0FA9" w14:paraId="710EB24C"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18DE763A" w14:textId="4FDF2DCE" w:rsidR="00166305" w:rsidRPr="00831783" w:rsidRDefault="00166305" w:rsidP="005F2F4F">
            <w:pPr>
              <w:spacing w:after="0" w:line="280" w:lineRule="exact"/>
              <w:jc w:val="center"/>
              <w:rPr>
                <w:rFonts w:ascii="微軟正黑體" w:eastAsia="微軟正黑體" w:hAnsi="微軟正黑體"/>
                <w:b/>
              </w:rPr>
            </w:pPr>
            <w:r w:rsidRPr="00831783">
              <w:rPr>
                <w:rFonts w:ascii="微軟正黑體" w:eastAsia="微軟正黑體" w:hAnsi="微軟正黑體" w:hint="eastAsia"/>
                <w:b/>
              </w:rPr>
              <w:t>12</w:t>
            </w:r>
          </w:p>
        </w:tc>
        <w:tc>
          <w:tcPr>
            <w:tcW w:w="542" w:type="pct"/>
            <w:tcBorders>
              <w:top w:val="single" w:sz="4" w:space="0" w:color="auto"/>
              <w:left w:val="single" w:sz="4" w:space="0" w:color="auto"/>
              <w:bottom w:val="single" w:sz="4" w:space="0" w:color="auto"/>
              <w:right w:val="single" w:sz="4" w:space="0" w:color="auto"/>
            </w:tcBorders>
            <w:vAlign w:val="center"/>
          </w:tcPr>
          <w:p w14:paraId="55E3B127"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6C5408DB"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794BF57D" w14:textId="77777777" w:rsidR="00166305" w:rsidRPr="009C0FA9" w:rsidRDefault="00166305" w:rsidP="005F2F4F">
            <w:pPr>
              <w:spacing w:after="0" w:line="280" w:lineRule="exact"/>
              <w:jc w:val="center"/>
              <w:rPr>
                <w:rFonts w:ascii="微軟正黑體" w:eastAsia="微軟正黑體" w:hAnsi="微軟正黑體"/>
              </w:rPr>
            </w:pPr>
          </w:p>
        </w:tc>
        <w:tc>
          <w:tcPr>
            <w:tcW w:w="543" w:type="pct"/>
            <w:tcBorders>
              <w:top w:val="single" w:sz="4" w:space="0" w:color="auto"/>
              <w:left w:val="single" w:sz="4" w:space="0" w:color="auto"/>
              <w:bottom w:val="single" w:sz="4" w:space="0" w:color="auto"/>
              <w:right w:val="single" w:sz="4" w:space="0" w:color="auto"/>
            </w:tcBorders>
            <w:vAlign w:val="center"/>
          </w:tcPr>
          <w:p w14:paraId="6EE4B6C3"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1E299A96" w14:textId="77777777" w:rsidR="00166305" w:rsidRPr="009C0FA9" w:rsidRDefault="00166305" w:rsidP="005F2F4F">
            <w:pPr>
              <w:spacing w:after="0" w:line="280" w:lineRule="exact"/>
              <w:jc w:val="center"/>
              <w:rPr>
                <w:rFonts w:ascii="微軟正黑體" w:eastAsia="微軟正黑體" w:hAnsi="微軟正黑體"/>
              </w:rPr>
            </w:pPr>
          </w:p>
        </w:tc>
        <w:tc>
          <w:tcPr>
            <w:tcW w:w="572" w:type="pct"/>
            <w:tcBorders>
              <w:top w:val="single" w:sz="4" w:space="0" w:color="auto"/>
              <w:left w:val="single" w:sz="4" w:space="0" w:color="auto"/>
              <w:bottom w:val="single" w:sz="4" w:space="0" w:color="auto"/>
              <w:right w:val="single" w:sz="4" w:space="0" w:color="auto"/>
            </w:tcBorders>
            <w:vAlign w:val="center"/>
          </w:tcPr>
          <w:p w14:paraId="574444C2" w14:textId="77777777" w:rsidR="00166305" w:rsidRPr="009C0FA9" w:rsidRDefault="00166305" w:rsidP="005F2F4F">
            <w:pPr>
              <w:spacing w:after="0" w:line="280" w:lineRule="exact"/>
              <w:jc w:val="center"/>
              <w:rPr>
                <w:rFonts w:ascii="微軟正黑體" w:eastAsia="微軟正黑體" w:hAnsi="微軟正黑體"/>
              </w:rPr>
            </w:pPr>
          </w:p>
        </w:tc>
      </w:tr>
      <w:tr w:rsidR="005F2F4F" w:rsidRPr="009C0FA9" w14:paraId="296EE128"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3BDD079E" w14:textId="0694F6F6" w:rsidR="00166305" w:rsidRPr="00831783" w:rsidRDefault="00166305" w:rsidP="005F2F4F">
            <w:pPr>
              <w:spacing w:after="0" w:line="280" w:lineRule="exact"/>
              <w:jc w:val="center"/>
              <w:rPr>
                <w:rFonts w:ascii="微軟正黑體" w:eastAsia="微軟正黑體" w:hAnsi="微軟正黑體"/>
                <w:b/>
              </w:rPr>
            </w:pPr>
            <w:r w:rsidRPr="00831783">
              <w:rPr>
                <w:rFonts w:ascii="微軟正黑體" w:eastAsia="微軟正黑體" w:hAnsi="微軟正黑體" w:hint="eastAsia"/>
                <w:b/>
              </w:rPr>
              <w:t>13</w:t>
            </w:r>
          </w:p>
        </w:tc>
        <w:tc>
          <w:tcPr>
            <w:tcW w:w="542" w:type="pct"/>
            <w:tcBorders>
              <w:top w:val="single" w:sz="4" w:space="0" w:color="auto"/>
              <w:left w:val="single" w:sz="4" w:space="0" w:color="auto"/>
              <w:bottom w:val="single" w:sz="4" w:space="0" w:color="auto"/>
              <w:right w:val="single" w:sz="4" w:space="0" w:color="auto"/>
            </w:tcBorders>
            <w:vAlign w:val="center"/>
          </w:tcPr>
          <w:p w14:paraId="10899772"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4879DE18"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1C64C379" w14:textId="77777777" w:rsidR="00166305" w:rsidRPr="009C0FA9" w:rsidRDefault="00166305" w:rsidP="005F2F4F">
            <w:pPr>
              <w:spacing w:after="0" w:line="280" w:lineRule="exact"/>
              <w:jc w:val="center"/>
              <w:rPr>
                <w:rFonts w:ascii="微軟正黑體" w:eastAsia="微軟正黑體" w:hAnsi="微軟正黑體"/>
              </w:rPr>
            </w:pPr>
          </w:p>
        </w:tc>
        <w:tc>
          <w:tcPr>
            <w:tcW w:w="543" w:type="pct"/>
            <w:tcBorders>
              <w:top w:val="single" w:sz="4" w:space="0" w:color="auto"/>
              <w:left w:val="single" w:sz="4" w:space="0" w:color="auto"/>
              <w:bottom w:val="single" w:sz="4" w:space="0" w:color="auto"/>
              <w:right w:val="single" w:sz="4" w:space="0" w:color="auto"/>
            </w:tcBorders>
            <w:vAlign w:val="center"/>
          </w:tcPr>
          <w:p w14:paraId="064A1D5B"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3E092447" w14:textId="77777777" w:rsidR="00166305" w:rsidRPr="009C0FA9" w:rsidRDefault="00166305" w:rsidP="005F2F4F">
            <w:pPr>
              <w:spacing w:after="0" w:line="280" w:lineRule="exact"/>
              <w:jc w:val="center"/>
              <w:rPr>
                <w:rFonts w:ascii="微軟正黑體" w:eastAsia="微軟正黑體" w:hAnsi="微軟正黑體"/>
              </w:rPr>
            </w:pPr>
          </w:p>
        </w:tc>
        <w:tc>
          <w:tcPr>
            <w:tcW w:w="572" w:type="pct"/>
            <w:tcBorders>
              <w:top w:val="single" w:sz="4" w:space="0" w:color="auto"/>
              <w:left w:val="single" w:sz="4" w:space="0" w:color="auto"/>
              <w:bottom w:val="single" w:sz="4" w:space="0" w:color="auto"/>
              <w:right w:val="single" w:sz="4" w:space="0" w:color="auto"/>
            </w:tcBorders>
            <w:vAlign w:val="center"/>
          </w:tcPr>
          <w:p w14:paraId="6454EF58" w14:textId="77777777" w:rsidR="00166305" w:rsidRPr="009C0FA9" w:rsidRDefault="00166305" w:rsidP="005F2F4F">
            <w:pPr>
              <w:spacing w:after="0" w:line="280" w:lineRule="exact"/>
              <w:jc w:val="center"/>
              <w:rPr>
                <w:rFonts w:ascii="微軟正黑體" w:eastAsia="微軟正黑體" w:hAnsi="微軟正黑體"/>
              </w:rPr>
            </w:pPr>
          </w:p>
        </w:tc>
      </w:tr>
      <w:tr w:rsidR="005F2F4F" w:rsidRPr="009C0FA9" w14:paraId="7DB3EFDE"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176D2715" w14:textId="7137C16C" w:rsidR="00166305" w:rsidRPr="00831783" w:rsidRDefault="00166305" w:rsidP="005F2F4F">
            <w:pPr>
              <w:spacing w:after="0" w:line="280" w:lineRule="exact"/>
              <w:jc w:val="center"/>
              <w:rPr>
                <w:rFonts w:ascii="微軟正黑體" w:eastAsia="微軟正黑體" w:hAnsi="微軟正黑體"/>
                <w:b/>
              </w:rPr>
            </w:pPr>
            <w:r w:rsidRPr="00831783">
              <w:rPr>
                <w:rFonts w:ascii="微軟正黑體" w:eastAsia="微軟正黑體" w:hAnsi="微軟正黑體" w:hint="eastAsia"/>
                <w:b/>
              </w:rPr>
              <w:t>總分</w:t>
            </w:r>
          </w:p>
        </w:tc>
        <w:tc>
          <w:tcPr>
            <w:tcW w:w="542" w:type="pct"/>
            <w:tcBorders>
              <w:top w:val="single" w:sz="4" w:space="0" w:color="auto"/>
              <w:left w:val="single" w:sz="4" w:space="0" w:color="auto"/>
              <w:bottom w:val="single" w:sz="4" w:space="0" w:color="auto"/>
              <w:right w:val="single" w:sz="4" w:space="0" w:color="auto"/>
            </w:tcBorders>
            <w:vAlign w:val="center"/>
          </w:tcPr>
          <w:p w14:paraId="51810C59" w14:textId="77777777" w:rsidR="00166305" w:rsidRPr="009C0FA9" w:rsidRDefault="00166305" w:rsidP="005F2F4F">
            <w:pPr>
              <w:spacing w:after="0" w:line="280" w:lineRule="exact"/>
              <w:jc w:val="center"/>
              <w:rPr>
                <w:rFonts w:ascii="微軟正黑體" w:eastAsia="微軟正黑體" w:hAnsi="微軟正黑體"/>
              </w:rPr>
            </w:pPr>
          </w:p>
        </w:tc>
        <w:tc>
          <w:tcPr>
            <w:tcW w:w="542" w:type="pct"/>
            <w:vMerge w:val="restart"/>
            <w:tcBorders>
              <w:top w:val="single" w:sz="4" w:space="0" w:color="auto"/>
              <w:left w:val="single" w:sz="4" w:space="0" w:color="auto"/>
              <w:bottom w:val="single" w:sz="4" w:space="0" w:color="auto"/>
              <w:right w:val="single" w:sz="4" w:space="0" w:color="auto"/>
              <w:tr2bl w:val="single" w:sz="4" w:space="0" w:color="auto"/>
            </w:tcBorders>
            <w:vAlign w:val="center"/>
          </w:tcPr>
          <w:p w14:paraId="5EC38341"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0D8F350D" w14:textId="77777777" w:rsidR="00166305" w:rsidRPr="009C0FA9" w:rsidRDefault="00166305" w:rsidP="005F2F4F">
            <w:pPr>
              <w:spacing w:after="0" w:line="280" w:lineRule="exact"/>
              <w:jc w:val="center"/>
              <w:rPr>
                <w:rFonts w:ascii="微軟正黑體" w:eastAsia="微軟正黑體" w:hAnsi="微軟正黑體"/>
              </w:rPr>
            </w:pPr>
          </w:p>
        </w:tc>
        <w:tc>
          <w:tcPr>
            <w:tcW w:w="543" w:type="pct"/>
            <w:vMerge w:val="restart"/>
            <w:tcBorders>
              <w:top w:val="single" w:sz="4" w:space="0" w:color="auto"/>
              <w:left w:val="single" w:sz="4" w:space="0" w:color="auto"/>
              <w:bottom w:val="single" w:sz="4" w:space="0" w:color="auto"/>
              <w:right w:val="single" w:sz="4" w:space="0" w:color="auto"/>
              <w:tr2bl w:val="single" w:sz="4" w:space="0" w:color="auto"/>
            </w:tcBorders>
            <w:vAlign w:val="center"/>
          </w:tcPr>
          <w:p w14:paraId="49F2DE6E"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054C1056" w14:textId="77777777" w:rsidR="00166305" w:rsidRPr="009C0FA9" w:rsidRDefault="00166305" w:rsidP="005F2F4F">
            <w:pPr>
              <w:spacing w:after="0" w:line="280" w:lineRule="exact"/>
              <w:jc w:val="center"/>
              <w:rPr>
                <w:rFonts w:ascii="微軟正黑體" w:eastAsia="微軟正黑體" w:hAnsi="微軟正黑體"/>
              </w:rPr>
            </w:pPr>
          </w:p>
        </w:tc>
        <w:tc>
          <w:tcPr>
            <w:tcW w:w="572" w:type="pct"/>
            <w:vMerge w:val="restart"/>
            <w:tcBorders>
              <w:top w:val="single" w:sz="4" w:space="0" w:color="auto"/>
              <w:left w:val="single" w:sz="4" w:space="0" w:color="auto"/>
              <w:bottom w:val="single" w:sz="4" w:space="0" w:color="auto"/>
              <w:right w:val="single" w:sz="4" w:space="0" w:color="auto"/>
              <w:tr2bl w:val="single" w:sz="4" w:space="0" w:color="auto"/>
            </w:tcBorders>
            <w:vAlign w:val="center"/>
          </w:tcPr>
          <w:p w14:paraId="521B55B5" w14:textId="77777777" w:rsidR="00166305" w:rsidRPr="009C0FA9" w:rsidRDefault="00166305" w:rsidP="005F2F4F">
            <w:pPr>
              <w:spacing w:after="0" w:line="280" w:lineRule="exact"/>
              <w:jc w:val="center"/>
              <w:rPr>
                <w:rFonts w:ascii="微軟正黑體" w:eastAsia="微軟正黑體" w:hAnsi="微軟正黑體"/>
              </w:rPr>
            </w:pPr>
          </w:p>
        </w:tc>
      </w:tr>
      <w:tr w:rsidR="005F2F4F" w:rsidRPr="009C0FA9" w14:paraId="5F90E8FA"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10802FB8" w14:textId="4441CCC6" w:rsidR="00166305" w:rsidRPr="00831783" w:rsidRDefault="00166305" w:rsidP="005F2F4F">
            <w:pPr>
              <w:spacing w:after="0" w:line="280" w:lineRule="exact"/>
              <w:jc w:val="center"/>
              <w:rPr>
                <w:rFonts w:ascii="微軟正黑體" w:eastAsia="微軟正黑體" w:hAnsi="微軟正黑體"/>
                <w:b/>
              </w:rPr>
            </w:pPr>
            <w:r w:rsidRPr="00831783">
              <w:rPr>
                <w:rFonts w:ascii="微軟正黑體" w:eastAsia="微軟正黑體" w:hAnsi="微軟正黑體" w:hint="eastAsia"/>
                <w:b/>
              </w:rPr>
              <w:t>平均分數</w:t>
            </w:r>
          </w:p>
        </w:tc>
        <w:tc>
          <w:tcPr>
            <w:tcW w:w="542" w:type="pct"/>
            <w:tcBorders>
              <w:top w:val="single" w:sz="4" w:space="0" w:color="auto"/>
              <w:left w:val="single" w:sz="4" w:space="0" w:color="auto"/>
              <w:bottom w:val="single" w:sz="4" w:space="0" w:color="auto"/>
              <w:right w:val="single" w:sz="4" w:space="0" w:color="auto"/>
            </w:tcBorders>
            <w:vAlign w:val="center"/>
          </w:tcPr>
          <w:p w14:paraId="20B35D11" w14:textId="77777777" w:rsidR="00166305" w:rsidRPr="009C0FA9" w:rsidRDefault="00166305" w:rsidP="005F2F4F">
            <w:pPr>
              <w:spacing w:after="0" w:line="280" w:lineRule="exact"/>
              <w:jc w:val="center"/>
              <w:rPr>
                <w:rFonts w:ascii="微軟正黑體" w:eastAsia="微軟正黑體" w:hAnsi="微軟正黑體"/>
              </w:rPr>
            </w:pPr>
          </w:p>
        </w:tc>
        <w:tc>
          <w:tcPr>
            <w:tcW w:w="542" w:type="pct"/>
            <w:vMerge/>
            <w:tcBorders>
              <w:top w:val="single" w:sz="4" w:space="0" w:color="auto"/>
              <w:left w:val="single" w:sz="4" w:space="0" w:color="auto"/>
              <w:bottom w:val="single" w:sz="4" w:space="0" w:color="auto"/>
              <w:right w:val="single" w:sz="4" w:space="0" w:color="auto"/>
              <w:tr2bl w:val="single" w:sz="4" w:space="0" w:color="auto"/>
            </w:tcBorders>
            <w:vAlign w:val="center"/>
          </w:tcPr>
          <w:p w14:paraId="1C0629FF"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3385E6CA" w14:textId="77777777" w:rsidR="00166305" w:rsidRPr="009C0FA9" w:rsidRDefault="00166305" w:rsidP="005F2F4F">
            <w:pPr>
              <w:spacing w:after="0" w:line="280" w:lineRule="exact"/>
              <w:jc w:val="center"/>
              <w:rPr>
                <w:rFonts w:ascii="微軟正黑體" w:eastAsia="微軟正黑體" w:hAnsi="微軟正黑體"/>
              </w:rPr>
            </w:pPr>
          </w:p>
        </w:tc>
        <w:tc>
          <w:tcPr>
            <w:tcW w:w="543" w:type="pct"/>
            <w:vMerge/>
            <w:tcBorders>
              <w:top w:val="single" w:sz="4" w:space="0" w:color="auto"/>
              <w:left w:val="single" w:sz="4" w:space="0" w:color="auto"/>
              <w:bottom w:val="single" w:sz="4" w:space="0" w:color="auto"/>
              <w:right w:val="single" w:sz="4" w:space="0" w:color="auto"/>
              <w:tr2bl w:val="single" w:sz="4" w:space="0" w:color="auto"/>
            </w:tcBorders>
            <w:vAlign w:val="center"/>
          </w:tcPr>
          <w:p w14:paraId="32F3B457"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cBorders>
            <w:vAlign w:val="center"/>
          </w:tcPr>
          <w:p w14:paraId="4A5A4918" w14:textId="77777777" w:rsidR="00166305" w:rsidRPr="009C0FA9" w:rsidRDefault="00166305" w:rsidP="005F2F4F">
            <w:pPr>
              <w:spacing w:after="0" w:line="280" w:lineRule="exact"/>
              <w:jc w:val="center"/>
              <w:rPr>
                <w:rFonts w:ascii="微軟正黑體" w:eastAsia="微軟正黑體" w:hAnsi="微軟正黑體"/>
              </w:rPr>
            </w:pPr>
          </w:p>
        </w:tc>
        <w:tc>
          <w:tcPr>
            <w:tcW w:w="572" w:type="pct"/>
            <w:vMerge/>
            <w:tcBorders>
              <w:top w:val="single" w:sz="4" w:space="0" w:color="auto"/>
              <w:left w:val="single" w:sz="4" w:space="0" w:color="auto"/>
              <w:bottom w:val="single" w:sz="4" w:space="0" w:color="auto"/>
              <w:right w:val="single" w:sz="4" w:space="0" w:color="auto"/>
              <w:tr2bl w:val="single" w:sz="4" w:space="0" w:color="auto"/>
            </w:tcBorders>
            <w:vAlign w:val="center"/>
          </w:tcPr>
          <w:p w14:paraId="04B2EF3F" w14:textId="77777777" w:rsidR="00166305" w:rsidRPr="009C0FA9" w:rsidRDefault="00166305" w:rsidP="005F2F4F">
            <w:pPr>
              <w:spacing w:after="0" w:line="280" w:lineRule="exact"/>
              <w:jc w:val="center"/>
              <w:rPr>
                <w:rFonts w:ascii="微軟正黑體" w:eastAsia="微軟正黑體" w:hAnsi="微軟正黑體"/>
              </w:rPr>
            </w:pPr>
          </w:p>
        </w:tc>
      </w:tr>
      <w:tr w:rsidR="005F2F4F" w:rsidRPr="009C0FA9" w14:paraId="730EEBFA"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49962172" w14:textId="769DE3BC" w:rsidR="00166305" w:rsidRPr="00831783" w:rsidRDefault="00166305" w:rsidP="005F2F4F">
            <w:pPr>
              <w:spacing w:after="0" w:line="280" w:lineRule="exact"/>
              <w:jc w:val="center"/>
              <w:rPr>
                <w:rFonts w:ascii="微軟正黑體" w:eastAsia="微軟正黑體" w:hAnsi="微軟正黑體"/>
                <w:b/>
                <w:lang w:eastAsia="zh-CN"/>
              </w:rPr>
            </w:pPr>
            <w:r w:rsidRPr="00831783">
              <w:rPr>
                <w:rFonts w:ascii="微軟正黑體" w:eastAsia="微軟正黑體" w:hAnsi="微軟正黑體" w:hint="eastAsia"/>
                <w:b/>
              </w:rPr>
              <w:t>排序積分</w:t>
            </w:r>
            <w:r w:rsidRPr="00831783">
              <w:rPr>
                <w:rFonts w:ascii="微軟正黑體" w:eastAsia="微軟正黑體" w:hAnsi="微軟正黑體" w:hint="eastAsia"/>
                <w:b/>
                <w:lang w:eastAsia="zh-CN"/>
              </w:rPr>
              <w:t>(序位合計)</w:t>
            </w:r>
          </w:p>
        </w:tc>
        <w:tc>
          <w:tcPr>
            <w:tcW w:w="542" w:type="pct"/>
            <w:tcBorders>
              <w:top w:val="single" w:sz="4" w:space="0" w:color="auto"/>
              <w:left w:val="single" w:sz="4" w:space="0" w:color="auto"/>
              <w:bottom w:val="single" w:sz="4" w:space="0" w:color="auto"/>
              <w:right w:val="single" w:sz="4" w:space="0" w:color="auto"/>
              <w:tr2bl w:val="single" w:sz="4" w:space="0" w:color="auto"/>
            </w:tcBorders>
            <w:vAlign w:val="center"/>
          </w:tcPr>
          <w:p w14:paraId="1F8DECDB"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r2bl w:val="nil"/>
            </w:tcBorders>
            <w:vAlign w:val="center"/>
          </w:tcPr>
          <w:p w14:paraId="22C44A41"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r2bl w:val="single" w:sz="4" w:space="0" w:color="auto"/>
            </w:tcBorders>
            <w:vAlign w:val="center"/>
          </w:tcPr>
          <w:p w14:paraId="5F615808" w14:textId="77777777" w:rsidR="00166305" w:rsidRPr="009C0FA9" w:rsidRDefault="00166305" w:rsidP="005F2F4F">
            <w:pPr>
              <w:spacing w:after="0" w:line="280" w:lineRule="exact"/>
              <w:jc w:val="center"/>
              <w:rPr>
                <w:rFonts w:ascii="微軟正黑體" w:eastAsia="微軟正黑體" w:hAnsi="微軟正黑體"/>
              </w:rPr>
            </w:pPr>
          </w:p>
        </w:tc>
        <w:tc>
          <w:tcPr>
            <w:tcW w:w="543" w:type="pct"/>
            <w:tcBorders>
              <w:top w:val="single" w:sz="4" w:space="0" w:color="auto"/>
              <w:left w:val="single" w:sz="4" w:space="0" w:color="auto"/>
              <w:bottom w:val="single" w:sz="4" w:space="0" w:color="auto"/>
              <w:right w:val="single" w:sz="4" w:space="0" w:color="auto"/>
              <w:tr2bl w:val="nil"/>
            </w:tcBorders>
            <w:vAlign w:val="center"/>
          </w:tcPr>
          <w:p w14:paraId="347B227E" w14:textId="77777777" w:rsidR="00166305" w:rsidRPr="009C0FA9" w:rsidRDefault="00166305" w:rsidP="005F2F4F">
            <w:pPr>
              <w:spacing w:after="0" w:line="280" w:lineRule="exact"/>
              <w:jc w:val="center"/>
              <w:rPr>
                <w:rFonts w:ascii="微軟正黑體" w:eastAsia="微軟正黑體" w:hAnsi="微軟正黑體"/>
              </w:rPr>
            </w:pPr>
          </w:p>
        </w:tc>
        <w:tc>
          <w:tcPr>
            <w:tcW w:w="542" w:type="pct"/>
            <w:tcBorders>
              <w:top w:val="single" w:sz="4" w:space="0" w:color="auto"/>
              <w:left w:val="single" w:sz="4" w:space="0" w:color="auto"/>
              <w:bottom w:val="single" w:sz="4" w:space="0" w:color="auto"/>
              <w:right w:val="single" w:sz="4" w:space="0" w:color="auto"/>
              <w:tr2bl w:val="single" w:sz="4" w:space="0" w:color="auto"/>
            </w:tcBorders>
            <w:vAlign w:val="center"/>
          </w:tcPr>
          <w:p w14:paraId="72E711B7" w14:textId="77777777" w:rsidR="00166305" w:rsidRPr="009C0FA9" w:rsidRDefault="00166305" w:rsidP="005F2F4F">
            <w:pPr>
              <w:spacing w:after="0" w:line="280" w:lineRule="exact"/>
              <w:jc w:val="center"/>
              <w:rPr>
                <w:rFonts w:ascii="微軟正黑體" w:eastAsia="微軟正黑體" w:hAnsi="微軟正黑體"/>
              </w:rPr>
            </w:pPr>
          </w:p>
        </w:tc>
        <w:tc>
          <w:tcPr>
            <w:tcW w:w="572" w:type="pct"/>
            <w:tcBorders>
              <w:top w:val="single" w:sz="4" w:space="0" w:color="auto"/>
              <w:left w:val="single" w:sz="4" w:space="0" w:color="auto"/>
              <w:bottom w:val="single" w:sz="4" w:space="0" w:color="auto"/>
              <w:right w:val="single" w:sz="4" w:space="0" w:color="auto"/>
              <w:tr2bl w:val="nil"/>
            </w:tcBorders>
            <w:vAlign w:val="center"/>
          </w:tcPr>
          <w:p w14:paraId="259F806F" w14:textId="77777777" w:rsidR="00166305" w:rsidRPr="009C0FA9" w:rsidRDefault="00166305" w:rsidP="005F2F4F">
            <w:pPr>
              <w:spacing w:after="0" w:line="280" w:lineRule="exact"/>
              <w:jc w:val="center"/>
              <w:rPr>
                <w:rFonts w:ascii="微軟正黑體" w:eastAsia="微軟正黑體" w:hAnsi="微軟正黑體"/>
              </w:rPr>
            </w:pPr>
          </w:p>
        </w:tc>
      </w:tr>
      <w:tr w:rsidR="005F2F4F" w:rsidRPr="009C0FA9" w14:paraId="3BDC1FBE"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6D40A24A" w14:textId="471A2BD9" w:rsidR="00166305" w:rsidRPr="00831783" w:rsidRDefault="00166305" w:rsidP="005F2F4F">
            <w:pPr>
              <w:spacing w:after="0" w:line="280" w:lineRule="exact"/>
              <w:jc w:val="both"/>
              <w:rPr>
                <w:rFonts w:ascii="微軟正黑體" w:eastAsia="微軟正黑體" w:hAnsi="微軟正黑體"/>
                <w:b/>
                <w:lang w:eastAsia="zh-TW"/>
              </w:rPr>
            </w:pPr>
            <w:r w:rsidRPr="00831783">
              <w:rPr>
                <w:rFonts w:ascii="微軟正黑體" w:eastAsia="微軟正黑體" w:hAnsi="微軟正黑體" w:hint="eastAsia"/>
                <w:b/>
                <w:lang w:eastAsia="zh-TW"/>
              </w:rPr>
              <w:t>是否有經出席委員過半數以上，評定未達</w:t>
            </w:r>
            <w:r w:rsidRPr="00831783">
              <w:rPr>
                <w:rFonts w:ascii="微軟正黑體" w:eastAsia="微軟正黑體" w:hAnsi="微軟正黑體"/>
                <w:b/>
                <w:lang w:eastAsia="zh-TW"/>
              </w:rPr>
              <w:t>70</w:t>
            </w:r>
            <w:r w:rsidRPr="00831783">
              <w:rPr>
                <w:rFonts w:ascii="微軟正黑體" w:eastAsia="微軟正黑體" w:hAnsi="微軟正黑體" w:hint="eastAsia"/>
                <w:b/>
                <w:lang w:eastAsia="zh-TW"/>
              </w:rPr>
              <w:t>分者而不得為最</w:t>
            </w:r>
            <w:r w:rsidRPr="00831783">
              <w:rPr>
                <w:rFonts w:ascii="微軟正黑體" w:eastAsia="微軟正黑體" w:hAnsi="微軟正黑體"/>
                <w:b/>
                <w:lang w:eastAsia="zh-TW"/>
              </w:rPr>
              <w:t>(</w:t>
            </w:r>
            <w:r w:rsidRPr="00831783">
              <w:rPr>
                <w:rFonts w:ascii="微軟正黑體" w:eastAsia="微軟正黑體" w:hAnsi="微軟正黑體" w:hint="eastAsia"/>
                <w:b/>
                <w:lang w:eastAsia="zh-TW"/>
              </w:rPr>
              <w:t>次</w:t>
            </w:r>
            <w:r w:rsidRPr="00831783">
              <w:rPr>
                <w:rFonts w:ascii="微軟正黑體" w:eastAsia="微軟正黑體" w:hAnsi="微軟正黑體"/>
                <w:b/>
                <w:lang w:eastAsia="zh-TW"/>
              </w:rPr>
              <w:t>)</w:t>
            </w:r>
            <w:r w:rsidRPr="00831783">
              <w:rPr>
                <w:rFonts w:ascii="微軟正黑體" w:eastAsia="微軟正黑體" w:hAnsi="微軟正黑體" w:hint="eastAsia"/>
                <w:b/>
                <w:lang w:eastAsia="zh-TW"/>
              </w:rPr>
              <w:t>優申請人之情形</w:t>
            </w:r>
          </w:p>
        </w:tc>
        <w:tc>
          <w:tcPr>
            <w:tcW w:w="1084" w:type="pct"/>
            <w:gridSpan w:val="2"/>
            <w:tcBorders>
              <w:top w:val="single" w:sz="4" w:space="0" w:color="auto"/>
              <w:left w:val="single" w:sz="4" w:space="0" w:color="auto"/>
              <w:bottom w:val="single" w:sz="4" w:space="0" w:color="auto"/>
              <w:right w:val="single" w:sz="4" w:space="0" w:color="auto"/>
            </w:tcBorders>
            <w:vAlign w:val="center"/>
          </w:tcPr>
          <w:p w14:paraId="639EEF36" w14:textId="2B17EC79" w:rsidR="00166305" w:rsidRPr="009C0FA9" w:rsidRDefault="00166305" w:rsidP="005F2F4F">
            <w:pPr>
              <w:spacing w:after="0" w:line="280" w:lineRule="exact"/>
              <w:jc w:val="center"/>
              <w:rPr>
                <w:rFonts w:ascii="微軟正黑體" w:eastAsia="微軟正黑體" w:hAnsi="微軟正黑體"/>
                <w:lang w:eastAsia="zh-CN"/>
              </w:rPr>
            </w:pPr>
            <w:r w:rsidRPr="009C0FA9">
              <w:rPr>
                <w:rFonts w:ascii="微軟正黑體" w:eastAsia="微軟正黑體" w:hAnsi="微軟正黑體" w:hint="eastAsia"/>
              </w:rPr>
              <w:t>□是</w:t>
            </w:r>
            <w:r w:rsidRPr="009C0FA9">
              <w:rPr>
                <w:rFonts w:ascii="微軟正黑體" w:eastAsia="微軟正黑體" w:hAnsi="微軟正黑體"/>
              </w:rPr>
              <w:t xml:space="preserve">    </w:t>
            </w:r>
            <w:r w:rsidRPr="009C0FA9">
              <w:rPr>
                <w:rFonts w:ascii="微軟正黑體" w:eastAsia="微軟正黑體" w:hAnsi="微軟正黑體" w:hint="eastAsia"/>
              </w:rPr>
              <w:t>□否</w:t>
            </w:r>
          </w:p>
        </w:tc>
        <w:tc>
          <w:tcPr>
            <w:tcW w:w="1084" w:type="pct"/>
            <w:gridSpan w:val="2"/>
            <w:tcBorders>
              <w:top w:val="single" w:sz="4" w:space="0" w:color="auto"/>
              <w:left w:val="single" w:sz="4" w:space="0" w:color="auto"/>
              <w:bottom w:val="single" w:sz="4" w:space="0" w:color="auto"/>
              <w:right w:val="single" w:sz="4" w:space="0" w:color="auto"/>
            </w:tcBorders>
            <w:vAlign w:val="center"/>
          </w:tcPr>
          <w:p w14:paraId="634BCE0C" w14:textId="2F64B84C" w:rsidR="00166305" w:rsidRPr="009C0FA9" w:rsidRDefault="00166305" w:rsidP="005F2F4F">
            <w:pPr>
              <w:spacing w:after="0" w:line="280" w:lineRule="exact"/>
              <w:jc w:val="center"/>
              <w:rPr>
                <w:rFonts w:ascii="微軟正黑體" w:eastAsia="微軟正黑體" w:hAnsi="微軟正黑體"/>
              </w:rPr>
            </w:pPr>
            <w:r w:rsidRPr="009C0FA9">
              <w:rPr>
                <w:rFonts w:ascii="微軟正黑體" w:eastAsia="微軟正黑體" w:hAnsi="微軟正黑體" w:hint="eastAsia"/>
              </w:rPr>
              <w:t>□是</w:t>
            </w:r>
            <w:r w:rsidRPr="009C0FA9">
              <w:rPr>
                <w:rFonts w:ascii="微軟正黑體" w:eastAsia="微軟正黑體" w:hAnsi="微軟正黑體"/>
              </w:rPr>
              <w:t xml:space="preserve">    </w:t>
            </w:r>
            <w:r w:rsidRPr="009C0FA9">
              <w:rPr>
                <w:rFonts w:ascii="微軟正黑體" w:eastAsia="微軟正黑體" w:hAnsi="微軟正黑體" w:hint="eastAsia"/>
              </w:rPr>
              <w:t>□否</w:t>
            </w:r>
          </w:p>
        </w:tc>
        <w:tc>
          <w:tcPr>
            <w:tcW w:w="1114" w:type="pct"/>
            <w:gridSpan w:val="2"/>
            <w:tcBorders>
              <w:top w:val="single" w:sz="4" w:space="0" w:color="auto"/>
              <w:left w:val="single" w:sz="4" w:space="0" w:color="auto"/>
              <w:bottom w:val="single" w:sz="4" w:space="0" w:color="auto"/>
              <w:right w:val="single" w:sz="4" w:space="0" w:color="auto"/>
            </w:tcBorders>
            <w:vAlign w:val="center"/>
          </w:tcPr>
          <w:p w14:paraId="6E2C7D9F" w14:textId="00860E04" w:rsidR="00166305" w:rsidRPr="009C0FA9" w:rsidRDefault="00166305" w:rsidP="005F2F4F">
            <w:pPr>
              <w:spacing w:after="0" w:line="280" w:lineRule="exact"/>
              <w:jc w:val="center"/>
              <w:rPr>
                <w:rFonts w:ascii="微軟正黑體" w:eastAsia="微軟正黑體" w:hAnsi="微軟正黑體"/>
              </w:rPr>
            </w:pPr>
            <w:r w:rsidRPr="009C0FA9">
              <w:rPr>
                <w:rFonts w:ascii="微軟正黑體" w:eastAsia="微軟正黑體" w:hAnsi="微軟正黑體" w:hint="eastAsia"/>
              </w:rPr>
              <w:t>□是</w:t>
            </w:r>
            <w:r w:rsidRPr="009C0FA9">
              <w:rPr>
                <w:rFonts w:ascii="微軟正黑體" w:eastAsia="微軟正黑體" w:hAnsi="微軟正黑體"/>
              </w:rPr>
              <w:t xml:space="preserve">    </w:t>
            </w:r>
            <w:r w:rsidRPr="009C0FA9">
              <w:rPr>
                <w:rFonts w:ascii="微軟正黑體" w:eastAsia="微軟正黑體" w:hAnsi="微軟正黑體" w:hint="eastAsia"/>
              </w:rPr>
              <w:t>□否</w:t>
            </w:r>
          </w:p>
        </w:tc>
      </w:tr>
      <w:tr w:rsidR="005F2F4F" w:rsidRPr="009C0FA9" w14:paraId="50C5FC66"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39AA28A1" w14:textId="079C9882" w:rsidR="00166305" w:rsidRPr="00831783" w:rsidRDefault="00166305" w:rsidP="005F2F4F">
            <w:pPr>
              <w:spacing w:after="0" w:line="280" w:lineRule="exact"/>
              <w:jc w:val="center"/>
              <w:rPr>
                <w:rFonts w:ascii="微軟正黑體" w:eastAsia="微軟正黑體" w:hAnsi="微軟正黑體"/>
                <w:b/>
              </w:rPr>
            </w:pPr>
            <w:r w:rsidRPr="00831783">
              <w:rPr>
                <w:rFonts w:ascii="微軟正黑體" w:eastAsia="微軟正黑體" w:hAnsi="微軟正黑體" w:hint="eastAsia"/>
                <w:b/>
              </w:rPr>
              <w:t>評選結果</w:t>
            </w:r>
          </w:p>
        </w:tc>
        <w:tc>
          <w:tcPr>
            <w:tcW w:w="3282" w:type="pct"/>
            <w:gridSpan w:val="6"/>
            <w:tcBorders>
              <w:top w:val="single" w:sz="4" w:space="0" w:color="auto"/>
              <w:left w:val="single" w:sz="4" w:space="0" w:color="auto"/>
              <w:bottom w:val="single" w:sz="4" w:space="0" w:color="auto"/>
              <w:right w:val="single" w:sz="4" w:space="0" w:color="auto"/>
            </w:tcBorders>
            <w:vAlign w:val="center"/>
          </w:tcPr>
          <w:p w14:paraId="1C5D2C56" w14:textId="77777777" w:rsidR="00166305" w:rsidRPr="009C0FA9" w:rsidRDefault="00166305" w:rsidP="005F2F4F">
            <w:pPr>
              <w:spacing w:after="0" w:line="280" w:lineRule="exact"/>
              <w:rPr>
                <w:rFonts w:ascii="微軟正黑體" w:eastAsia="微軟正黑體" w:hAnsi="微軟正黑體"/>
                <w:b/>
                <w:lang w:eastAsia="zh-TW"/>
              </w:rPr>
            </w:pPr>
            <w:r w:rsidRPr="009C0FA9">
              <w:rPr>
                <w:rFonts w:ascii="微軟正黑體" w:eastAsia="微軟正黑體" w:hAnsi="微軟正黑體" w:hint="eastAsia"/>
                <w:b/>
                <w:lang w:eastAsia="zh-TW"/>
              </w:rPr>
              <w:t>經甄審會出席委員過半數評定：</w:t>
            </w:r>
          </w:p>
          <w:p w14:paraId="3679E396" w14:textId="77777777" w:rsidR="00166305" w:rsidRPr="009C0FA9" w:rsidRDefault="00166305" w:rsidP="005F2F4F">
            <w:pPr>
              <w:spacing w:after="0" w:line="280" w:lineRule="exact"/>
              <w:rPr>
                <w:rFonts w:ascii="微軟正黑體" w:eastAsia="微軟正黑體" w:hAnsi="微軟正黑體"/>
                <w:lang w:eastAsia="zh-TW"/>
              </w:rPr>
            </w:pPr>
            <w:r w:rsidRPr="009C0FA9">
              <w:rPr>
                <w:rFonts w:ascii="微軟正黑體" w:eastAsia="微軟正黑體" w:hAnsi="微軟正黑體" w:hint="eastAsia"/>
                <w:b/>
                <w:lang w:eastAsia="zh-TW"/>
              </w:rPr>
              <w:t>1.最優申請人：</w:t>
            </w:r>
            <w:r w:rsidRPr="009C0FA9">
              <w:rPr>
                <w:rFonts w:ascii="微軟正黑體" w:eastAsia="微軟正黑體" w:hAnsi="微軟正黑體" w:hint="eastAsia"/>
                <w:lang w:eastAsia="zh-TW"/>
              </w:rPr>
              <w:t xml:space="preserve">     （序位總和最低）</w:t>
            </w:r>
          </w:p>
          <w:p w14:paraId="648B5843" w14:textId="2881303B" w:rsidR="00166305" w:rsidRPr="009C0FA9" w:rsidRDefault="00166305" w:rsidP="005F2F4F">
            <w:pPr>
              <w:spacing w:after="0" w:line="280" w:lineRule="exact"/>
              <w:rPr>
                <w:rFonts w:ascii="微軟正黑體" w:eastAsia="微軟正黑體" w:hAnsi="微軟正黑體"/>
                <w:lang w:eastAsia="zh-TW"/>
              </w:rPr>
            </w:pPr>
            <w:r w:rsidRPr="009C0FA9">
              <w:rPr>
                <w:rFonts w:ascii="微軟正黑體" w:eastAsia="微軟正黑體" w:hAnsi="微軟正黑體" w:hint="eastAsia"/>
                <w:b/>
                <w:lang w:eastAsia="zh-TW"/>
              </w:rPr>
              <w:t>2.次優申請人</w:t>
            </w:r>
            <w:r w:rsidRPr="009C0FA9">
              <w:rPr>
                <w:rFonts w:ascii="微軟正黑體" w:eastAsia="微軟正黑體" w:hAnsi="微軟正黑體" w:hint="eastAsia"/>
                <w:lang w:eastAsia="zh-TW"/>
              </w:rPr>
              <w:t>：     （序位總和最低）</w:t>
            </w:r>
          </w:p>
        </w:tc>
      </w:tr>
      <w:tr w:rsidR="005F2F4F" w:rsidRPr="009C0FA9" w14:paraId="7B1E7F2A"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74A76425" w14:textId="37FB7308" w:rsidR="00166305" w:rsidRPr="00831783" w:rsidRDefault="00166305" w:rsidP="005F2F4F">
            <w:pPr>
              <w:spacing w:after="0" w:line="280" w:lineRule="exact"/>
              <w:jc w:val="center"/>
              <w:rPr>
                <w:rFonts w:ascii="微軟正黑體" w:eastAsia="微軟正黑體" w:hAnsi="微軟正黑體"/>
                <w:b/>
                <w:lang w:eastAsia="zh-CN"/>
              </w:rPr>
            </w:pPr>
            <w:r w:rsidRPr="00831783">
              <w:rPr>
                <w:rFonts w:ascii="微軟正黑體" w:eastAsia="微軟正黑體" w:hAnsi="微軟正黑體" w:hint="eastAsia"/>
                <w:b/>
              </w:rPr>
              <w:t>出席甄審委員簽名</w:t>
            </w:r>
          </w:p>
        </w:tc>
        <w:tc>
          <w:tcPr>
            <w:tcW w:w="3282" w:type="pct"/>
            <w:gridSpan w:val="6"/>
            <w:tcBorders>
              <w:top w:val="single" w:sz="4" w:space="0" w:color="auto"/>
              <w:left w:val="single" w:sz="4" w:space="0" w:color="auto"/>
              <w:bottom w:val="single" w:sz="4" w:space="0" w:color="auto"/>
              <w:right w:val="single" w:sz="4" w:space="0" w:color="auto"/>
            </w:tcBorders>
            <w:vAlign w:val="center"/>
          </w:tcPr>
          <w:p w14:paraId="54B9E8A2" w14:textId="77777777" w:rsidR="00166305" w:rsidRPr="009C0FA9" w:rsidRDefault="00166305" w:rsidP="005F2F4F">
            <w:pPr>
              <w:spacing w:after="0" w:line="280" w:lineRule="exact"/>
              <w:rPr>
                <w:rFonts w:ascii="微軟正黑體" w:eastAsia="微軟正黑體" w:hAnsi="微軟正黑體"/>
                <w:b/>
              </w:rPr>
            </w:pPr>
          </w:p>
        </w:tc>
      </w:tr>
      <w:tr w:rsidR="005F2F4F" w:rsidRPr="009C0FA9" w14:paraId="0D769C9D" w14:textId="77777777" w:rsidTr="00E465F5">
        <w:trPr>
          <w:jc w:val="center"/>
        </w:trPr>
        <w:tc>
          <w:tcPr>
            <w:tcW w:w="1718" w:type="pct"/>
            <w:tcBorders>
              <w:top w:val="single" w:sz="4" w:space="0" w:color="auto"/>
              <w:left w:val="single" w:sz="4" w:space="0" w:color="auto"/>
              <w:bottom w:val="single" w:sz="4" w:space="0" w:color="auto"/>
              <w:right w:val="single" w:sz="4" w:space="0" w:color="auto"/>
            </w:tcBorders>
            <w:vAlign w:val="center"/>
          </w:tcPr>
          <w:p w14:paraId="4C5CC401" w14:textId="4EE51494" w:rsidR="00166305" w:rsidRPr="00831783" w:rsidRDefault="00166305" w:rsidP="005F2F4F">
            <w:pPr>
              <w:spacing w:after="0" w:line="280" w:lineRule="exact"/>
              <w:jc w:val="center"/>
              <w:rPr>
                <w:rFonts w:ascii="微軟正黑體" w:eastAsia="微軟正黑體" w:hAnsi="微軟正黑體"/>
                <w:b/>
                <w:lang w:eastAsia="zh-CN"/>
              </w:rPr>
            </w:pPr>
            <w:r w:rsidRPr="00831783">
              <w:rPr>
                <w:rFonts w:ascii="微軟正黑體" w:eastAsia="微軟正黑體" w:hAnsi="微軟正黑體" w:hint="eastAsia"/>
                <w:b/>
              </w:rPr>
              <w:t>日期</w:t>
            </w:r>
          </w:p>
        </w:tc>
        <w:tc>
          <w:tcPr>
            <w:tcW w:w="3282" w:type="pct"/>
            <w:gridSpan w:val="6"/>
            <w:tcBorders>
              <w:top w:val="single" w:sz="4" w:space="0" w:color="auto"/>
              <w:left w:val="single" w:sz="4" w:space="0" w:color="auto"/>
              <w:bottom w:val="single" w:sz="4" w:space="0" w:color="auto"/>
              <w:right w:val="single" w:sz="4" w:space="0" w:color="auto"/>
            </w:tcBorders>
            <w:vAlign w:val="center"/>
          </w:tcPr>
          <w:p w14:paraId="1DD84909" w14:textId="1324A5EB" w:rsidR="00166305" w:rsidRPr="009C0FA9" w:rsidRDefault="00166305" w:rsidP="005F2F4F">
            <w:pPr>
              <w:spacing w:after="0" w:line="280" w:lineRule="exact"/>
              <w:rPr>
                <w:rFonts w:ascii="微軟正黑體" w:eastAsia="微軟正黑體" w:hAnsi="微軟正黑體"/>
                <w:b/>
              </w:rPr>
            </w:pPr>
            <w:r w:rsidRPr="009C0FA9">
              <w:rPr>
                <w:rFonts w:ascii="微軟正黑體" w:eastAsia="微軟正黑體" w:hAnsi="微軟正黑體" w:hint="eastAsia"/>
                <w:b/>
              </w:rPr>
              <w:t>中</w:t>
            </w:r>
            <w:r w:rsidRPr="009C0FA9">
              <w:rPr>
                <w:rFonts w:ascii="微軟正黑體" w:eastAsia="微軟正黑體" w:hAnsi="微軟正黑體" w:hint="eastAsia"/>
                <w:b/>
                <w:lang w:eastAsia="zh-CN"/>
              </w:rPr>
              <w:t xml:space="preserve">  </w:t>
            </w:r>
            <w:r w:rsidRPr="009C0FA9">
              <w:rPr>
                <w:rFonts w:ascii="微軟正黑體" w:eastAsia="微軟正黑體" w:hAnsi="微軟正黑體" w:hint="eastAsia"/>
                <w:b/>
              </w:rPr>
              <w:t>華</w:t>
            </w:r>
            <w:r w:rsidRPr="009C0FA9">
              <w:rPr>
                <w:rFonts w:ascii="微軟正黑體" w:eastAsia="微軟正黑體" w:hAnsi="微軟正黑體" w:hint="eastAsia"/>
                <w:b/>
                <w:lang w:eastAsia="zh-CN"/>
              </w:rPr>
              <w:t xml:space="preserve">  </w:t>
            </w:r>
            <w:r w:rsidRPr="009C0FA9">
              <w:rPr>
                <w:rFonts w:ascii="微軟正黑體" w:eastAsia="微軟正黑體" w:hAnsi="微軟正黑體" w:hint="eastAsia"/>
                <w:b/>
              </w:rPr>
              <w:t>民</w:t>
            </w:r>
            <w:r w:rsidRPr="009C0FA9">
              <w:rPr>
                <w:rFonts w:ascii="微軟正黑體" w:eastAsia="微軟正黑體" w:hAnsi="微軟正黑體" w:hint="eastAsia"/>
                <w:b/>
                <w:lang w:eastAsia="zh-CN"/>
              </w:rPr>
              <w:t xml:space="preserve">  </w:t>
            </w:r>
            <w:r w:rsidRPr="009C0FA9">
              <w:rPr>
                <w:rFonts w:ascii="微軟正黑體" w:eastAsia="微軟正黑體" w:hAnsi="微軟正黑體" w:hint="eastAsia"/>
                <w:b/>
              </w:rPr>
              <w:t>國</w:t>
            </w:r>
            <w:r w:rsidRPr="009C0FA9">
              <w:rPr>
                <w:rFonts w:ascii="微軟正黑體" w:eastAsia="微軟正黑體" w:hAnsi="微軟正黑體" w:hint="eastAsia"/>
                <w:b/>
                <w:lang w:eastAsia="zh-CN"/>
              </w:rPr>
              <w:t xml:space="preserve">                 年                 月                 日</w:t>
            </w:r>
          </w:p>
        </w:tc>
      </w:tr>
    </w:tbl>
    <w:p w14:paraId="78E9B3C6" w14:textId="2428D96F" w:rsidR="00166305" w:rsidRPr="009C0FA9" w:rsidRDefault="00166305" w:rsidP="005F2F4F">
      <w:pPr>
        <w:spacing w:after="120"/>
        <w:rPr>
          <w:rFonts w:ascii="微軟正黑體" w:eastAsia="微軟正黑體" w:hAnsi="微軟正黑體"/>
          <w:lang w:eastAsia="zh-CN"/>
        </w:rPr>
        <w:sectPr w:rsidR="00166305" w:rsidRPr="009C0FA9" w:rsidSect="00AD4D90">
          <w:pgSz w:w="15840" w:h="12240" w:orient="landscape"/>
          <w:pgMar w:top="720" w:right="720" w:bottom="720" w:left="720" w:header="567" w:footer="567" w:gutter="0"/>
          <w:cols w:space="720"/>
          <w:noEndnote/>
          <w:docGrid w:linePitch="326"/>
        </w:sectPr>
      </w:pPr>
      <w:r w:rsidRPr="009C0FA9">
        <w:rPr>
          <w:rFonts w:ascii="微軟正黑體" w:eastAsia="微軟正黑體" w:hAnsi="微軟正黑體"/>
        </w:rPr>
        <w:br w:type="page"/>
      </w:r>
    </w:p>
    <w:p w14:paraId="6D5369CA" w14:textId="6709668E" w:rsidR="00166305" w:rsidRPr="00E465F5" w:rsidRDefault="00166305" w:rsidP="00E465F5">
      <w:pPr>
        <w:spacing w:after="0"/>
        <w:ind w:left="482" w:hanging="482"/>
        <w:jc w:val="center"/>
        <w:rPr>
          <w:rFonts w:ascii="微軟正黑體" w:eastAsia="微軟正黑體" w:hAnsi="微軟正黑體"/>
          <w:b/>
          <w:bCs/>
          <w:sz w:val="36"/>
          <w:szCs w:val="48"/>
        </w:rPr>
      </w:pPr>
      <w:bookmarkStart w:id="27" w:name="_Toc228345549"/>
      <w:r w:rsidRPr="00E465F5">
        <w:rPr>
          <w:rFonts w:ascii="微軟正黑體" w:eastAsia="微軟正黑體" w:hAnsi="微軟正黑體" w:hint="eastAsia"/>
          <w:b/>
          <w:bCs/>
          <w:sz w:val="36"/>
          <w:szCs w:val="48"/>
        </w:rPr>
        <w:lastRenderedPageBreak/>
        <w:t>附件三</w:t>
      </w:r>
      <w:r w:rsidRPr="00E465F5">
        <w:rPr>
          <w:rFonts w:ascii="微軟正黑體" w:eastAsia="微軟正黑體" w:hAnsi="微軟正黑體"/>
          <w:b/>
          <w:bCs/>
          <w:sz w:val="36"/>
          <w:szCs w:val="48"/>
        </w:rPr>
        <w:t xml:space="preserve"> </w:t>
      </w:r>
      <w:r w:rsidRPr="00E465F5">
        <w:rPr>
          <w:rFonts w:ascii="微軟正黑體" w:eastAsia="微軟正黑體" w:hAnsi="微軟正黑體" w:hint="eastAsia"/>
          <w:b/>
          <w:bCs/>
          <w:sz w:val="36"/>
          <w:szCs w:val="48"/>
        </w:rPr>
        <w:t>各式信封</w:t>
      </w:r>
      <w:bookmarkEnd w:id="27"/>
    </w:p>
    <w:p w14:paraId="340E651E" w14:textId="6E1A2C53" w:rsidR="00166305" w:rsidRPr="00E465F5" w:rsidRDefault="00166305" w:rsidP="005F2F4F">
      <w:pPr>
        <w:tabs>
          <w:tab w:val="left" w:pos="993"/>
        </w:tabs>
        <w:spacing w:after="0"/>
        <w:rPr>
          <w:rFonts w:ascii="微軟正黑體" w:eastAsia="微軟正黑體" w:hAnsi="微軟正黑體"/>
          <w:b/>
          <w:bCs/>
          <w:sz w:val="24"/>
          <w:szCs w:val="24"/>
          <w:lang w:eastAsia="zh-TW"/>
        </w:rPr>
      </w:pPr>
      <w:bookmarkStart w:id="28" w:name="_Toc228345550"/>
      <w:r w:rsidRPr="00E465F5">
        <w:rPr>
          <w:rFonts w:ascii="微軟正黑體" w:eastAsia="微軟正黑體" w:hAnsi="微軟正黑體" w:hint="eastAsia"/>
          <w:b/>
          <w:bCs/>
          <w:sz w:val="24"/>
          <w:szCs w:val="24"/>
          <w:lang w:eastAsia="zh-TW"/>
        </w:rPr>
        <w:t>附件三之一</w:t>
      </w:r>
      <w:r w:rsidRPr="00E465F5">
        <w:rPr>
          <w:rFonts w:ascii="微軟正黑體" w:eastAsia="微軟正黑體" w:hAnsi="微軟正黑體"/>
          <w:b/>
          <w:bCs/>
          <w:sz w:val="24"/>
          <w:szCs w:val="24"/>
          <w:lang w:eastAsia="zh-TW"/>
        </w:rPr>
        <w:t xml:space="preserve"> 申請</w:t>
      </w:r>
      <w:r w:rsidRPr="00E465F5">
        <w:rPr>
          <w:rFonts w:ascii="微軟正黑體" w:eastAsia="微軟正黑體" w:hAnsi="微軟正黑體" w:hint="eastAsia"/>
          <w:b/>
          <w:bCs/>
          <w:sz w:val="24"/>
          <w:szCs w:val="24"/>
          <w:lang w:eastAsia="zh-TW"/>
        </w:rPr>
        <w:t>文件封</w:t>
      </w:r>
      <w:bookmarkEnd w:id="28"/>
    </w:p>
    <w:p w14:paraId="7181374E" w14:textId="77777777" w:rsidR="00166305" w:rsidRPr="009C0FA9" w:rsidRDefault="00166305" w:rsidP="005F2F4F">
      <w:pPr>
        <w:spacing w:after="120"/>
        <w:rPr>
          <w:rFonts w:ascii="微軟正黑體" w:eastAsia="微軟正黑體" w:hAnsi="微軟正黑體"/>
          <w:lang w:eastAsia="zh-TW"/>
        </w:rPr>
      </w:pPr>
    </w:p>
    <w:p w14:paraId="2951FE74" w14:textId="7ACB401E" w:rsidR="00166305" w:rsidRPr="009C0FA9" w:rsidRDefault="00166305" w:rsidP="005F2F4F">
      <w:pPr>
        <w:spacing w:after="0" w:line="440" w:lineRule="exact"/>
        <w:rPr>
          <w:rFonts w:ascii="微軟正黑體" w:eastAsia="微軟正黑體" w:hAnsi="微軟正黑體"/>
          <w:sz w:val="32"/>
          <w:szCs w:val="32"/>
          <w:lang w:eastAsia="zh-TW"/>
        </w:rPr>
      </w:pPr>
      <w:r w:rsidRPr="009C0FA9">
        <w:rPr>
          <w:rFonts w:ascii="微軟正黑體" w:eastAsia="微軟正黑體" w:hAnsi="微軟正黑體" w:hint="eastAsia"/>
          <w:sz w:val="32"/>
          <w:szCs w:val="32"/>
          <w:lang w:eastAsia="zh-TW"/>
        </w:rPr>
        <w:t>標案名稱：高雄市資源回收細分類廠有償BTO+BOT案</w:t>
      </w:r>
    </w:p>
    <w:p w14:paraId="499B758B" w14:textId="2891A3ED" w:rsidR="00166305" w:rsidRPr="00573B02" w:rsidRDefault="00166305" w:rsidP="005F2F4F">
      <w:pPr>
        <w:spacing w:after="0" w:line="440" w:lineRule="exact"/>
        <w:rPr>
          <w:rFonts w:ascii="微軟正黑體" w:eastAsia="微軟正黑體" w:hAnsi="微軟正黑體"/>
          <w:sz w:val="32"/>
          <w:szCs w:val="32"/>
          <w:lang w:eastAsia="zh-TW"/>
        </w:rPr>
      </w:pPr>
      <w:r w:rsidRPr="00573B02">
        <w:rPr>
          <w:rFonts w:ascii="微軟正黑體" w:eastAsia="微軟正黑體" w:hAnsi="微軟正黑體" w:hint="eastAsia"/>
          <w:sz w:val="32"/>
          <w:szCs w:val="32"/>
          <w:lang w:eastAsia="zh-TW"/>
        </w:rPr>
        <w:t>送達地址：高雄市鳥松區澄清路</w:t>
      </w:r>
      <w:r w:rsidRPr="00573B02">
        <w:rPr>
          <w:rFonts w:ascii="微軟正黑體" w:eastAsia="微軟正黑體" w:hAnsi="微軟正黑體"/>
          <w:sz w:val="32"/>
          <w:szCs w:val="32"/>
          <w:lang w:eastAsia="zh-TW"/>
        </w:rPr>
        <w:t>834號</w:t>
      </w:r>
    </w:p>
    <w:p w14:paraId="6BF92152" w14:textId="77777777" w:rsidR="00166305" w:rsidRPr="009C0FA9" w:rsidRDefault="00166305" w:rsidP="005F2F4F">
      <w:pPr>
        <w:spacing w:after="120" w:line="440" w:lineRule="exact"/>
        <w:rPr>
          <w:rFonts w:ascii="微軟正黑體" w:eastAsia="微軟正黑體" w:hAnsi="微軟正黑體"/>
          <w:lang w:eastAsia="zh-TW"/>
        </w:rPr>
      </w:pPr>
      <w:r w:rsidRPr="009C0FA9">
        <w:rPr>
          <w:rFonts w:ascii="微軟正黑體" w:eastAsia="微軟正黑體" w:hAnsi="微軟正黑體" w:hint="eastAsia"/>
          <w:sz w:val="32"/>
          <w:szCs w:val="32"/>
          <w:lang w:eastAsia="zh-TW"/>
        </w:rPr>
        <w:t>收件時間：</w:t>
      </w:r>
      <w:r w:rsidRPr="009C0FA9">
        <w:rPr>
          <w:rFonts w:ascii="微軟正黑體" w:eastAsia="微軟正黑體" w:hAnsi="微軟正黑體"/>
          <w:b/>
          <w:sz w:val="32"/>
          <w:szCs w:val="32"/>
          <w:lang w:eastAsia="zh-TW"/>
        </w:rPr>
        <w:t xml:space="preserve">         </w:t>
      </w:r>
      <w:r w:rsidRPr="009C0FA9">
        <w:rPr>
          <w:rFonts w:ascii="微軟正黑體" w:eastAsia="微軟正黑體" w:hAnsi="微軟正黑體" w:hint="eastAsia"/>
          <w:sz w:val="32"/>
          <w:szCs w:val="32"/>
          <w:lang w:eastAsia="zh-TW"/>
        </w:rPr>
        <w:t>年</w:t>
      </w:r>
      <w:r w:rsidRPr="009C0FA9">
        <w:rPr>
          <w:rFonts w:ascii="微軟正黑體" w:eastAsia="微軟正黑體" w:hAnsi="微軟正黑體"/>
          <w:b/>
          <w:sz w:val="32"/>
          <w:szCs w:val="32"/>
          <w:lang w:eastAsia="zh-TW"/>
        </w:rPr>
        <w:t xml:space="preserve">         </w:t>
      </w:r>
      <w:r w:rsidRPr="009C0FA9">
        <w:rPr>
          <w:rFonts w:ascii="微軟正黑體" w:eastAsia="微軟正黑體" w:hAnsi="微軟正黑體" w:hint="eastAsia"/>
          <w:sz w:val="32"/>
          <w:szCs w:val="32"/>
          <w:lang w:eastAsia="zh-TW"/>
        </w:rPr>
        <w:t>月</w:t>
      </w:r>
      <w:r w:rsidRPr="009C0FA9">
        <w:rPr>
          <w:rFonts w:ascii="微軟正黑體" w:eastAsia="微軟正黑體" w:hAnsi="微軟正黑體"/>
          <w:b/>
          <w:sz w:val="32"/>
          <w:szCs w:val="32"/>
          <w:lang w:eastAsia="zh-TW"/>
        </w:rPr>
        <w:t xml:space="preserve">         </w:t>
      </w:r>
      <w:r w:rsidRPr="009C0FA9">
        <w:rPr>
          <w:rFonts w:ascii="微軟正黑體" w:eastAsia="微軟正黑體" w:hAnsi="微軟正黑體" w:hint="eastAsia"/>
          <w:sz w:val="32"/>
          <w:szCs w:val="32"/>
          <w:lang w:eastAsia="zh-TW"/>
        </w:rPr>
        <w:t>日</w:t>
      </w:r>
      <w:r w:rsidRPr="009C0FA9">
        <w:rPr>
          <w:rFonts w:ascii="微軟正黑體" w:eastAsia="微軟正黑體" w:hAnsi="微軟正黑體"/>
          <w:b/>
          <w:sz w:val="32"/>
          <w:szCs w:val="32"/>
          <w:lang w:eastAsia="zh-TW"/>
        </w:rPr>
        <w:t xml:space="preserve">         </w:t>
      </w:r>
      <w:r w:rsidRPr="009C0FA9">
        <w:rPr>
          <w:rFonts w:ascii="微軟正黑體" w:eastAsia="微軟正黑體" w:hAnsi="微軟正黑體" w:hint="eastAsia"/>
          <w:sz w:val="32"/>
          <w:szCs w:val="32"/>
          <w:lang w:eastAsia="zh-TW"/>
        </w:rPr>
        <w:t>午</w:t>
      </w:r>
      <w:r w:rsidRPr="009C0FA9">
        <w:rPr>
          <w:rFonts w:ascii="微軟正黑體" w:eastAsia="微軟正黑體" w:hAnsi="微軟正黑體"/>
          <w:b/>
          <w:sz w:val="32"/>
          <w:szCs w:val="32"/>
          <w:lang w:eastAsia="zh-TW"/>
        </w:rPr>
        <w:t xml:space="preserve">         </w:t>
      </w:r>
      <w:r w:rsidRPr="009C0FA9">
        <w:rPr>
          <w:rFonts w:ascii="微軟正黑體" w:eastAsia="微軟正黑體" w:hAnsi="微軟正黑體" w:hint="eastAsia"/>
          <w:sz w:val="32"/>
          <w:szCs w:val="32"/>
          <w:lang w:eastAsia="zh-TW"/>
        </w:rPr>
        <w:t>時</w:t>
      </w:r>
      <w:r w:rsidRPr="009C0FA9">
        <w:rPr>
          <w:rFonts w:ascii="微軟正黑體" w:eastAsia="微軟正黑體" w:hAnsi="微軟正黑體"/>
          <w:b/>
          <w:sz w:val="32"/>
          <w:szCs w:val="32"/>
          <w:lang w:eastAsia="zh-TW"/>
        </w:rPr>
        <w:t xml:space="preserve">         </w:t>
      </w:r>
      <w:r w:rsidRPr="009C0FA9">
        <w:rPr>
          <w:rFonts w:ascii="微軟正黑體" w:eastAsia="微軟正黑體" w:hAnsi="微軟正黑體" w:hint="eastAsia"/>
          <w:sz w:val="32"/>
          <w:szCs w:val="32"/>
          <w:lang w:eastAsia="zh-TW"/>
        </w:rPr>
        <w:t>分</w:t>
      </w:r>
    </w:p>
    <w:tbl>
      <w:tblPr>
        <w:tblW w:w="0" w:type="auto"/>
        <w:tblLook w:val="04A0" w:firstRow="1" w:lastRow="0" w:firstColumn="1" w:lastColumn="0" w:noHBand="0" w:noVBand="1"/>
      </w:tblPr>
      <w:tblGrid>
        <w:gridCol w:w="1413"/>
        <w:gridCol w:w="1701"/>
        <w:gridCol w:w="8930"/>
      </w:tblGrid>
      <w:tr w:rsidR="005F2F4F" w:rsidRPr="009C0FA9" w14:paraId="42B6CF8C" w14:textId="39578860" w:rsidTr="005F2F4F">
        <w:trPr>
          <w:trHeight w:val="517"/>
        </w:trPr>
        <w:tc>
          <w:tcPr>
            <w:tcW w:w="1413" w:type="dxa"/>
            <w:vAlign w:val="center"/>
          </w:tcPr>
          <w:p w14:paraId="4A7BEF48" w14:textId="07B43D1F" w:rsidR="00166305" w:rsidRPr="009C0FA9" w:rsidRDefault="00166305" w:rsidP="005F2F4F">
            <w:pPr>
              <w:spacing w:after="0"/>
              <w:jc w:val="center"/>
              <w:rPr>
                <w:rFonts w:ascii="微軟正黑體" w:eastAsia="微軟正黑體" w:hAnsi="微軟正黑體"/>
                <w:sz w:val="32"/>
                <w:szCs w:val="32"/>
                <w:lang w:eastAsia="zh-CN"/>
              </w:rPr>
            </w:pPr>
            <w:r w:rsidRPr="009C0FA9">
              <w:rPr>
                <w:rFonts w:ascii="微軟正黑體" w:eastAsia="微軟正黑體" w:hAnsi="微軟正黑體" w:hint="eastAsia"/>
                <w:sz w:val="32"/>
                <w:szCs w:val="32"/>
                <w:lang w:eastAsia="zh-CN"/>
              </w:rPr>
              <w:t>編號</w:t>
            </w:r>
          </w:p>
        </w:tc>
        <w:tc>
          <w:tcPr>
            <w:tcW w:w="1701" w:type="dxa"/>
            <w:tcBorders>
              <w:right w:val="single" w:sz="4" w:space="0" w:color="auto"/>
            </w:tcBorders>
          </w:tcPr>
          <w:p w14:paraId="0F978430" w14:textId="77777777" w:rsidR="00166305" w:rsidRPr="009C0FA9" w:rsidRDefault="00166305" w:rsidP="005F2F4F">
            <w:pPr>
              <w:spacing w:after="0"/>
              <w:rPr>
                <w:rFonts w:ascii="微軟正黑體" w:eastAsia="微軟正黑體" w:hAnsi="微軟正黑體"/>
                <w:sz w:val="32"/>
                <w:szCs w:val="32"/>
                <w:lang w:eastAsia="zh-CN"/>
              </w:rPr>
            </w:pPr>
          </w:p>
        </w:tc>
        <w:tc>
          <w:tcPr>
            <w:tcW w:w="8930" w:type="dxa"/>
            <w:tcBorders>
              <w:top w:val="nil"/>
              <w:left w:val="single" w:sz="4" w:space="0" w:color="auto"/>
              <w:bottom w:val="nil"/>
              <w:right w:val="nil"/>
            </w:tcBorders>
            <w:vAlign w:val="center"/>
          </w:tcPr>
          <w:p w14:paraId="6E178F95" w14:textId="013F3ADB" w:rsidR="00166305" w:rsidRPr="009C0FA9" w:rsidRDefault="00166305" w:rsidP="005F2F4F">
            <w:pPr>
              <w:spacing w:after="0"/>
              <w:jc w:val="both"/>
              <w:rPr>
                <w:rFonts w:ascii="微軟正黑體" w:eastAsia="微軟正黑體" w:hAnsi="微軟正黑體"/>
                <w:sz w:val="32"/>
                <w:szCs w:val="32"/>
                <w:lang w:eastAsia="zh-TW"/>
              </w:rPr>
            </w:pPr>
            <w:r w:rsidRPr="009C0FA9">
              <w:rPr>
                <w:rFonts w:ascii="微軟正黑體" w:eastAsia="微軟正黑體" w:hAnsi="微軟正黑體"/>
                <w:sz w:val="28"/>
                <w:szCs w:val="28"/>
                <w:lang w:eastAsia="zh-TW"/>
              </w:rPr>
              <w:t>[本欄由</w:t>
            </w:r>
            <w:r w:rsidRPr="000437AA">
              <w:rPr>
                <w:rFonts w:ascii="微軟正黑體" w:eastAsia="微軟正黑體" w:hAnsi="微軟正黑體" w:hint="eastAsia"/>
                <w:sz w:val="28"/>
                <w:szCs w:val="28"/>
                <w:lang w:eastAsia="zh-TW"/>
              </w:rPr>
              <w:t>被授權</w:t>
            </w:r>
            <w:r w:rsidRPr="009C0FA9">
              <w:rPr>
                <w:rFonts w:ascii="微軟正黑體" w:eastAsia="微軟正黑體" w:hAnsi="微軟正黑體"/>
                <w:sz w:val="28"/>
                <w:szCs w:val="28"/>
                <w:lang w:eastAsia="zh-TW"/>
              </w:rPr>
              <w:t>機關</w:t>
            </w:r>
            <w:r w:rsidRPr="009C0FA9">
              <w:rPr>
                <w:rFonts w:ascii="微軟正黑體" w:eastAsia="微軟正黑體" w:hAnsi="微軟正黑體" w:hint="eastAsia"/>
                <w:sz w:val="28"/>
                <w:szCs w:val="28"/>
                <w:lang w:eastAsia="zh-TW"/>
              </w:rPr>
              <w:t>於資格審查編列號碼</w:t>
            </w:r>
            <w:r w:rsidRPr="009C0FA9">
              <w:rPr>
                <w:rFonts w:ascii="微軟正黑體" w:eastAsia="微軟正黑體" w:hAnsi="微軟正黑體"/>
                <w:sz w:val="28"/>
                <w:szCs w:val="28"/>
                <w:lang w:eastAsia="zh-TW"/>
              </w:rPr>
              <w:t>]</w:t>
            </w:r>
          </w:p>
        </w:tc>
      </w:tr>
    </w:tbl>
    <w:p w14:paraId="115C9408" w14:textId="16573255" w:rsidR="00166305" w:rsidRPr="009C0FA9" w:rsidRDefault="00166305" w:rsidP="005F2F4F">
      <w:pPr>
        <w:spacing w:after="0"/>
        <w:rPr>
          <w:rFonts w:ascii="微軟正黑體" w:eastAsia="微軟正黑體" w:hAnsi="微軟正黑體"/>
          <w:lang w:eastAsia="zh-TW"/>
        </w:rPr>
      </w:pPr>
      <w:r w:rsidRPr="009C0FA9">
        <w:rPr>
          <w:rFonts w:ascii="微軟正黑體" w:eastAsia="微軟正黑體" w:hAnsi="微軟正黑體" w:hint="eastAsia"/>
          <w:noProof/>
          <w:lang w:eastAsia="zh-TW" w:bidi="mn-Mong-CN"/>
        </w:rPr>
        <mc:AlternateContent>
          <mc:Choice Requires="wps">
            <w:drawing>
              <wp:anchor distT="0" distB="0" distL="114300" distR="114300" simplePos="0" relativeHeight="251658240" behindDoc="0" locked="0" layoutInCell="1" allowOverlap="1" wp14:anchorId="01D3482E" wp14:editId="51741E54">
                <wp:simplePos x="0" y="0"/>
                <wp:positionH relativeFrom="margin">
                  <wp:align>center</wp:align>
                </wp:positionH>
                <wp:positionV relativeFrom="paragraph">
                  <wp:posOffset>133632</wp:posOffset>
                </wp:positionV>
                <wp:extent cx="8516620" cy="1838886"/>
                <wp:effectExtent l="0" t="0" r="17780" b="28575"/>
                <wp:wrapNone/>
                <wp:docPr id="995110820" name="矩形 1"/>
                <wp:cNvGraphicFramePr/>
                <a:graphic xmlns:a="http://schemas.openxmlformats.org/drawingml/2006/main">
                  <a:graphicData uri="http://schemas.microsoft.com/office/word/2010/wordprocessingShape">
                    <wps:wsp>
                      <wps:cNvSpPr/>
                      <wps:spPr>
                        <a:xfrm>
                          <a:off x="0" y="0"/>
                          <a:ext cx="8516620" cy="1838886"/>
                        </a:xfrm>
                        <a:prstGeom prst="rect">
                          <a:avLst/>
                        </a:prstGeom>
                        <a:noFill/>
                        <a:ln w="254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B28A25" id="矩形 1" o:spid="_x0000_s1026" style="position:absolute;margin-left:0;margin-top:10.5pt;width:670.6pt;height:144.8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" filled="f" strokecolor="black [3213]" strokeweight="2pt">
                <w10:wrap anchorx="margin"/>
              </v:rect>
            </w:pict>
          </mc:Fallback>
        </mc:AlternateContent>
      </w:r>
    </w:p>
    <w:p w14:paraId="26484EA9" w14:textId="5B6394FA" w:rsidR="00166305" w:rsidRPr="009C0FA9" w:rsidRDefault="00166305" w:rsidP="005F2F4F">
      <w:pPr>
        <w:spacing w:after="0"/>
        <w:rPr>
          <w:rFonts w:ascii="微軟正黑體" w:eastAsia="微軟正黑體" w:hAnsi="微軟正黑體"/>
          <w:lang w:eastAsia="zh-TW"/>
        </w:rPr>
      </w:pPr>
    </w:p>
    <w:p w14:paraId="6E538876" w14:textId="6FFD15DA" w:rsidR="00166305" w:rsidRPr="009C0FA9" w:rsidRDefault="00166305" w:rsidP="005F2F4F">
      <w:pPr>
        <w:spacing w:after="0" w:line="240" w:lineRule="auto"/>
        <w:jc w:val="center"/>
        <w:rPr>
          <w:rFonts w:ascii="微軟正黑體" w:eastAsia="微軟正黑體" w:hAnsi="微軟正黑體"/>
          <w:b/>
          <w:sz w:val="96"/>
          <w:szCs w:val="96"/>
          <w:lang w:eastAsia="zh-TW"/>
        </w:rPr>
      </w:pPr>
      <w:r w:rsidRPr="009C0FA9">
        <w:rPr>
          <w:rFonts w:ascii="微軟正黑體" w:eastAsia="微軟正黑體" w:hAnsi="微軟正黑體" w:hint="eastAsia"/>
          <w:b/>
          <w:sz w:val="96"/>
          <w:szCs w:val="96"/>
          <w:lang w:eastAsia="zh-TW"/>
        </w:rPr>
        <w:t>高雄市政府環境保護局</w:t>
      </w:r>
      <w:r w:rsidRPr="009C0FA9">
        <w:rPr>
          <w:rFonts w:ascii="微軟正黑體" w:eastAsia="微軟正黑體" w:hAnsi="微軟正黑體"/>
          <w:b/>
          <w:sz w:val="96"/>
          <w:szCs w:val="96"/>
          <w:lang w:eastAsia="zh-TW"/>
        </w:rPr>
        <w:t xml:space="preserve"> </w:t>
      </w:r>
      <w:r w:rsidRPr="009C0FA9">
        <w:rPr>
          <w:rFonts w:ascii="微軟正黑體" w:eastAsia="微軟正黑體" w:hAnsi="微軟正黑體" w:hint="eastAsia"/>
          <w:b/>
          <w:sz w:val="96"/>
          <w:szCs w:val="96"/>
          <w:lang w:eastAsia="zh-TW"/>
        </w:rPr>
        <w:t>收</w:t>
      </w:r>
    </w:p>
    <w:p w14:paraId="67DE47A7" w14:textId="77777777" w:rsidR="00166305" w:rsidRPr="009C0FA9" w:rsidRDefault="00166305" w:rsidP="005F2F4F">
      <w:pPr>
        <w:spacing w:after="0" w:line="440" w:lineRule="exact"/>
        <w:rPr>
          <w:rFonts w:ascii="微軟正黑體" w:eastAsia="微軟正黑體" w:hAnsi="微軟正黑體"/>
          <w:lang w:eastAsia="zh-TW"/>
        </w:rPr>
      </w:pPr>
    </w:p>
    <w:p w14:paraId="39B43926" w14:textId="77777777" w:rsidR="00166305" w:rsidRPr="009C0FA9" w:rsidRDefault="00166305" w:rsidP="005F2F4F">
      <w:pPr>
        <w:spacing w:after="0" w:line="440" w:lineRule="exact"/>
        <w:rPr>
          <w:rFonts w:ascii="微軟正黑體" w:eastAsia="微軟正黑體" w:hAnsi="微軟正黑體"/>
          <w:lang w:eastAsia="zh-TW"/>
        </w:rPr>
      </w:pPr>
    </w:p>
    <w:p w14:paraId="57152B2F" w14:textId="556FB65F" w:rsidR="00166305" w:rsidRPr="009C0FA9" w:rsidRDefault="00166305" w:rsidP="005F2F4F">
      <w:pPr>
        <w:spacing w:after="0" w:line="440" w:lineRule="exact"/>
        <w:ind w:leftChars="1122" w:left="2468"/>
        <w:rPr>
          <w:rFonts w:ascii="微軟正黑體" w:eastAsia="微軟正黑體" w:hAnsi="微軟正黑體"/>
          <w:sz w:val="32"/>
          <w:szCs w:val="32"/>
          <w:lang w:eastAsia="zh-TW"/>
        </w:rPr>
      </w:pPr>
      <w:r w:rsidRPr="009C0FA9">
        <w:rPr>
          <w:rFonts w:ascii="微軟正黑體" w:eastAsia="微軟正黑體" w:hAnsi="微軟正黑體" w:hint="eastAsia"/>
          <w:sz w:val="32"/>
          <w:szCs w:val="32"/>
          <w:lang w:eastAsia="zh-TW"/>
        </w:rPr>
        <w:t>申請人名稱：</w:t>
      </w:r>
    </w:p>
    <w:p w14:paraId="622688B5" w14:textId="57AD8EB0" w:rsidR="00166305" w:rsidRPr="009C0FA9" w:rsidRDefault="00166305" w:rsidP="005F2F4F">
      <w:pPr>
        <w:spacing w:after="0" w:line="440" w:lineRule="exact"/>
        <w:ind w:leftChars="1122" w:left="2468"/>
        <w:rPr>
          <w:rFonts w:ascii="微軟正黑體" w:eastAsia="微軟正黑體" w:hAnsi="微軟正黑體"/>
          <w:sz w:val="32"/>
          <w:szCs w:val="32"/>
          <w:lang w:eastAsia="zh-TW"/>
        </w:rPr>
      </w:pPr>
      <w:r w:rsidRPr="009C0FA9">
        <w:rPr>
          <w:rFonts w:ascii="微軟正黑體" w:eastAsia="微軟正黑體" w:hAnsi="微軟正黑體" w:hint="eastAsia"/>
          <w:sz w:val="32"/>
          <w:szCs w:val="32"/>
          <w:lang w:eastAsia="zh-TW"/>
        </w:rPr>
        <w:t>申請人地址：</w:t>
      </w:r>
    </w:p>
    <w:p w14:paraId="7B577166" w14:textId="77777777" w:rsidR="00166305" w:rsidRPr="009C0FA9" w:rsidRDefault="00166305" w:rsidP="005F2F4F">
      <w:pPr>
        <w:spacing w:after="0" w:line="440" w:lineRule="exact"/>
        <w:ind w:leftChars="1122" w:left="2468"/>
        <w:rPr>
          <w:rFonts w:ascii="微軟正黑體" w:eastAsia="微軟正黑體" w:hAnsi="微軟正黑體"/>
          <w:sz w:val="32"/>
          <w:szCs w:val="32"/>
          <w:lang w:eastAsia="zh-TW"/>
        </w:rPr>
      </w:pPr>
      <w:r w:rsidRPr="009C0FA9">
        <w:rPr>
          <w:rFonts w:ascii="微軟正黑體" w:eastAsia="微軟正黑體" w:hAnsi="微軟正黑體" w:hint="eastAsia"/>
          <w:sz w:val="32"/>
          <w:szCs w:val="32"/>
          <w:lang w:eastAsia="zh-TW"/>
        </w:rPr>
        <w:t>申請人負責人或代表人：</w:t>
      </w:r>
      <w:r w:rsidRPr="009C0FA9">
        <w:rPr>
          <w:rFonts w:ascii="微軟正黑體" w:eastAsia="微軟正黑體" w:hAnsi="微軟正黑體"/>
          <w:sz w:val="32"/>
          <w:szCs w:val="32"/>
          <w:lang w:eastAsia="zh-TW"/>
        </w:rPr>
        <w:t xml:space="preserve"> </w:t>
      </w:r>
    </w:p>
    <w:p w14:paraId="64A65A9A" w14:textId="77777777" w:rsidR="00166305" w:rsidRPr="009C0FA9" w:rsidRDefault="00166305" w:rsidP="005F2F4F">
      <w:pPr>
        <w:spacing w:after="0" w:line="440" w:lineRule="exact"/>
        <w:ind w:leftChars="1122" w:left="2468"/>
        <w:rPr>
          <w:rFonts w:ascii="微軟正黑體" w:eastAsia="微軟正黑體" w:hAnsi="微軟正黑體"/>
          <w:sz w:val="32"/>
          <w:szCs w:val="32"/>
          <w:lang w:eastAsia="zh-TW"/>
        </w:rPr>
      </w:pPr>
      <w:r w:rsidRPr="009C0FA9">
        <w:rPr>
          <w:rFonts w:ascii="微軟正黑體" w:eastAsia="微軟正黑體" w:hAnsi="微軟正黑體"/>
          <w:sz w:val="32"/>
          <w:szCs w:val="32"/>
          <w:lang w:eastAsia="zh-TW"/>
        </w:rPr>
        <w:t>※</w:t>
      </w:r>
      <w:r w:rsidRPr="009C0FA9">
        <w:rPr>
          <w:rFonts w:ascii="微軟正黑體" w:eastAsia="微軟正黑體" w:hAnsi="微軟正黑體" w:hint="eastAsia"/>
          <w:sz w:val="32"/>
          <w:szCs w:val="32"/>
          <w:lang w:eastAsia="zh-TW"/>
        </w:rPr>
        <w:t>本申請案之聯絡人：</w:t>
      </w:r>
      <w:r w:rsidRPr="009C0FA9">
        <w:rPr>
          <w:rFonts w:ascii="微軟正黑體" w:eastAsia="微軟正黑體" w:hAnsi="微軟正黑體"/>
          <w:sz w:val="32"/>
          <w:szCs w:val="32"/>
          <w:lang w:eastAsia="zh-TW"/>
        </w:rPr>
        <w:t xml:space="preserve"> </w:t>
      </w:r>
    </w:p>
    <w:p w14:paraId="5CEEAC39" w14:textId="77777777" w:rsidR="00166305" w:rsidRPr="009C0FA9" w:rsidRDefault="00166305" w:rsidP="005F2F4F">
      <w:pPr>
        <w:spacing w:after="0" w:line="440" w:lineRule="exact"/>
        <w:ind w:leftChars="1122" w:left="2468"/>
        <w:rPr>
          <w:rFonts w:ascii="微軟正黑體" w:eastAsia="微軟正黑體" w:hAnsi="微軟正黑體"/>
          <w:sz w:val="32"/>
          <w:szCs w:val="32"/>
          <w:lang w:eastAsia="zh-TW"/>
        </w:rPr>
      </w:pPr>
      <w:r w:rsidRPr="009C0FA9">
        <w:rPr>
          <w:rFonts w:ascii="微軟正黑體" w:eastAsia="微軟正黑體" w:hAnsi="微軟正黑體"/>
          <w:sz w:val="32"/>
          <w:szCs w:val="32"/>
          <w:lang w:eastAsia="zh-TW"/>
        </w:rPr>
        <w:t>※</w:t>
      </w:r>
      <w:r w:rsidRPr="009C0FA9">
        <w:rPr>
          <w:rFonts w:ascii="微軟正黑體" w:eastAsia="微軟正黑體" w:hAnsi="微軟正黑體" w:hint="eastAsia"/>
          <w:sz w:val="32"/>
          <w:szCs w:val="32"/>
          <w:lang w:eastAsia="zh-TW"/>
        </w:rPr>
        <w:t>上開人員之辦公室電話號碼：</w:t>
      </w:r>
      <w:r w:rsidRPr="009C0FA9">
        <w:rPr>
          <w:rFonts w:ascii="微軟正黑體" w:eastAsia="微軟正黑體" w:hAnsi="微軟正黑體"/>
          <w:sz w:val="32"/>
          <w:szCs w:val="32"/>
          <w:lang w:eastAsia="zh-TW"/>
        </w:rPr>
        <w:t xml:space="preserve"> </w:t>
      </w:r>
    </w:p>
    <w:p w14:paraId="4EA7EB15" w14:textId="76E76AF0" w:rsidR="00166305" w:rsidRPr="009C0FA9" w:rsidRDefault="00166305" w:rsidP="005F2F4F">
      <w:pPr>
        <w:spacing w:after="0" w:line="440" w:lineRule="exact"/>
        <w:ind w:leftChars="1122" w:left="2468"/>
        <w:rPr>
          <w:rFonts w:ascii="微軟正黑體" w:eastAsia="微軟正黑體" w:hAnsi="微軟正黑體"/>
          <w:sz w:val="32"/>
          <w:szCs w:val="32"/>
          <w:lang w:eastAsia="zh-TW"/>
        </w:rPr>
      </w:pPr>
      <w:r w:rsidRPr="009C0FA9">
        <w:rPr>
          <w:rFonts w:ascii="微軟正黑體" w:eastAsia="微軟正黑體" w:hAnsi="微軟正黑體"/>
          <w:sz w:val="32"/>
          <w:szCs w:val="32"/>
          <w:lang w:eastAsia="zh-TW"/>
        </w:rPr>
        <w:t>※</w:t>
      </w:r>
      <w:r w:rsidRPr="009C0FA9">
        <w:rPr>
          <w:rFonts w:ascii="微軟正黑體" w:eastAsia="微軟正黑體" w:hAnsi="微軟正黑體" w:hint="eastAsia"/>
          <w:sz w:val="32"/>
          <w:szCs w:val="32"/>
          <w:lang w:eastAsia="zh-TW"/>
        </w:rPr>
        <w:t>上開人員之手機號碼：</w:t>
      </w:r>
      <w:r w:rsidRPr="009C0FA9">
        <w:rPr>
          <w:rFonts w:ascii="微軟正黑體" w:eastAsia="微軟正黑體" w:hAnsi="微軟正黑體"/>
          <w:lang w:eastAsia="zh-TW"/>
        </w:rPr>
        <w:br w:type="page"/>
      </w:r>
    </w:p>
    <w:p w14:paraId="59642D68" w14:textId="0FD701B1" w:rsidR="00166305" w:rsidRPr="00166305" w:rsidRDefault="00166305" w:rsidP="005F2F4F">
      <w:pPr>
        <w:tabs>
          <w:tab w:val="left" w:pos="993"/>
        </w:tabs>
        <w:spacing w:after="0"/>
        <w:rPr>
          <w:rFonts w:ascii="微軟正黑體" w:eastAsia="微軟正黑體" w:hAnsi="微軟正黑體"/>
          <w:b/>
          <w:bCs/>
          <w:sz w:val="24"/>
          <w:szCs w:val="24"/>
          <w:lang w:eastAsia="zh-TW"/>
        </w:rPr>
      </w:pPr>
      <w:bookmarkStart w:id="29" w:name="_Toc228345551"/>
      <w:r w:rsidRPr="00166305">
        <w:rPr>
          <w:rFonts w:ascii="微軟正黑體" w:eastAsia="微軟正黑體" w:hAnsi="微軟正黑體" w:hint="eastAsia"/>
          <w:b/>
          <w:bCs/>
          <w:sz w:val="24"/>
          <w:szCs w:val="24"/>
          <w:lang w:eastAsia="zh-TW"/>
        </w:rPr>
        <w:lastRenderedPageBreak/>
        <w:t>附件三之二</w:t>
      </w:r>
      <w:r w:rsidRPr="00166305">
        <w:rPr>
          <w:rFonts w:ascii="微軟正黑體" w:eastAsia="微軟正黑體" w:hAnsi="微軟正黑體"/>
          <w:b/>
          <w:bCs/>
          <w:sz w:val="24"/>
          <w:szCs w:val="24"/>
          <w:lang w:eastAsia="zh-TW"/>
        </w:rPr>
        <w:t xml:space="preserve"> </w:t>
      </w:r>
      <w:r w:rsidRPr="00166305">
        <w:rPr>
          <w:rFonts w:ascii="微軟正黑體" w:eastAsia="微軟正黑體" w:hAnsi="微軟正黑體" w:hint="eastAsia"/>
          <w:b/>
          <w:bCs/>
          <w:sz w:val="24"/>
          <w:szCs w:val="24"/>
          <w:lang w:eastAsia="zh-TW"/>
        </w:rPr>
        <w:t>資格文件封</w:t>
      </w:r>
      <w:bookmarkEnd w:id="29"/>
    </w:p>
    <w:p w14:paraId="732EC40C" w14:textId="77777777" w:rsidR="00166305" w:rsidRPr="009C0FA9" w:rsidRDefault="00166305" w:rsidP="005F2F4F">
      <w:pPr>
        <w:spacing w:after="0" w:line="240" w:lineRule="auto"/>
        <w:rPr>
          <w:rFonts w:ascii="微軟正黑體" w:eastAsia="微軟正黑體" w:hAnsi="微軟正黑體"/>
          <w:lang w:eastAsia="zh-TW"/>
        </w:rPr>
      </w:pPr>
    </w:p>
    <w:p w14:paraId="6423F552" w14:textId="58FADBDB" w:rsidR="00166305" w:rsidRPr="009C0FA9" w:rsidRDefault="00166305" w:rsidP="005F2F4F">
      <w:pPr>
        <w:spacing w:after="0" w:line="240" w:lineRule="auto"/>
        <w:rPr>
          <w:rFonts w:ascii="微軟正黑體" w:eastAsia="微軟正黑體" w:hAnsi="微軟正黑體"/>
          <w:sz w:val="28"/>
          <w:szCs w:val="28"/>
          <w:lang w:eastAsia="zh-TW"/>
        </w:rPr>
      </w:pPr>
    </w:p>
    <w:p w14:paraId="52873975" w14:textId="4EFFBD1A" w:rsidR="00166305" w:rsidRPr="009C0FA9" w:rsidRDefault="00166305" w:rsidP="005F2F4F">
      <w:pPr>
        <w:spacing w:after="0" w:line="240" w:lineRule="auto"/>
        <w:rPr>
          <w:rFonts w:ascii="微軟正黑體" w:eastAsia="微軟正黑體" w:hAnsi="微軟正黑體"/>
          <w:sz w:val="28"/>
          <w:szCs w:val="28"/>
          <w:lang w:eastAsia="zh-TW"/>
        </w:rPr>
      </w:pPr>
    </w:p>
    <w:p w14:paraId="28B42236" w14:textId="3F2410C0" w:rsidR="00166305" w:rsidRPr="009C0FA9" w:rsidRDefault="00166305" w:rsidP="005F2F4F">
      <w:pPr>
        <w:spacing w:after="120" w:line="240" w:lineRule="auto"/>
        <w:rPr>
          <w:rFonts w:ascii="微軟正黑體" w:eastAsia="微軟正黑體" w:hAnsi="微軟正黑體"/>
          <w:sz w:val="28"/>
          <w:szCs w:val="28"/>
          <w:lang w:eastAsia="zh-TW"/>
        </w:rPr>
      </w:pPr>
      <w:r w:rsidRPr="009C0FA9">
        <w:rPr>
          <w:rFonts w:ascii="微軟正黑體" w:eastAsia="微軟正黑體" w:hAnsi="微軟正黑體" w:hint="eastAsia"/>
          <w:sz w:val="32"/>
          <w:szCs w:val="32"/>
          <w:lang w:eastAsia="zh-TW"/>
        </w:rPr>
        <w:t>標案名稱：高雄市資源回收細分類廠有償BTO+BOT案</w:t>
      </w:r>
    </w:p>
    <w:tbl>
      <w:tblPr>
        <w:tblW w:w="0" w:type="auto"/>
        <w:tblLook w:val="04A0" w:firstRow="1" w:lastRow="0" w:firstColumn="1" w:lastColumn="0" w:noHBand="0" w:noVBand="1"/>
      </w:tblPr>
      <w:tblGrid>
        <w:gridCol w:w="1413"/>
        <w:gridCol w:w="1701"/>
        <w:gridCol w:w="8930"/>
      </w:tblGrid>
      <w:tr w:rsidR="005F2F4F" w:rsidRPr="009C0FA9" w14:paraId="55AA2B8F" w14:textId="77777777" w:rsidTr="005F2F4F">
        <w:trPr>
          <w:trHeight w:val="517"/>
        </w:trPr>
        <w:tc>
          <w:tcPr>
            <w:tcW w:w="1413" w:type="dxa"/>
            <w:vAlign w:val="center"/>
          </w:tcPr>
          <w:p w14:paraId="316F14AD" w14:textId="77777777" w:rsidR="00166305" w:rsidRPr="009C0FA9" w:rsidRDefault="00166305" w:rsidP="005F2F4F">
            <w:pPr>
              <w:spacing w:after="0"/>
              <w:jc w:val="center"/>
              <w:rPr>
                <w:rFonts w:ascii="微軟正黑體" w:eastAsia="微軟正黑體" w:hAnsi="微軟正黑體"/>
                <w:sz w:val="32"/>
                <w:szCs w:val="32"/>
                <w:lang w:eastAsia="zh-CN"/>
              </w:rPr>
            </w:pPr>
            <w:r w:rsidRPr="009C0FA9">
              <w:rPr>
                <w:rFonts w:ascii="微軟正黑體" w:eastAsia="微軟正黑體" w:hAnsi="微軟正黑體" w:hint="eastAsia"/>
                <w:sz w:val="32"/>
                <w:szCs w:val="32"/>
                <w:lang w:eastAsia="zh-CN"/>
              </w:rPr>
              <w:t>編號</w:t>
            </w:r>
          </w:p>
        </w:tc>
        <w:tc>
          <w:tcPr>
            <w:tcW w:w="1701" w:type="dxa"/>
            <w:tcBorders>
              <w:right w:val="single" w:sz="4" w:space="0" w:color="auto"/>
            </w:tcBorders>
          </w:tcPr>
          <w:p w14:paraId="0D79037F" w14:textId="77777777" w:rsidR="00166305" w:rsidRPr="009C0FA9" w:rsidRDefault="00166305" w:rsidP="005F2F4F">
            <w:pPr>
              <w:spacing w:after="0"/>
              <w:rPr>
                <w:rFonts w:ascii="微軟正黑體" w:eastAsia="微軟正黑體" w:hAnsi="微軟正黑體"/>
                <w:sz w:val="32"/>
                <w:szCs w:val="32"/>
                <w:lang w:eastAsia="zh-CN"/>
              </w:rPr>
            </w:pPr>
          </w:p>
        </w:tc>
        <w:tc>
          <w:tcPr>
            <w:tcW w:w="8930" w:type="dxa"/>
            <w:tcBorders>
              <w:top w:val="nil"/>
              <w:left w:val="single" w:sz="4" w:space="0" w:color="auto"/>
              <w:bottom w:val="nil"/>
              <w:right w:val="nil"/>
            </w:tcBorders>
            <w:vAlign w:val="center"/>
          </w:tcPr>
          <w:p w14:paraId="7687E006" w14:textId="71C18367" w:rsidR="00166305" w:rsidRPr="009C0FA9" w:rsidRDefault="00166305" w:rsidP="005F2F4F">
            <w:pPr>
              <w:spacing w:after="0"/>
              <w:jc w:val="both"/>
              <w:rPr>
                <w:rFonts w:ascii="微軟正黑體" w:eastAsia="微軟正黑體" w:hAnsi="微軟正黑體"/>
                <w:sz w:val="32"/>
                <w:szCs w:val="32"/>
                <w:lang w:eastAsia="zh-TW"/>
              </w:rPr>
            </w:pPr>
            <w:r w:rsidRPr="009C0FA9">
              <w:rPr>
                <w:rFonts w:ascii="微軟正黑體" w:eastAsia="微軟正黑體" w:hAnsi="微軟正黑體"/>
                <w:sz w:val="28"/>
                <w:szCs w:val="28"/>
                <w:lang w:eastAsia="zh-TW"/>
              </w:rPr>
              <w:t>[本欄由</w:t>
            </w:r>
            <w:r w:rsidRPr="000437AA">
              <w:rPr>
                <w:rFonts w:ascii="微軟正黑體" w:eastAsia="微軟正黑體" w:hAnsi="微軟正黑體" w:hint="eastAsia"/>
                <w:sz w:val="28"/>
                <w:szCs w:val="28"/>
                <w:lang w:eastAsia="zh-TW"/>
              </w:rPr>
              <w:t>被授權</w:t>
            </w:r>
            <w:r w:rsidRPr="009C0FA9">
              <w:rPr>
                <w:rFonts w:ascii="微軟正黑體" w:eastAsia="微軟正黑體" w:hAnsi="微軟正黑體"/>
                <w:sz w:val="28"/>
                <w:szCs w:val="28"/>
                <w:lang w:eastAsia="zh-TW"/>
              </w:rPr>
              <w:t>機關</w:t>
            </w:r>
            <w:r w:rsidRPr="009C0FA9">
              <w:rPr>
                <w:rFonts w:ascii="微軟正黑體" w:eastAsia="微軟正黑體" w:hAnsi="微軟正黑體" w:hint="eastAsia"/>
                <w:sz w:val="28"/>
                <w:szCs w:val="28"/>
                <w:lang w:eastAsia="zh-TW"/>
              </w:rPr>
              <w:t>於資格審查編列號碼</w:t>
            </w:r>
            <w:r w:rsidRPr="009C0FA9">
              <w:rPr>
                <w:rFonts w:ascii="微軟正黑體" w:eastAsia="微軟正黑體" w:hAnsi="微軟正黑體"/>
                <w:sz w:val="28"/>
                <w:szCs w:val="28"/>
                <w:lang w:eastAsia="zh-TW"/>
              </w:rPr>
              <w:t>]</w:t>
            </w:r>
          </w:p>
        </w:tc>
      </w:tr>
    </w:tbl>
    <w:p w14:paraId="5900D31D" w14:textId="77777777" w:rsidR="00166305" w:rsidRPr="009C0FA9" w:rsidRDefault="00166305" w:rsidP="005F2F4F">
      <w:pPr>
        <w:spacing w:after="0" w:line="240" w:lineRule="auto"/>
        <w:rPr>
          <w:rFonts w:ascii="微軟正黑體" w:eastAsia="微軟正黑體" w:hAnsi="微軟正黑體"/>
          <w:lang w:eastAsia="zh-TW"/>
        </w:rPr>
      </w:pPr>
      <w:r w:rsidRPr="009C0FA9">
        <w:rPr>
          <w:rFonts w:ascii="微軟正黑體" w:eastAsia="微軟正黑體" w:hAnsi="微軟正黑體" w:hint="eastAsia"/>
          <w:noProof/>
          <w:lang w:eastAsia="zh-TW" w:bidi="mn-Mong-CN"/>
        </w:rPr>
        <mc:AlternateContent>
          <mc:Choice Requires="wps">
            <w:drawing>
              <wp:anchor distT="0" distB="0" distL="114300" distR="114300" simplePos="0" relativeHeight="251658241" behindDoc="0" locked="0" layoutInCell="1" allowOverlap="1" wp14:anchorId="3D790AC8" wp14:editId="679F78EA">
                <wp:simplePos x="0" y="0"/>
                <wp:positionH relativeFrom="margin">
                  <wp:align>center</wp:align>
                </wp:positionH>
                <wp:positionV relativeFrom="paragraph">
                  <wp:posOffset>133632</wp:posOffset>
                </wp:positionV>
                <wp:extent cx="8516620" cy="1838886"/>
                <wp:effectExtent l="0" t="0" r="17780" b="28575"/>
                <wp:wrapNone/>
                <wp:docPr id="508791023" name="矩形 1"/>
                <wp:cNvGraphicFramePr/>
                <a:graphic xmlns:a="http://schemas.openxmlformats.org/drawingml/2006/main">
                  <a:graphicData uri="http://schemas.microsoft.com/office/word/2010/wordprocessingShape">
                    <wps:wsp>
                      <wps:cNvSpPr/>
                      <wps:spPr>
                        <a:xfrm>
                          <a:off x="0" y="0"/>
                          <a:ext cx="8516620" cy="1838886"/>
                        </a:xfrm>
                        <a:prstGeom prst="rect">
                          <a:avLst/>
                        </a:prstGeom>
                        <a:noFill/>
                        <a:ln w="254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F14F02" id="矩形 1" o:spid="_x0000_s1026" style="position:absolute;margin-left:0;margin-top:10.5pt;width:670.6pt;height:144.8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" filled="f" strokecolor="black [3213]" strokeweight="2pt">
                <w10:wrap anchorx="margin"/>
              </v:rect>
            </w:pict>
          </mc:Fallback>
        </mc:AlternateContent>
      </w:r>
    </w:p>
    <w:p w14:paraId="0FAFDDB9" w14:textId="77777777" w:rsidR="00166305" w:rsidRPr="009C0FA9" w:rsidRDefault="00166305" w:rsidP="005F2F4F">
      <w:pPr>
        <w:spacing w:after="0" w:line="240" w:lineRule="auto"/>
        <w:rPr>
          <w:rFonts w:ascii="微軟正黑體" w:eastAsia="微軟正黑體" w:hAnsi="微軟正黑體"/>
          <w:lang w:eastAsia="zh-TW"/>
        </w:rPr>
      </w:pPr>
    </w:p>
    <w:p w14:paraId="04F616E9" w14:textId="1F26869D" w:rsidR="00166305" w:rsidRPr="009C0FA9" w:rsidRDefault="00166305" w:rsidP="005F2F4F">
      <w:pPr>
        <w:spacing w:after="0" w:line="240" w:lineRule="auto"/>
        <w:jc w:val="center"/>
        <w:rPr>
          <w:rFonts w:ascii="微軟正黑體" w:eastAsia="微軟正黑體" w:hAnsi="微軟正黑體"/>
          <w:lang w:eastAsia="zh-TW"/>
        </w:rPr>
      </w:pPr>
      <w:r w:rsidRPr="009C0FA9">
        <w:rPr>
          <w:rFonts w:ascii="微軟正黑體" w:eastAsia="微軟正黑體" w:hAnsi="微軟正黑體" w:hint="eastAsia"/>
          <w:b/>
          <w:sz w:val="96"/>
          <w:szCs w:val="96"/>
          <w:lang w:eastAsia="zh-TW"/>
        </w:rPr>
        <w:t>資格文件封</w:t>
      </w:r>
    </w:p>
    <w:p w14:paraId="6FD9A63C" w14:textId="77777777" w:rsidR="00166305" w:rsidRPr="009C0FA9" w:rsidRDefault="00166305" w:rsidP="005F2F4F">
      <w:pPr>
        <w:spacing w:after="0" w:line="240" w:lineRule="auto"/>
        <w:rPr>
          <w:rFonts w:ascii="微軟正黑體" w:eastAsia="微軟正黑體" w:hAnsi="微軟正黑體"/>
          <w:lang w:eastAsia="zh-TW"/>
        </w:rPr>
      </w:pPr>
    </w:p>
    <w:p w14:paraId="5AEE2386" w14:textId="77777777" w:rsidR="00166305" w:rsidRPr="009C0FA9" w:rsidRDefault="00166305" w:rsidP="005F2F4F">
      <w:pPr>
        <w:spacing w:after="0" w:line="240" w:lineRule="auto"/>
        <w:rPr>
          <w:rFonts w:ascii="微軟正黑體" w:eastAsia="微軟正黑體" w:hAnsi="微軟正黑體"/>
          <w:lang w:eastAsia="zh-TW"/>
        </w:rPr>
      </w:pPr>
    </w:p>
    <w:p w14:paraId="32E44A9D" w14:textId="77777777" w:rsidR="00166305" w:rsidRPr="009C0FA9" w:rsidRDefault="00166305" w:rsidP="005F2F4F">
      <w:pPr>
        <w:spacing w:after="0" w:line="240" w:lineRule="auto"/>
        <w:rPr>
          <w:rFonts w:ascii="微軟正黑體" w:eastAsia="微軟正黑體" w:hAnsi="微軟正黑體"/>
          <w:lang w:eastAsia="zh-TW"/>
        </w:rPr>
      </w:pPr>
    </w:p>
    <w:p w14:paraId="61464391" w14:textId="77777777" w:rsidR="00166305" w:rsidRPr="009C0FA9" w:rsidRDefault="00166305" w:rsidP="005F2F4F">
      <w:pPr>
        <w:spacing w:after="0" w:line="240" w:lineRule="auto"/>
        <w:rPr>
          <w:rFonts w:ascii="微軟正黑體" w:eastAsia="微軟正黑體" w:hAnsi="微軟正黑體"/>
          <w:lang w:eastAsia="zh-TW"/>
        </w:rPr>
      </w:pPr>
    </w:p>
    <w:p w14:paraId="060FE884" w14:textId="43AC3A85" w:rsidR="00166305" w:rsidRPr="009C0FA9" w:rsidRDefault="00166305" w:rsidP="005F2F4F">
      <w:pPr>
        <w:spacing w:after="0" w:line="240" w:lineRule="auto"/>
        <w:ind w:leftChars="1122" w:left="2468"/>
        <w:rPr>
          <w:rFonts w:ascii="微軟正黑體" w:eastAsia="微軟正黑體" w:hAnsi="微軟正黑體"/>
          <w:sz w:val="32"/>
          <w:szCs w:val="32"/>
          <w:lang w:eastAsia="zh-TW"/>
        </w:rPr>
      </w:pPr>
      <w:r w:rsidRPr="009C0FA9">
        <w:rPr>
          <w:rFonts w:ascii="微軟正黑體" w:eastAsia="微軟正黑體" w:hAnsi="微軟正黑體" w:hint="eastAsia"/>
          <w:sz w:val="32"/>
          <w:szCs w:val="32"/>
          <w:lang w:eastAsia="zh-TW"/>
        </w:rPr>
        <w:t>申請人名稱：</w:t>
      </w:r>
    </w:p>
    <w:p w14:paraId="2B57C3A8" w14:textId="1BA97F85" w:rsidR="00166305" w:rsidRPr="009C0FA9" w:rsidRDefault="00166305" w:rsidP="005F2F4F">
      <w:pPr>
        <w:spacing w:after="0" w:line="240" w:lineRule="auto"/>
        <w:ind w:leftChars="1122" w:left="2468"/>
        <w:rPr>
          <w:rFonts w:ascii="微軟正黑體" w:eastAsia="微軟正黑體" w:hAnsi="微軟正黑體"/>
          <w:sz w:val="32"/>
          <w:szCs w:val="32"/>
          <w:lang w:eastAsia="zh-TW"/>
        </w:rPr>
      </w:pPr>
      <w:r w:rsidRPr="009C0FA9">
        <w:rPr>
          <w:rFonts w:ascii="微軟正黑體" w:eastAsia="微軟正黑體" w:hAnsi="微軟正黑體" w:hint="eastAsia"/>
          <w:sz w:val="32"/>
          <w:szCs w:val="32"/>
          <w:lang w:eastAsia="zh-TW"/>
        </w:rPr>
        <w:t>申請人地址：</w:t>
      </w:r>
    </w:p>
    <w:p w14:paraId="58D7B54C" w14:textId="60F9C43E" w:rsidR="00166305" w:rsidRPr="009C0FA9" w:rsidRDefault="00166305" w:rsidP="005F2F4F">
      <w:pPr>
        <w:spacing w:after="0" w:line="240" w:lineRule="auto"/>
        <w:ind w:leftChars="1122" w:left="2468"/>
        <w:rPr>
          <w:rFonts w:ascii="微軟正黑體" w:eastAsia="微軟正黑體" w:hAnsi="微軟正黑體"/>
          <w:sz w:val="32"/>
          <w:szCs w:val="32"/>
          <w:lang w:eastAsia="zh-TW"/>
        </w:rPr>
      </w:pPr>
      <w:r w:rsidRPr="009C0FA9">
        <w:rPr>
          <w:rFonts w:ascii="微軟正黑體" w:eastAsia="微軟正黑體" w:hAnsi="微軟正黑體" w:hint="eastAsia"/>
          <w:sz w:val="32"/>
          <w:szCs w:val="32"/>
          <w:lang w:eastAsia="zh-TW"/>
        </w:rPr>
        <w:t>申請人負責人或代表人：</w:t>
      </w:r>
    </w:p>
    <w:p w14:paraId="79DBDD5C" w14:textId="515F61A4" w:rsidR="00166305" w:rsidRPr="009C0FA9" w:rsidRDefault="00166305">
      <w:pPr>
        <w:spacing w:after="0" w:line="240" w:lineRule="auto"/>
        <w:rPr>
          <w:rFonts w:ascii="微軟正黑體" w:eastAsia="微軟正黑體" w:hAnsi="微軟正黑體"/>
          <w:lang w:eastAsia="zh-TW"/>
        </w:rPr>
      </w:pPr>
      <w:r w:rsidRPr="009C0FA9">
        <w:rPr>
          <w:rFonts w:ascii="微軟正黑體" w:eastAsia="微軟正黑體" w:hAnsi="微軟正黑體"/>
          <w:lang w:eastAsia="zh-TW"/>
        </w:rPr>
        <w:br w:type="page"/>
      </w:r>
    </w:p>
    <w:p w14:paraId="32D9A2C0" w14:textId="47EF9A13" w:rsidR="00166305" w:rsidRPr="00166305" w:rsidRDefault="00166305" w:rsidP="005F2F4F">
      <w:pPr>
        <w:tabs>
          <w:tab w:val="left" w:pos="993"/>
        </w:tabs>
        <w:spacing w:after="0"/>
        <w:rPr>
          <w:rFonts w:ascii="微軟正黑體" w:eastAsia="微軟正黑體" w:hAnsi="微軟正黑體"/>
          <w:b/>
          <w:bCs/>
          <w:sz w:val="24"/>
          <w:szCs w:val="24"/>
          <w:lang w:eastAsia="zh-TW"/>
        </w:rPr>
      </w:pPr>
      <w:bookmarkStart w:id="30" w:name="_Toc228345552"/>
      <w:r w:rsidRPr="00166305">
        <w:rPr>
          <w:rFonts w:ascii="微軟正黑體" w:eastAsia="微軟正黑體" w:hAnsi="微軟正黑體" w:hint="eastAsia"/>
          <w:b/>
          <w:bCs/>
          <w:sz w:val="24"/>
          <w:szCs w:val="24"/>
          <w:lang w:eastAsia="zh-TW"/>
        </w:rPr>
        <w:lastRenderedPageBreak/>
        <w:t>附件三之三</w:t>
      </w:r>
      <w:r w:rsidRPr="00166305">
        <w:rPr>
          <w:rFonts w:ascii="微軟正黑體" w:eastAsia="微軟正黑體" w:hAnsi="微軟正黑體"/>
          <w:b/>
          <w:bCs/>
          <w:sz w:val="24"/>
          <w:szCs w:val="24"/>
          <w:lang w:eastAsia="zh-TW"/>
        </w:rPr>
        <w:t xml:space="preserve"> </w:t>
      </w:r>
      <w:r w:rsidRPr="00166305">
        <w:rPr>
          <w:rFonts w:ascii="微軟正黑體" w:eastAsia="微軟正黑體" w:hAnsi="微軟正黑體" w:hint="eastAsia"/>
          <w:b/>
          <w:bCs/>
          <w:sz w:val="24"/>
          <w:szCs w:val="24"/>
          <w:lang w:eastAsia="zh-TW"/>
        </w:rPr>
        <w:t>投資計畫書及簡報封</w:t>
      </w:r>
      <w:bookmarkEnd w:id="30"/>
    </w:p>
    <w:p w14:paraId="62457F22" w14:textId="77777777" w:rsidR="00166305" w:rsidRPr="009C0FA9" w:rsidRDefault="00166305" w:rsidP="005F2F4F">
      <w:pPr>
        <w:spacing w:after="0" w:line="240" w:lineRule="auto"/>
        <w:rPr>
          <w:rFonts w:ascii="微軟正黑體" w:eastAsia="微軟正黑體" w:hAnsi="微軟正黑體"/>
          <w:lang w:eastAsia="zh-TW"/>
        </w:rPr>
      </w:pPr>
    </w:p>
    <w:p w14:paraId="1F2B1DF6" w14:textId="77777777" w:rsidR="00166305" w:rsidRPr="009C0FA9" w:rsidRDefault="00166305" w:rsidP="005F2F4F">
      <w:pPr>
        <w:spacing w:after="0" w:line="240" w:lineRule="auto"/>
        <w:rPr>
          <w:rFonts w:ascii="微軟正黑體" w:eastAsia="微軟正黑體" w:hAnsi="微軟正黑體"/>
          <w:sz w:val="28"/>
          <w:szCs w:val="28"/>
          <w:lang w:eastAsia="zh-TW"/>
        </w:rPr>
      </w:pPr>
    </w:p>
    <w:p w14:paraId="54291B57" w14:textId="77777777" w:rsidR="00166305" w:rsidRPr="009C0FA9" w:rsidRDefault="00166305" w:rsidP="005F2F4F">
      <w:pPr>
        <w:spacing w:after="0" w:line="240" w:lineRule="auto"/>
        <w:rPr>
          <w:rFonts w:ascii="微軟正黑體" w:eastAsia="微軟正黑體" w:hAnsi="微軟正黑體"/>
          <w:sz w:val="28"/>
          <w:szCs w:val="28"/>
          <w:lang w:eastAsia="zh-TW"/>
        </w:rPr>
      </w:pPr>
    </w:p>
    <w:p w14:paraId="480AC28E" w14:textId="48C373A0" w:rsidR="00166305" w:rsidRPr="009C0FA9" w:rsidRDefault="00166305" w:rsidP="005F2F4F">
      <w:pPr>
        <w:spacing w:after="120" w:line="240" w:lineRule="auto"/>
        <w:rPr>
          <w:rFonts w:ascii="微軟正黑體" w:eastAsia="微軟正黑體" w:hAnsi="微軟正黑體"/>
          <w:sz w:val="28"/>
          <w:szCs w:val="28"/>
          <w:lang w:eastAsia="zh-TW"/>
        </w:rPr>
      </w:pPr>
      <w:r w:rsidRPr="009C0FA9">
        <w:rPr>
          <w:rFonts w:ascii="微軟正黑體" w:eastAsia="微軟正黑體" w:hAnsi="微軟正黑體" w:hint="eastAsia"/>
          <w:sz w:val="32"/>
          <w:szCs w:val="32"/>
          <w:lang w:eastAsia="zh-TW"/>
        </w:rPr>
        <w:t>標案名稱：高雄市資源回收細分類廠有償BTO+BOT案</w:t>
      </w:r>
    </w:p>
    <w:tbl>
      <w:tblPr>
        <w:tblW w:w="0" w:type="auto"/>
        <w:tblLook w:val="04A0" w:firstRow="1" w:lastRow="0" w:firstColumn="1" w:lastColumn="0" w:noHBand="0" w:noVBand="1"/>
      </w:tblPr>
      <w:tblGrid>
        <w:gridCol w:w="1413"/>
        <w:gridCol w:w="1701"/>
        <w:gridCol w:w="8930"/>
      </w:tblGrid>
      <w:tr w:rsidR="005F2F4F" w:rsidRPr="009C0FA9" w14:paraId="695ADB01" w14:textId="77777777" w:rsidTr="005F2F4F">
        <w:trPr>
          <w:trHeight w:val="517"/>
        </w:trPr>
        <w:tc>
          <w:tcPr>
            <w:tcW w:w="1413" w:type="dxa"/>
            <w:vAlign w:val="center"/>
          </w:tcPr>
          <w:p w14:paraId="630FFF35" w14:textId="77777777" w:rsidR="00166305" w:rsidRPr="009C0FA9" w:rsidRDefault="00166305" w:rsidP="005F2F4F">
            <w:pPr>
              <w:spacing w:after="0"/>
              <w:jc w:val="center"/>
              <w:rPr>
                <w:rFonts w:ascii="微軟正黑體" w:eastAsia="微軟正黑體" w:hAnsi="微軟正黑體"/>
                <w:sz w:val="32"/>
                <w:szCs w:val="32"/>
                <w:lang w:eastAsia="zh-CN"/>
              </w:rPr>
            </w:pPr>
            <w:r w:rsidRPr="009C0FA9">
              <w:rPr>
                <w:rFonts w:ascii="微軟正黑體" w:eastAsia="微軟正黑體" w:hAnsi="微軟正黑體" w:hint="eastAsia"/>
                <w:sz w:val="32"/>
                <w:szCs w:val="32"/>
                <w:lang w:eastAsia="zh-CN"/>
              </w:rPr>
              <w:t>編號</w:t>
            </w:r>
          </w:p>
        </w:tc>
        <w:tc>
          <w:tcPr>
            <w:tcW w:w="1701" w:type="dxa"/>
            <w:tcBorders>
              <w:right w:val="single" w:sz="4" w:space="0" w:color="auto"/>
            </w:tcBorders>
          </w:tcPr>
          <w:p w14:paraId="77BE8B76" w14:textId="77777777" w:rsidR="00166305" w:rsidRPr="009C0FA9" w:rsidRDefault="00166305" w:rsidP="005F2F4F">
            <w:pPr>
              <w:spacing w:after="0"/>
              <w:rPr>
                <w:rFonts w:ascii="微軟正黑體" w:eastAsia="微軟正黑體" w:hAnsi="微軟正黑體"/>
                <w:sz w:val="32"/>
                <w:szCs w:val="32"/>
                <w:lang w:eastAsia="zh-CN"/>
              </w:rPr>
            </w:pPr>
          </w:p>
        </w:tc>
        <w:tc>
          <w:tcPr>
            <w:tcW w:w="8930" w:type="dxa"/>
            <w:tcBorders>
              <w:top w:val="nil"/>
              <w:left w:val="single" w:sz="4" w:space="0" w:color="auto"/>
              <w:bottom w:val="nil"/>
              <w:right w:val="nil"/>
            </w:tcBorders>
            <w:vAlign w:val="center"/>
          </w:tcPr>
          <w:p w14:paraId="63F92DB1" w14:textId="27DAE7D4" w:rsidR="00166305" w:rsidRPr="009C0FA9" w:rsidRDefault="00166305" w:rsidP="005F2F4F">
            <w:pPr>
              <w:spacing w:after="0"/>
              <w:jc w:val="both"/>
              <w:rPr>
                <w:rFonts w:ascii="微軟正黑體" w:eastAsia="微軟正黑體" w:hAnsi="微軟正黑體"/>
                <w:sz w:val="32"/>
                <w:szCs w:val="32"/>
                <w:lang w:eastAsia="zh-TW"/>
              </w:rPr>
            </w:pPr>
            <w:r w:rsidRPr="009C0FA9">
              <w:rPr>
                <w:rFonts w:ascii="微軟正黑體" w:eastAsia="微軟正黑體" w:hAnsi="微軟正黑體"/>
                <w:sz w:val="28"/>
                <w:szCs w:val="28"/>
                <w:lang w:eastAsia="zh-TW"/>
              </w:rPr>
              <w:t>[本欄由</w:t>
            </w:r>
            <w:r w:rsidRPr="000437AA">
              <w:rPr>
                <w:rFonts w:ascii="微軟正黑體" w:eastAsia="微軟正黑體" w:hAnsi="微軟正黑體" w:hint="eastAsia"/>
                <w:sz w:val="28"/>
                <w:szCs w:val="28"/>
                <w:lang w:eastAsia="zh-TW"/>
              </w:rPr>
              <w:t>被授權</w:t>
            </w:r>
            <w:r w:rsidRPr="009C0FA9">
              <w:rPr>
                <w:rFonts w:ascii="微軟正黑體" w:eastAsia="微軟正黑體" w:hAnsi="微軟正黑體"/>
                <w:sz w:val="28"/>
                <w:szCs w:val="28"/>
                <w:lang w:eastAsia="zh-TW"/>
              </w:rPr>
              <w:t>機關</w:t>
            </w:r>
            <w:r w:rsidRPr="009C0FA9">
              <w:rPr>
                <w:rFonts w:ascii="微軟正黑體" w:eastAsia="微軟正黑體" w:hAnsi="微軟正黑體" w:hint="eastAsia"/>
                <w:sz w:val="28"/>
                <w:szCs w:val="28"/>
                <w:lang w:eastAsia="zh-TW"/>
              </w:rPr>
              <w:t>於資格審查編列號碼</w:t>
            </w:r>
            <w:r w:rsidRPr="009C0FA9">
              <w:rPr>
                <w:rFonts w:ascii="微軟正黑體" w:eastAsia="微軟正黑體" w:hAnsi="微軟正黑體"/>
                <w:sz w:val="28"/>
                <w:szCs w:val="28"/>
                <w:lang w:eastAsia="zh-TW"/>
              </w:rPr>
              <w:t>]</w:t>
            </w:r>
          </w:p>
        </w:tc>
      </w:tr>
    </w:tbl>
    <w:p w14:paraId="4629C0E0" w14:textId="77777777" w:rsidR="00166305" w:rsidRPr="009C0FA9" w:rsidRDefault="00166305" w:rsidP="005F2F4F">
      <w:pPr>
        <w:spacing w:after="0" w:line="240" w:lineRule="auto"/>
        <w:rPr>
          <w:rFonts w:ascii="微軟正黑體" w:eastAsia="微軟正黑體" w:hAnsi="微軟正黑體"/>
          <w:lang w:eastAsia="zh-TW"/>
        </w:rPr>
      </w:pPr>
      <w:r w:rsidRPr="009C0FA9">
        <w:rPr>
          <w:rFonts w:ascii="微軟正黑體" w:eastAsia="微軟正黑體" w:hAnsi="微軟正黑體" w:hint="eastAsia"/>
          <w:noProof/>
          <w:lang w:eastAsia="zh-TW" w:bidi="mn-Mong-CN"/>
        </w:rPr>
        <mc:AlternateContent>
          <mc:Choice Requires="wps">
            <w:drawing>
              <wp:anchor distT="0" distB="0" distL="114300" distR="114300" simplePos="0" relativeHeight="251658242" behindDoc="0" locked="0" layoutInCell="1" allowOverlap="1" wp14:anchorId="0676FF0B" wp14:editId="1E23052A">
                <wp:simplePos x="0" y="0"/>
                <wp:positionH relativeFrom="margin">
                  <wp:align>center</wp:align>
                </wp:positionH>
                <wp:positionV relativeFrom="paragraph">
                  <wp:posOffset>133632</wp:posOffset>
                </wp:positionV>
                <wp:extent cx="8516620" cy="1838886"/>
                <wp:effectExtent l="0" t="0" r="17780" b="28575"/>
                <wp:wrapNone/>
                <wp:docPr id="1428685362" name="矩形 1"/>
                <wp:cNvGraphicFramePr/>
                <a:graphic xmlns:a="http://schemas.openxmlformats.org/drawingml/2006/main">
                  <a:graphicData uri="http://schemas.microsoft.com/office/word/2010/wordprocessingShape">
                    <wps:wsp>
                      <wps:cNvSpPr/>
                      <wps:spPr>
                        <a:xfrm>
                          <a:off x="0" y="0"/>
                          <a:ext cx="8516620" cy="1838886"/>
                        </a:xfrm>
                        <a:prstGeom prst="rect">
                          <a:avLst/>
                        </a:prstGeom>
                        <a:noFill/>
                        <a:ln w="254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48DB9DD" id="矩形 1" o:spid="_x0000_s1026" style="position:absolute;margin-left:0;margin-top:10.5pt;width:670.6pt;height:144.8pt;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" filled="f" strokecolor="black [3213]" strokeweight="2pt">
                <w10:wrap anchorx="margin"/>
              </v:rect>
            </w:pict>
          </mc:Fallback>
        </mc:AlternateContent>
      </w:r>
    </w:p>
    <w:p w14:paraId="4AD9236C" w14:textId="77777777" w:rsidR="00166305" w:rsidRPr="009C0FA9" w:rsidRDefault="00166305" w:rsidP="005F2F4F">
      <w:pPr>
        <w:spacing w:after="0" w:line="240" w:lineRule="auto"/>
        <w:rPr>
          <w:rFonts w:ascii="微軟正黑體" w:eastAsia="微軟正黑體" w:hAnsi="微軟正黑體"/>
          <w:lang w:eastAsia="zh-TW"/>
        </w:rPr>
      </w:pPr>
    </w:p>
    <w:p w14:paraId="0730BC1B" w14:textId="3671DB19" w:rsidR="00166305" w:rsidRPr="009C0FA9" w:rsidRDefault="00166305" w:rsidP="005F2F4F">
      <w:pPr>
        <w:spacing w:after="0" w:line="240" w:lineRule="auto"/>
        <w:jc w:val="center"/>
        <w:rPr>
          <w:rFonts w:ascii="微軟正黑體" w:eastAsia="微軟正黑體" w:hAnsi="微軟正黑體"/>
          <w:b/>
          <w:sz w:val="96"/>
          <w:szCs w:val="96"/>
          <w:lang w:eastAsia="zh-TW"/>
        </w:rPr>
      </w:pPr>
      <w:r w:rsidRPr="009C0FA9">
        <w:rPr>
          <w:rFonts w:ascii="微軟正黑體" w:eastAsia="微軟正黑體" w:hAnsi="微軟正黑體" w:hint="eastAsia"/>
          <w:b/>
          <w:sz w:val="96"/>
          <w:szCs w:val="96"/>
          <w:lang w:eastAsia="zh-TW"/>
        </w:rPr>
        <w:t>投資計畫書及簡報封</w:t>
      </w:r>
    </w:p>
    <w:p w14:paraId="78B417AF" w14:textId="50C879C1" w:rsidR="00166305" w:rsidRPr="009C0FA9" w:rsidRDefault="00166305" w:rsidP="005F2F4F">
      <w:pPr>
        <w:spacing w:after="0" w:line="240" w:lineRule="auto"/>
        <w:rPr>
          <w:rFonts w:ascii="微軟正黑體" w:eastAsia="微軟正黑體" w:hAnsi="微軟正黑體"/>
          <w:lang w:eastAsia="zh-TW"/>
        </w:rPr>
      </w:pPr>
    </w:p>
    <w:p w14:paraId="73AD116D" w14:textId="77777777" w:rsidR="00166305" w:rsidRPr="009C0FA9" w:rsidRDefault="00166305" w:rsidP="005F2F4F">
      <w:pPr>
        <w:spacing w:after="0" w:line="240" w:lineRule="auto"/>
        <w:rPr>
          <w:rFonts w:ascii="微軟正黑體" w:eastAsia="微軟正黑體" w:hAnsi="微軟正黑體"/>
          <w:lang w:eastAsia="zh-TW"/>
        </w:rPr>
      </w:pPr>
    </w:p>
    <w:p w14:paraId="51827696" w14:textId="77777777" w:rsidR="00166305" w:rsidRPr="009C0FA9" w:rsidRDefault="00166305" w:rsidP="005F2F4F">
      <w:pPr>
        <w:spacing w:after="0" w:line="240" w:lineRule="auto"/>
        <w:rPr>
          <w:rFonts w:ascii="微軟正黑體" w:eastAsia="微軟正黑體" w:hAnsi="微軟正黑體"/>
          <w:lang w:eastAsia="zh-TW"/>
        </w:rPr>
      </w:pPr>
    </w:p>
    <w:p w14:paraId="0050B54D" w14:textId="77777777" w:rsidR="00166305" w:rsidRPr="009C0FA9" w:rsidRDefault="00166305" w:rsidP="005F2F4F">
      <w:pPr>
        <w:spacing w:after="0" w:line="240" w:lineRule="auto"/>
        <w:rPr>
          <w:rFonts w:ascii="微軟正黑體" w:eastAsia="微軟正黑體" w:hAnsi="微軟正黑體"/>
          <w:lang w:eastAsia="zh-TW"/>
        </w:rPr>
      </w:pPr>
    </w:p>
    <w:p w14:paraId="6D46C472" w14:textId="77777777" w:rsidR="00166305" w:rsidRPr="009C0FA9" w:rsidRDefault="00166305" w:rsidP="005F2F4F">
      <w:pPr>
        <w:spacing w:after="0" w:line="240" w:lineRule="auto"/>
        <w:rPr>
          <w:rFonts w:ascii="微軟正黑體" w:eastAsia="微軟正黑體" w:hAnsi="微軟正黑體"/>
          <w:lang w:eastAsia="zh-TW"/>
        </w:rPr>
      </w:pPr>
    </w:p>
    <w:p w14:paraId="150C393A" w14:textId="77777777" w:rsidR="00166305" w:rsidRPr="009C0FA9" w:rsidRDefault="00166305" w:rsidP="005F2F4F">
      <w:pPr>
        <w:spacing w:after="0" w:line="240" w:lineRule="auto"/>
        <w:ind w:leftChars="1122" w:left="2468"/>
        <w:rPr>
          <w:rFonts w:ascii="微軟正黑體" w:eastAsia="微軟正黑體" w:hAnsi="微軟正黑體"/>
          <w:sz w:val="32"/>
          <w:szCs w:val="32"/>
          <w:lang w:eastAsia="zh-TW"/>
        </w:rPr>
      </w:pPr>
      <w:r w:rsidRPr="009C0FA9">
        <w:rPr>
          <w:rFonts w:ascii="微軟正黑體" w:eastAsia="微軟正黑體" w:hAnsi="微軟正黑體" w:hint="eastAsia"/>
          <w:sz w:val="32"/>
          <w:szCs w:val="32"/>
          <w:lang w:eastAsia="zh-TW"/>
        </w:rPr>
        <w:t>申請人名稱：</w:t>
      </w:r>
    </w:p>
    <w:p w14:paraId="10FC2CA8" w14:textId="15B6AA21" w:rsidR="00166305" w:rsidRPr="009C0FA9" w:rsidRDefault="00166305" w:rsidP="005F2F4F">
      <w:pPr>
        <w:spacing w:after="0" w:line="240" w:lineRule="auto"/>
        <w:ind w:leftChars="1122" w:left="2468"/>
        <w:rPr>
          <w:rFonts w:ascii="微軟正黑體" w:eastAsia="微軟正黑體" w:hAnsi="微軟正黑體"/>
          <w:sz w:val="32"/>
          <w:szCs w:val="32"/>
          <w:lang w:eastAsia="zh-TW"/>
        </w:rPr>
      </w:pPr>
      <w:r w:rsidRPr="009C0FA9">
        <w:rPr>
          <w:rFonts w:ascii="微軟正黑體" w:eastAsia="微軟正黑體" w:hAnsi="微軟正黑體" w:hint="eastAsia"/>
          <w:sz w:val="32"/>
          <w:szCs w:val="32"/>
          <w:lang w:eastAsia="zh-TW"/>
        </w:rPr>
        <w:t>申請人地址：</w:t>
      </w:r>
    </w:p>
    <w:p w14:paraId="3549E08E" w14:textId="21D7457F" w:rsidR="00166305" w:rsidRPr="009C0FA9" w:rsidRDefault="00166305" w:rsidP="005F2F4F">
      <w:pPr>
        <w:spacing w:after="0" w:line="240" w:lineRule="auto"/>
        <w:ind w:leftChars="1122" w:left="2468"/>
        <w:rPr>
          <w:rFonts w:ascii="微軟正黑體" w:eastAsia="微軟正黑體" w:hAnsi="微軟正黑體"/>
          <w:sz w:val="32"/>
          <w:szCs w:val="32"/>
          <w:lang w:eastAsia="zh-TW"/>
        </w:rPr>
      </w:pPr>
      <w:r w:rsidRPr="009C0FA9">
        <w:rPr>
          <w:rFonts w:ascii="微軟正黑體" w:eastAsia="微軟正黑體" w:hAnsi="微軟正黑體" w:hint="eastAsia"/>
          <w:sz w:val="32"/>
          <w:szCs w:val="32"/>
          <w:lang w:eastAsia="zh-TW"/>
        </w:rPr>
        <w:t>申請人負責人或代表人：</w:t>
      </w:r>
    </w:p>
    <w:p w14:paraId="5331A6D2" w14:textId="5F9B0331" w:rsidR="00166305" w:rsidRPr="009C0FA9" w:rsidRDefault="00166305">
      <w:pPr>
        <w:spacing w:after="0" w:line="240" w:lineRule="auto"/>
        <w:rPr>
          <w:rFonts w:ascii="微軟正黑體" w:eastAsia="微軟正黑體" w:hAnsi="微軟正黑體"/>
          <w:lang w:eastAsia="zh-TW"/>
        </w:rPr>
      </w:pPr>
      <w:r w:rsidRPr="009C0FA9">
        <w:rPr>
          <w:rFonts w:ascii="微軟正黑體" w:eastAsia="微軟正黑體" w:hAnsi="微軟正黑體"/>
          <w:lang w:eastAsia="zh-TW"/>
        </w:rPr>
        <w:br w:type="page"/>
      </w:r>
    </w:p>
    <w:p w14:paraId="7AFBB5EE" w14:textId="12DEA186" w:rsidR="00166305" w:rsidRPr="00166305" w:rsidRDefault="00166305" w:rsidP="005F2F4F">
      <w:pPr>
        <w:tabs>
          <w:tab w:val="left" w:pos="993"/>
        </w:tabs>
        <w:spacing w:after="0"/>
        <w:rPr>
          <w:rFonts w:ascii="微軟正黑體" w:eastAsia="微軟正黑體" w:hAnsi="微軟正黑體"/>
          <w:b/>
          <w:bCs/>
          <w:sz w:val="24"/>
          <w:szCs w:val="24"/>
          <w:lang w:eastAsia="zh-TW"/>
        </w:rPr>
      </w:pPr>
      <w:bookmarkStart w:id="31" w:name="_Toc228345553"/>
      <w:r w:rsidRPr="00166305">
        <w:rPr>
          <w:rFonts w:ascii="微軟正黑體" w:eastAsia="微軟正黑體" w:hAnsi="微軟正黑體" w:hint="eastAsia"/>
          <w:b/>
          <w:bCs/>
          <w:sz w:val="24"/>
          <w:szCs w:val="24"/>
          <w:lang w:eastAsia="zh-TW"/>
        </w:rPr>
        <w:lastRenderedPageBreak/>
        <w:t>附件三之四</w:t>
      </w:r>
      <w:r w:rsidRPr="00166305">
        <w:rPr>
          <w:rFonts w:ascii="微軟正黑體" w:eastAsia="微軟正黑體" w:hAnsi="微軟正黑體"/>
          <w:b/>
          <w:bCs/>
          <w:sz w:val="24"/>
          <w:szCs w:val="24"/>
          <w:lang w:eastAsia="zh-TW"/>
        </w:rPr>
        <w:t xml:space="preserve"> </w:t>
      </w:r>
      <w:r w:rsidRPr="00166305" w:rsidDel="004A0520">
        <w:rPr>
          <w:rFonts w:ascii="微軟正黑體" w:eastAsia="微軟正黑體" w:hAnsi="微軟正黑體" w:hint="eastAsia"/>
          <w:b/>
          <w:bCs/>
          <w:sz w:val="24"/>
          <w:szCs w:val="24"/>
          <w:lang w:eastAsia="zh-TW"/>
        </w:rPr>
        <w:t>本</w:t>
      </w:r>
      <w:r w:rsidRPr="00166305">
        <w:rPr>
          <w:rFonts w:ascii="微軟正黑體" w:eastAsia="微軟正黑體" w:hAnsi="微軟正黑體" w:hint="eastAsia"/>
          <w:b/>
          <w:bCs/>
          <w:sz w:val="24"/>
          <w:szCs w:val="24"/>
          <w:lang w:eastAsia="zh-TW"/>
        </w:rPr>
        <w:t>案費用標單封</w:t>
      </w:r>
      <w:bookmarkEnd w:id="31"/>
    </w:p>
    <w:p w14:paraId="257F746F" w14:textId="77777777" w:rsidR="00166305" w:rsidRPr="009C0FA9" w:rsidRDefault="00166305" w:rsidP="005F2F4F">
      <w:pPr>
        <w:spacing w:after="0" w:line="240" w:lineRule="auto"/>
        <w:rPr>
          <w:rFonts w:ascii="微軟正黑體" w:eastAsia="微軟正黑體" w:hAnsi="微軟正黑體"/>
          <w:lang w:eastAsia="zh-TW"/>
        </w:rPr>
      </w:pPr>
    </w:p>
    <w:p w14:paraId="25A27B4D" w14:textId="77777777" w:rsidR="00166305" w:rsidRPr="009C0FA9" w:rsidRDefault="00166305" w:rsidP="005F2F4F">
      <w:pPr>
        <w:spacing w:after="0" w:line="240" w:lineRule="auto"/>
        <w:rPr>
          <w:rFonts w:ascii="微軟正黑體" w:eastAsia="微軟正黑體" w:hAnsi="微軟正黑體"/>
          <w:sz w:val="28"/>
          <w:szCs w:val="28"/>
          <w:lang w:eastAsia="zh-TW"/>
        </w:rPr>
      </w:pPr>
    </w:p>
    <w:p w14:paraId="6560FC8E" w14:textId="77777777" w:rsidR="00166305" w:rsidRPr="009C0FA9" w:rsidRDefault="00166305" w:rsidP="005F2F4F">
      <w:pPr>
        <w:spacing w:after="0" w:line="240" w:lineRule="auto"/>
        <w:rPr>
          <w:rFonts w:ascii="微軟正黑體" w:eastAsia="微軟正黑體" w:hAnsi="微軟正黑體"/>
          <w:sz w:val="28"/>
          <w:szCs w:val="28"/>
          <w:lang w:eastAsia="zh-TW"/>
        </w:rPr>
      </w:pPr>
    </w:p>
    <w:p w14:paraId="54C5CDA5" w14:textId="27833B73" w:rsidR="00166305" w:rsidRPr="009C0FA9" w:rsidRDefault="00166305" w:rsidP="005F2F4F">
      <w:pPr>
        <w:spacing w:after="120" w:line="240" w:lineRule="auto"/>
        <w:rPr>
          <w:rFonts w:ascii="微軟正黑體" w:eastAsia="微軟正黑體" w:hAnsi="微軟正黑體"/>
          <w:sz w:val="28"/>
          <w:szCs w:val="28"/>
          <w:lang w:eastAsia="zh-TW"/>
        </w:rPr>
      </w:pPr>
      <w:r w:rsidRPr="009C0FA9">
        <w:rPr>
          <w:rFonts w:ascii="微軟正黑體" w:eastAsia="微軟正黑體" w:hAnsi="微軟正黑體" w:hint="eastAsia"/>
          <w:sz w:val="32"/>
          <w:szCs w:val="32"/>
          <w:lang w:eastAsia="zh-TW"/>
        </w:rPr>
        <w:t>標案名稱：高雄市資源回收細分類廠有償BTO+BOT案</w:t>
      </w:r>
    </w:p>
    <w:tbl>
      <w:tblPr>
        <w:tblW w:w="0" w:type="auto"/>
        <w:tblLook w:val="04A0" w:firstRow="1" w:lastRow="0" w:firstColumn="1" w:lastColumn="0" w:noHBand="0" w:noVBand="1"/>
      </w:tblPr>
      <w:tblGrid>
        <w:gridCol w:w="1413"/>
        <w:gridCol w:w="1701"/>
        <w:gridCol w:w="8930"/>
      </w:tblGrid>
      <w:tr w:rsidR="005F2F4F" w:rsidRPr="009C0FA9" w14:paraId="18386A08" w14:textId="77777777" w:rsidTr="005F2F4F">
        <w:trPr>
          <w:trHeight w:val="517"/>
        </w:trPr>
        <w:tc>
          <w:tcPr>
            <w:tcW w:w="1413" w:type="dxa"/>
            <w:vAlign w:val="center"/>
          </w:tcPr>
          <w:p w14:paraId="64769453" w14:textId="77777777" w:rsidR="00166305" w:rsidRPr="009C0FA9" w:rsidRDefault="00166305" w:rsidP="005F2F4F">
            <w:pPr>
              <w:spacing w:after="0"/>
              <w:jc w:val="center"/>
              <w:rPr>
                <w:rFonts w:ascii="微軟正黑體" w:eastAsia="微軟正黑體" w:hAnsi="微軟正黑體"/>
                <w:sz w:val="32"/>
                <w:szCs w:val="32"/>
                <w:lang w:eastAsia="zh-CN"/>
              </w:rPr>
            </w:pPr>
            <w:r w:rsidRPr="009C0FA9">
              <w:rPr>
                <w:rFonts w:ascii="微軟正黑體" w:eastAsia="微軟正黑體" w:hAnsi="微軟正黑體" w:hint="eastAsia"/>
                <w:sz w:val="32"/>
                <w:szCs w:val="32"/>
                <w:lang w:eastAsia="zh-CN"/>
              </w:rPr>
              <w:t>編號</w:t>
            </w:r>
          </w:p>
        </w:tc>
        <w:tc>
          <w:tcPr>
            <w:tcW w:w="1701" w:type="dxa"/>
            <w:tcBorders>
              <w:right w:val="single" w:sz="4" w:space="0" w:color="auto"/>
            </w:tcBorders>
          </w:tcPr>
          <w:p w14:paraId="342519D5" w14:textId="77777777" w:rsidR="00166305" w:rsidRPr="009C0FA9" w:rsidRDefault="00166305" w:rsidP="005F2F4F">
            <w:pPr>
              <w:spacing w:after="0"/>
              <w:rPr>
                <w:rFonts w:ascii="微軟正黑體" w:eastAsia="微軟正黑體" w:hAnsi="微軟正黑體"/>
                <w:sz w:val="32"/>
                <w:szCs w:val="32"/>
                <w:lang w:eastAsia="zh-CN"/>
              </w:rPr>
            </w:pPr>
          </w:p>
        </w:tc>
        <w:tc>
          <w:tcPr>
            <w:tcW w:w="8930" w:type="dxa"/>
            <w:tcBorders>
              <w:top w:val="nil"/>
              <w:left w:val="single" w:sz="4" w:space="0" w:color="auto"/>
              <w:bottom w:val="nil"/>
              <w:right w:val="nil"/>
            </w:tcBorders>
            <w:vAlign w:val="center"/>
          </w:tcPr>
          <w:p w14:paraId="0E5CC684" w14:textId="13FC7421" w:rsidR="00166305" w:rsidRPr="009C0FA9" w:rsidRDefault="00166305" w:rsidP="005F2F4F">
            <w:pPr>
              <w:spacing w:after="0"/>
              <w:jc w:val="both"/>
              <w:rPr>
                <w:rFonts w:ascii="微軟正黑體" w:eastAsia="微軟正黑體" w:hAnsi="微軟正黑體"/>
                <w:sz w:val="32"/>
                <w:szCs w:val="32"/>
                <w:lang w:eastAsia="zh-TW"/>
              </w:rPr>
            </w:pPr>
            <w:r w:rsidRPr="009C0FA9">
              <w:rPr>
                <w:rFonts w:ascii="微軟正黑體" w:eastAsia="微軟正黑體" w:hAnsi="微軟正黑體"/>
                <w:sz w:val="28"/>
                <w:szCs w:val="28"/>
                <w:lang w:eastAsia="zh-TW"/>
              </w:rPr>
              <w:t>[本欄由</w:t>
            </w:r>
            <w:r w:rsidRPr="000437AA">
              <w:rPr>
                <w:rFonts w:ascii="微軟正黑體" w:eastAsia="微軟正黑體" w:hAnsi="微軟正黑體" w:hint="eastAsia"/>
                <w:sz w:val="28"/>
                <w:szCs w:val="28"/>
                <w:lang w:eastAsia="zh-TW"/>
              </w:rPr>
              <w:t>被授權</w:t>
            </w:r>
            <w:r w:rsidRPr="009C0FA9">
              <w:rPr>
                <w:rFonts w:ascii="微軟正黑體" w:eastAsia="微軟正黑體" w:hAnsi="微軟正黑體"/>
                <w:sz w:val="28"/>
                <w:szCs w:val="28"/>
                <w:lang w:eastAsia="zh-TW"/>
              </w:rPr>
              <w:t>機關</w:t>
            </w:r>
            <w:r w:rsidRPr="009C0FA9">
              <w:rPr>
                <w:rFonts w:ascii="微軟正黑體" w:eastAsia="微軟正黑體" w:hAnsi="微軟正黑體" w:hint="eastAsia"/>
                <w:sz w:val="28"/>
                <w:szCs w:val="28"/>
                <w:lang w:eastAsia="zh-TW"/>
              </w:rPr>
              <w:t>於資格審查編列號碼</w:t>
            </w:r>
            <w:r w:rsidRPr="009C0FA9">
              <w:rPr>
                <w:rFonts w:ascii="微軟正黑體" w:eastAsia="微軟正黑體" w:hAnsi="微軟正黑體"/>
                <w:sz w:val="28"/>
                <w:szCs w:val="28"/>
                <w:lang w:eastAsia="zh-TW"/>
              </w:rPr>
              <w:t>]</w:t>
            </w:r>
          </w:p>
        </w:tc>
      </w:tr>
    </w:tbl>
    <w:p w14:paraId="048C7DEC" w14:textId="77777777" w:rsidR="00166305" w:rsidRPr="009C0FA9" w:rsidRDefault="00166305" w:rsidP="005F2F4F">
      <w:pPr>
        <w:spacing w:after="0" w:line="240" w:lineRule="auto"/>
        <w:rPr>
          <w:rFonts w:ascii="微軟正黑體" w:eastAsia="微軟正黑體" w:hAnsi="微軟正黑體"/>
          <w:lang w:eastAsia="zh-TW"/>
        </w:rPr>
      </w:pPr>
      <w:r w:rsidRPr="009C0FA9">
        <w:rPr>
          <w:rFonts w:ascii="微軟正黑體" w:eastAsia="微軟正黑體" w:hAnsi="微軟正黑體" w:hint="eastAsia"/>
          <w:noProof/>
          <w:lang w:eastAsia="zh-TW" w:bidi="mn-Mong-CN"/>
        </w:rPr>
        <mc:AlternateContent>
          <mc:Choice Requires="wps">
            <w:drawing>
              <wp:anchor distT="0" distB="0" distL="114300" distR="114300" simplePos="0" relativeHeight="251658243" behindDoc="0" locked="0" layoutInCell="1" allowOverlap="1" wp14:anchorId="0595056C" wp14:editId="40FDBBD7">
                <wp:simplePos x="0" y="0"/>
                <wp:positionH relativeFrom="margin">
                  <wp:align>center</wp:align>
                </wp:positionH>
                <wp:positionV relativeFrom="paragraph">
                  <wp:posOffset>133632</wp:posOffset>
                </wp:positionV>
                <wp:extent cx="8516620" cy="1838886"/>
                <wp:effectExtent l="0" t="0" r="17780" b="28575"/>
                <wp:wrapNone/>
                <wp:docPr id="405478343" name="矩形 1"/>
                <wp:cNvGraphicFramePr/>
                <a:graphic xmlns:a="http://schemas.openxmlformats.org/drawingml/2006/main">
                  <a:graphicData uri="http://schemas.microsoft.com/office/word/2010/wordprocessingShape">
                    <wps:wsp>
                      <wps:cNvSpPr/>
                      <wps:spPr>
                        <a:xfrm>
                          <a:off x="0" y="0"/>
                          <a:ext cx="8516620" cy="1838886"/>
                        </a:xfrm>
                        <a:prstGeom prst="rect">
                          <a:avLst/>
                        </a:prstGeom>
                        <a:noFill/>
                        <a:ln w="254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ED38B6" id="矩形 1" o:spid="_x0000_s1026" style="position:absolute;margin-left:0;margin-top:10.5pt;width:670.6pt;height:144.8pt;z-index:25165824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" filled="f" strokecolor="black [3213]" strokeweight="2pt">
                <w10:wrap anchorx="margin"/>
              </v:rect>
            </w:pict>
          </mc:Fallback>
        </mc:AlternateContent>
      </w:r>
    </w:p>
    <w:p w14:paraId="1CC7805B" w14:textId="77777777" w:rsidR="00166305" w:rsidRPr="009C0FA9" w:rsidRDefault="00166305" w:rsidP="005F2F4F">
      <w:pPr>
        <w:spacing w:after="0" w:line="240" w:lineRule="auto"/>
        <w:rPr>
          <w:rFonts w:ascii="微軟正黑體" w:eastAsia="微軟正黑體" w:hAnsi="微軟正黑體"/>
          <w:lang w:eastAsia="zh-TW"/>
        </w:rPr>
      </w:pPr>
    </w:p>
    <w:p w14:paraId="2C93F0B0" w14:textId="68C3CAA6" w:rsidR="00166305" w:rsidRPr="009C0FA9" w:rsidRDefault="00166305" w:rsidP="005F2F4F">
      <w:pPr>
        <w:spacing w:after="0" w:line="240" w:lineRule="auto"/>
        <w:jc w:val="center"/>
        <w:rPr>
          <w:rFonts w:ascii="微軟正黑體" w:eastAsia="微軟正黑體" w:hAnsi="微軟正黑體"/>
          <w:lang w:eastAsia="zh-TW"/>
        </w:rPr>
      </w:pPr>
      <w:r w:rsidRPr="009C0FA9">
        <w:rPr>
          <w:rFonts w:ascii="微軟正黑體" w:eastAsia="微軟正黑體" w:hAnsi="微軟正黑體" w:hint="eastAsia"/>
          <w:b/>
          <w:sz w:val="96"/>
          <w:szCs w:val="96"/>
          <w:lang w:eastAsia="zh-TW"/>
        </w:rPr>
        <w:t>本案費用標單封</w:t>
      </w:r>
    </w:p>
    <w:p w14:paraId="42854A4F" w14:textId="77777777" w:rsidR="00166305" w:rsidRPr="009C0FA9" w:rsidRDefault="00166305" w:rsidP="005F2F4F">
      <w:pPr>
        <w:spacing w:after="0" w:line="240" w:lineRule="auto"/>
        <w:rPr>
          <w:rFonts w:ascii="微軟正黑體" w:eastAsia="微軟正黑體" w:hAnsi="微軟正黑體"/>
          <w:lang w:eastAsia="zh-TW"/>
        </w:rPr>
      </w:pPr>
    </w:p>
    <w:p w14:paraId="0E807F49" w14:textId="77777777" w:rsidR="00166305" w:rsidRPr="009C0FA9" w:rsidRDefault="00166305" w:rsidP="005F2F4F">
      <w:pPr>
        <w:spacing w:after="0" w:line="240" w:lineRule="auto"/>
        <w:rPr>
          <w:rFonts w:ascii="微軟正黑體" w:eastAsia="微軟正黑體" w:hAnsi="微軟正黑體"/>
          <w:lang w:eastAsia="zh-TW"/>
        </w:rPr>
      </w:pPr>
    </w:p>
    <w:p w14:paraId="729FCB0A" w14:textId="77777777" w:rsidR="00166305" w:rsidRPr="009C0FA9" w:rsidRDefault="00166305" w:rsidP="005F2F4F">
      <w:pPr>
        <w:spacing w:after="0" w:line="240" w:lineRule="auto"/>
        <w:rPr>
          <w:rFonts w:ascii="微軟正黑體" w:eastAsia="微軟正黑體" w:hAnsi="微軟正黑體"/>
          <w:lang w:eastAsia="zh-TW"/>
        </w:rPr>
      </w:pPr>
    </w:p>
    <w:p w14:paraId="773D2F52" w14:textId="77777777" w:rsidR="00166305" w:rsidRPr="009C0FA9" w:rsidRDefault="00166305" w:rsidP="005F2F4F">
      <w:pPr>
        <w:spacing w:after="0" w:line="240" w:lineRule="auto"/>
        <w:rPr>
          <w:rFonts w:ascii="微軟正黑體" w:eastAsia="微軟正黑體" w:hAnsi="微軟正黑體"/>
          <w:lang w:eastAsia="zh-TW"/>
        </w:rPr>
      </w:pPr>
    </w:p>
    <w:p w14:paraId="014D6430" w14:textId="77777777" w:rsidR="00166305" w:rsidRPr="009C0FA9" w:rsidRDefault="00166305" w:rsidP="005F2F4F">
      <w:pPr>
        <w:spacing w:after="0" w:line="240" w:lineRule="auto"/>
        <w:ind w:leftChars="1122" w:left="2468"/>
        <w:rPr>
          <w:rFonts w:ascii="微軟正黑體" w:eastAsia="微軟正黑體" w:hAnsi="微軟正黑體"/>
          <w:sz w:val="32"/>
          <w:szCs w:val="32"/>
          <w:lang w:eastAsia="zh-TW"/>
        </w:rPr>
      </w:pPr>
      <w:r w:rsidRPr="009C0FA9">
        <w:rPr>
          <w:rFonts w:ascii="微軟正黑體" w:eastAsia="微軟正黑體" w:hAnsi="微軟正黑體" w:hint="eastAsia"/>
          <w:sz w:val="32"/>
          <w:szCs w:val="32"/>
          <w:lang w:eastAsia="zh-TW"/>
        </w:rPr>
        <w:t>申請人名稱：</w:t>
      </w:r>
    </w:p>
    <w:p w14:paraId="1109419C" w14:textId="77777777" w:rsidR="00166305" w:rsidRPr="009C0FA9" w:rsidRDefault="00166305" w:rsidP="005F2F4F">
      <w:pPr>
        <w:spacing w:after="0" w:line="240" w:lineRule="auto"/>
        <w:ind w:leftChars="1122" w:left="2468"/>
        <w:rPr>
          <w:rFonts w:ascii="微軟正黑體" w:eastAsia="微軟正黑體" w:hAnsi="微軟正黑體"/>
          <w:sz w:val="32"/>
          <w:szCs w:val="32"/>
          <w:lang w:eastAsia="zh-TW"/>
        </w:rPr>
      </w:pPr>
      <w:r w:rsidRPr="009C0FA9">
        <w:rPr>
          <w:rFonts w:ascii="微軟正黑體" w:eastAsia="微軟正黑體" w:hAnsi="微軟正黑體" w:hint="eastAsia"/>
          <w:sz w:val="32"/>
          <w:szCs w:val="32"/>
          <w:lang w:eastAsia="zh-TW"/>
        </w:rPr>
        <w:t>申請人地址：</w:t>
      </w:r>
    </w:p>
    <w:p w14:paraId="5718507C" w14:textId="2481CB24" w:rsidR="00166305" w:rsidRPr="009C0FA9" w:rsidRDefault="00C41295" w:rsidP="005F2F4F">
      <w:pPr>
        <w:spacing w:after="0" w:line="240" w:lineRule="auto"/>
        <w:ind w:leftChars="1122" w:left="2468"/>
        <w:rPr>
          <w:rFonts w:ascii="微軟正黑體" w:eastAsia="微軟正黑體" w:hAnsi="微軟正黑體"/>
          <w:lang w:eastAsia="zh-TW"/>
        </w:rPr>
        <w:sectPr w:rsidR="00166305" w:rsidRPr="009C0FA9" w:rsidSect="005F2F4F">
          <w:pgSz w:w="15840" w:h="12240" w:orient="landscape"/>
          <w:pgMar w:top="1134" w:right="1134" w:bottom="1134" w:left="1134" w:header="567" w:footer="567" w:gutter="0"/>
          <w:cols w:space="720"/>
          <w:noEndnote/>
          <w:docGrid w:linePitch="326"/>
        </w:sectPr>
      </w:pPr>
      <w:r>
        <w:rPr>
          <w:rFonts w:ascii="微軟正黑體" w:eastAsia="微軟正黑體" w:hAnsi="微軟正黑體" w:hint="eastAsia"/>
          <w:sz w:val="32"/>
          <w:szCs w:val="32"/>
          <w:lang w:eastAsia="zh-TW"/>
        </w:rPr>
        <w:t>申請人負責人或代表</w:t>
      </w:r>
    </w:p>
    <w:p w14:paraId="173F035E" w14:textId="673454B9" w:rsidR="00166305" w:rsidRPr="00166305" w:rsidRDefault="00166305" w:rsidP="00C41295">
      <w:pPr>
        <w:rPr>
          <w:rFonts w:eastAsia="新細明體"/>
          <w:lang w:eastAsia="zh-TW"/>
        </w:rPr>
      </w:pPr>
    </w:p>
    <w:sectPr w:rsidR="00166305" w:rsidRPr="00166305" w:rsidSect="00034616">
      <w:pgSz w:w="12240" w:h="15840" w:orient="landscape"/>
      <w:pgMar w:top="1440" w:right="1800" w:bottom="1440" w:left="180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A8237" w14:textId="77777777" w:rsidR="0020123E" w:rsidRDefault="0020123E" w:rsidP="00D70522">
      <w:pPr>
        <w:spacing w:after="0" w:line="240" w:lineRule="auto"/>
      </w:pPr>
      <w:r>
        <w:separator/>
      </w:r>
    </w:p>
  </w:endnote>
  <w:endnote w:type="continuationSeparator" w:id="0">
    <w:p w14:paraId="5A304E6D" w14:textId="77777777" w:rsidR="0020123E" w:rsidRDefault="0020123E" w:rsidP="00D70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55BE6" w14:textId="77777777" w:rsidR="0020123E" w:rsidRDefault="0020123E" w:rsidP="00D70522">
      <w:pPr>
        <w:spacing w:after="0" w:line="240" w:lineRule="auto"/>
      </w:pPr>
      <w:r>
        <w:separator/>
      </w:r>
    </w:p>
  </w:footnote>
  <w:footnote w:type="continuationSeparator" w:id="0">
    <w:p w14:paraId="301553BC" w14:textId="77777777" w:rsidR="0020123E" w:rsidRDefault="0020123E" w:rsidP="00D705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21129054">
    <w:abstractNumId w:val="8"/>
  </w:num>
  <w:num w:numId="2" w16cid:durableId="838082721">
    <w:abstractNumId w:val="6"/>
  </w:num>
  <w:num w:numId="3" w16cid:durableId="1360862136">
    <w:abstractNumId w:val="5"/>
  </w:num>
  <w:num w:numId="4" w16cid:durableId="668217150">
    <w:abstractNumId w:val="4"/>
  </w:num>
  <w:num w:numId="5" w16cid:durableId="1692798078">
    <w:abstractNumId w:val="7"/>
  </w:num>
  <w:num w:numId="6" w16cid:durableId="645089748">
    <w:abstractNumId w:val="3"/>
  </w:num>
  <w:num w:numId="7" w16cid:durableId="1696421694">
    <w:abstractNumId w:val="2"/>
  </w:num>
  <w:num w:numId="8" w16cid:durableId="1472210778">
    <w:abstractNumId w:val="1"/>
  </w:num>
  <w:num w:numId="9" w16cid:durableId="514732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7914"/>
    <w:rsid w:val="00034616"/>
    <w:rsid w:val="0006063C"/>
    <w:rsid w:val="000D0F7D"/>
    <w:rsid w:val="0015074B"/>
    <w:rsid w:val="00166305"/>
    <w:rsid w:val="00197D56"/>
    <w:rsid w:val="001B765E"/>
    <w:rsid w:val="001C4830"/>
    <w:rsid w:val="0020123E"/>
    <w:rsid w:val="00211587"/>
    <w:rsid w:val="002177C8"/>
    <w:rsid w:val="00256C3A"/>
    <w:rsid w:val="0029639D"/>
    <w:rsid w:val="002B6187"/>
    <w:rsid w:val="002F0D56"/>
    <w:rsid w:val="003257ED"/>
    <w:rsid w:val="00326F90"/>
    <w:rsid w:val="003303EB"/>
    <w:rsid w:val="00333D44"/>
    <w:rsid w:val="003C5E7C"/>
    <w:rsid w:val="003D56FE"/>
    <w:rsid w:val="0040769E"/>
    <w:rsid w:val="00453AB6"/>
    <w:rsid w:val="00497474"/>
    <w:rsid w:val="0052370E"/>
    <w:rsid w:val="005F2F4F"/>
    <w:rsid w:val="00613EE3"/>
    <w:rsid w:val="00621178"/>
    <w:rsid w:val="0067715D"/>
    <w:rsid w:val="007003BA"/>
    <w:rsid w:val="00781BE9"/>
    <w:rsid w:val="007A2F8B"/>
    <w:rsid w:val="00823871"/>
    <w:rsid w:val="00891B01"/>
    <w:rsid w:val="008C26FC"/>
    <w:rsid w:val="008C4AF3"/>
    <w:rsid w:val="008E513D"/>
    <w:rsid w:val="0093460A"/>
    <w:rsid w:val="00962D8F"/>
    <w:rsid w:val="00997931"/>
    <w:rsid w:val="009D3514"/>
    <w:rsid w:val="00A26F64"/>
    <w:rsid w:val="00A74A3D"/>
    <w:rsid w:val="00AA1D8D"/>
    <w:rsid w:val="00AD4D90"/>
    <w:rsid w:val="00B47730"/>
    <w:rsid w:val="00B8696E"/>
    <w:rsid w:val="00B917E0"/>
    <w:rsid w:val="00BC75AC"/>
    <w:rsid w:val="00BF1087"/>
    <w:rsid w:val="00C02445"/>
    <w:rsid w:val="00C21A39"/>
    <w:rsid w:val="00C41295"/>
    <w:rsid w:val="00C513C4"/>
    <w:rsid w:val="00CB0664"/>
    <w:rsid w:val="00CB67B3"/>
    <w:rsid w:val="00D419B4"/>
    <w:rsid w:val="00D52DA2"/>
    <w:rsid w:val="00D70522"/>
    <w:rsid w:val="00D94130"/>
    <w:rsid w:val="00DD4223"/>
    <w:rsid w:val="00DF2167"/>
    <w:rsid w:val="00E0768F"/>
    <w:rsid w:val="00E465F5"/>
    <w:rsid w:val="00E935EE"/>
    <w:rsid w:val="00EB509B"/>
    <w:rsid w:val="00ED5688"/>
    <w:rsid w:val="00EF2545"/>
    <w:rsid w:val="00F464C4"/>
    <w:rsid w:val="00FC693F"/>
    <w:rsid w:val="00FF3972"/>
  </w:rsids>
  <m:mathPr>
    <m:mathFont m:val="Cambria Math"/>
    <m:brkBin m:val="before"/>
    <m:brkBinSub m:val="--"/>
    <m:smallFrac m:val="0"/>
    <m:dispDef/>
    <m:lMargin m:val="0"/>
    <m:rMargin m:val="0"/>
    <m:defJc m:val="centerGroup"/>
    <m:wrapIndent m:val="1440"/>
    <m:intLim m:val="subSup"/>
    <m:naryLim m:val="undOvr"/>
  </m:mathPr>
  <w:themeFontLang w:val="en-US" w:eastAsia="ja-JP" w:bidi="mn-Mong-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B114CF65-E795-4C25-86F2-70DAF1162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8AC4B-445A-4873-92BF-6C20C234E6B3}">
  <ds:schemaRefs>
    <ds:schemaRef ds:uri="http://schemas.openxmlformats.org/officeDocument/2006/bibliography"/>
  </ds:schemaRefs>
</ds:datastoreItem>
</file>

<file path=docMetadata/LabelInfo.xml><?xml version="1.0" encoding="utf-8"?>
<clbl:labelList xmlns:clbl="http://schemas.microsoft.com/office/2020/mipLabelMetadata">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312</TotalTime>
  <Pages>43</Pages>
  <Words>12728</Words>
  <Characters>13111</Characters>
  <Application>Microsoft Office Word</Application>
  <DocSecurity>0</DocSecurity>
  <Lines>1456</Lines>
  <Paragraphs>1359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Mah, Mathias Fook-Hong</cp:lastModifiedBy>
  <cp:revision>33</cp:revision>
  <cp:lastPrinted>2026-05-28T03:32:00Z</cp:lastPrinted>
  <dcterms:created xsi:type="dcterms:W3CDTF">2013-12-23T23:15:00Z</dcterms:created>
  <dcterms:modified xsi:type="dcterms:W3CDTF">2026-06-09T03:18:00Z</dcterms:modified>
  <cp:category/>
</cp:coreProperties>
</file>